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Amador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2031-03-15</w:t>
      </w:r>
    </w:p>
    <w:p>
      <w:pPr>
        <w:keepNext/>
        <w:spacing w:after="40" w:before="0"/>
      </w:pPr>
      <w:r>
        <w:rPr>
          <w:b/>
        </w:rPr>
        <w:t xml:space="preserve">Plan: </w:t>
      </w:r>
      <w:r>
        <w:rPr/>
        <w:t>Amador County (FEMA plan 111481)</w:t>
      </w:r>
    </w:p>
    <w:p>
      <w:pPr>
        <w:keepNext/>
        <w:spacing w:after="40" w:before="0"/>
      </w:pPr>
      <w:r>
        <w:rPr>
          <w:b/>
        </w:rPr>
        <w:t xml:space="preserve">Approved: </w:t>
      </w:r>
      <w:r>
        <w:rPr/>
        <w:t>2026-03-16</w:t>
      </w:r>
    </w:p>
    <w:p>
      <w:pPr>
        <w:keepNext/>
        <w:spacing w:after="40" w:before="0"/>
      </w:pPr>
      <w:r>
        <w:rPr>
          <w:b/>
        </w:rPr>
        <w:t xml:space="preserve">Expires: </w:t>
      </w:r>
      <w:r>
        <w:rPr/>
        <w:t>2031-03-15</w:t>
      </w:r>
    </w:p>
    <w:p>
      <w:pPr>
        <w:keepNext/>
        <w:spacing w:after="40" w:before="0"/>
      </w:pPr>
      <w:r>
        <w:rPr>
          <w:b/>
        </w:rPr>
        <w:t xml:space="preserve">As of: </w:t>
      </w:r>
      <w:r>
        <w:rPr/>
        <w:t>2026-09-28</w:t>
      </w:r>
    </w:p>
    <w:p>
      <w:pPr>
        <w:keepNext/>
        <w:spacing w:after="40" w:before="0"/>
      </w:pPr>
      <w:r>
        <w:rPr>
          <w:b/>
        </w:rPr>
        <w:t xml:space="preserve">Days: </w:t>
      </w:r>
      <w:r>
        <w:rPr/>
        <w:t>1,629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9"/>
        <w:gridCol w:w="1126"/>
        <w:gridCol w:w="2453"/>
        <w:gridCol w:w="2736"/>
        <w:gridCol w:w="1037"/>
        <w:gridCol w:w="1037"/>
        <w:gridCol w:w="881"/>
        <w:gridCol w:w="937"/>
        <w:gridCol w:w="2296"/>
      </w:tblGrid>
      <w:tr>
        <w:trPr>
          <w:cantSplit/>
          <w:tblHeader/>
        </w:trPr>
        <w:tc>
          <w:tcPr>
            <w:tcW w:type="dxa" w:w="1609"/>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453"/>
            <w:shd w:val="clear" w:color="auto" w:fill="E8E8E8"/>
          </w:tcPr>
          <w:p>
            <w:pPr>
              <w:spacing w:after="0"/>
              <w:jc w:val="left"/>
            </w:pPr>
            <w:r>
              <w:rPr>
                <w:b/>
                <w:sz w:val="16"/>
              </w:rPr>
              <w:t>Status</w:t>
            </w:r>
          </w:p>
        </w:tc>
        <w:tc>
          <w:tcPr>
            <w:tcW w:type="dxa" w:w="27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2296"/>
            <w:shd w:val="clear" w:color="auto" w:fill="E8E8E8"/>
          </w:tcPr>
          <w:p>
            <w:pPr>
              <w:spacing w:after="0"/>
              <w:jc w:val="left"/>
            </w:pPr>
            <w:r>
              <w:rPr>
                <w:b/>
                <w:sz w:val="16"/>
              </w:rPr>
              <w:t>Notes</w:t>
            </w:r>
          </w:p>
        </w:tc>
      </w:tr>
      <w:tr>
        <w:trPr>
          <w:cantSplit/>
        </w:trPr>
        <w:tc>
          <w:tcPr>
            <w:tcW w:type="dxa" w:w="1609"/>
          </w:tcPr>
          <w:p>
            <w:pPr>
              <w:spacing w:after="0"/>
              <w:jc w:val="left"/>
            </w:pPr>
            <w:r>
              <w:rPr>
                <w:sz w:val="16"/>
              </w:rPr>
              <w:t>Amador County</w:t>
            </w:r>
          </w:p>
        </w:tc>
        <w:tc>
          <w:tcPr>
            <w:tcW w:type="dxa" w:w="1126"/>
          </w:tcPr>
          <w:p>
            <w:pPr>
              <w:spacing w:after="0"/>
              <w:jc w:val="left"/>
            </w:pPr>
            <w:r>
              <w:rPr>
                <w:sz w:val="16"/>
              </w:rPr>
              <w:t>County</w:t>
            </w:r>
          </w:p>
        </w:tc>
        <w:tc>
          <w:tcPr>
            <w:tcW w:type="dxa" w:w="2453"/>
          </w:tcPr>
          <w:p>
            <w:pPr>
              <w:spacing w:after="0"/>
              <w:jc w:val="left"/>
            </w:pPr>
            <w:r>
              <w:rPr>
                <w:sz w:val="16"/>
              </w:rPr>
              <w:t>Approved, expires 2031-03-15</w:t>
            </w:r>
          </w:p>
        </w:tc>
        <w:tc>
          <w:tcPr>
            <w:tcW w:type="dxa" w:w="2736"/>
          </w:tcPr>
          <w:p>
            <w:pPr>
              <w:spacing w:after="0"/>
              <w:jc w:val="left"/>
            </w:pPr>
            <w:r>
              <w:rPr>
                <w:sz w:val="16"/>
              </w:rPr>
              <w:t>Amador County (FEMA plan 111481)</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1"/>
          </w:tcPr>
          <w:p>
            <w:pPr>
              <w:spacing w:after="0"/>
              <w:jc w:val="right"/>
            </w:pPr>
            <w:r>
              <w:rPr>
                <w:sz w:val="16"/>
              </w:rPr>
              <w:t>1,629</w:t>
            </w:r>
          </w:p>
        </w:tc>
        <w:tc>
          <w:tcPr>
            <w:tcW w:type="dxa" w:w="937"/>
          </w:tcPr>
          <w:p>
            <w:pPr>
              <w:spacing w:after="0"/>
              <w:jc w:val="left"/>
            </w:pPr>
          </w:p>
        </w:tc>
        <w:tc>
          <w:tcPr>
            <w:tcW w:type="dxa" w:w="2296"/>
          </w:tcPr>
          <w:p>
            <w:pPr>
              <w:spacing w:after="0"/>
              <w:jc w:val="left"/>
            </w:pPr>
          </w:p>
        </w:tc>
      </w:tr>
      <w:tr>
        <w:trPr>
          <w:cantSplit/>
        </w:trPr>
        <w:tc>
          <w:tcPr>
            <w:tcW w:type="dxa" w:w="1609"/>
          </w:tcPr>
          <w:p>
            <w:pPr>
              <w:spacing w:after="0"/>
              <w:jc w:val="left"/>
            </w:pPr>
            <w:r>
              <w:rPr>
                <w:sz w:val="16"/>
              </w:rPr>
              <w:t>Amador City city</w:t>
            </w:r>
          </w:p>
        </w:tc>
        <w:tc>
          <w:tcPr>
            <w:tcW w:type="dxa" w:w="1126"/>
          </w:tcPr>
          <w:p>
            <w:pPr>
              <w:spacing w:after="0"/>
              <w:jc w:val="left"/>
            </w:pPr>
            <w:r>
              <w:rPr>
                <w:sz w:val="16"/>
              </w:rPr>
              <w:t>City</w:t>
            </w:r>
          </w:p>
        </w:tc>
        <w:tc>
          <w:tcPr>
            <w:tcW w:type="dxa" w:w="2453"/>
          </w:tcPr>
          <w:p>
            <w:pPr>
              <w:spacing w:after="0"/>
              <w:jc w:val="left"/>
            </w:pPr>
            <w:r>
              <w:rPr>
                <w:sz w:val="16"/>
              </w:rPr>
              <w:t>Approved, expires 2031-03-15</w:t>
            </w:r>
          </w:p>
        </w:tc>
        <w:tc>
          <w:tcPr>
            <w:tcW w:type="dxa" w:w="2736"/>
          </w:tcPr>
          <w:p>
            <w:pPr>
              <w:spacing w:after="0"/>
              <w:jc w:val="left"/>
            </w:pPr>
            <w:r>
              <w:rPr>
                <w:sz w:val="16"/>
              </w:rPr>
              <w:t>Amador County (FEMA plan 111481)</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1"/>
          </w:tcPr>
          <w:p>
            <w:pPr>
              <w:spacing w:after="0"/>
              <w:jc w:val="right"/>
            </w:pPr>
            <w:r>
              <w:rPr>
                <w:sz w:val="16"/>
              </w:rPr>
              <w:t>1,629</w:t>
            </w:r>
          </w:p>
        </w:tc>
        <w:tc>
          <w:tcPr>
            <w:tcW w:type="dxa" w:w="937"/>
          </w:tcPr>
          <w:p>
            <w:pPr>
              <w:spacing w:after="0"/>
              <w:jc w:val="left"/>
            </w:pPr>
          </w:p>
        </w:tc>
        <w:tc>
          <w:tcPr>
            <w:tcW w:type="dxa" w:w="2296"/>
          </w:tcPr>
          <w:p>
            <w:pPr>
              <w:spacing w:after="0"/>
              <w:jc w:val="left"/>
            </w:pPr>
            <w:r>
              <w:rPr>
                <w:sz w:val="16"/>
              </w:rPr>
              <w:t>member approved 2026-04-23</w:t>
            </w:r>
          </w:p>
        </w:tc>
      </w:tr>
      <w:tr>
        <w:trPr>
          <w:cantSplit/>
        </w:trPr>
        <w:tc>
          <w:tcPr>
            <w:tcW w:type="dxa" w:w="1609"/>
          </w:tcPr>
          <w:p>
            <w:pPr>
              <w:spacing w:after="0"/>
              <w:jc w:val="left"/>
            </w:pPr>
            <w:r>
              <w:rPr>
                <w:sz w:val="16"/>
              </w:rPr>
              <w:t>Ione city</w:t>
            </w:r>
          </w:p>
        </w:tc>
        <w:tc>
          <w:tcPr>
            <w:tcW w:type="dxa" w:w="1126"/>
          </w:tcPr>
          <w:p>
            <w:pPr>
              <w:spacing w:after="0"/>
              <w:jc w:val="left"/>
            </w:pPr>
            <w:r>
              <w:rPr>
                <w:sz w:val="16"/>
              </w:rPr>
              <w:t>City</w:t>
            </w:r>
          </w:p>
        </w:tc>
        <w:tc>
          <w:tcPr>
            <w:tcW w:type="dxa" w:w="2453"/>
          </w:tcPr>
          <w:p>
            <w:pPr>
              <w:spacing w:after="0"/>
              <w:jc w:val="left"/>
            </w:pPr>
            <w:r>
              <w:rPr>
                <w:sz w:val="16"/>
              </w:rPr>
              <w:t>Approved, expires 2031-03-15</w:t>
            </w:r>
          </w:p>
        </w:tc>
        <w:tc>
          <w:tcPr>
            <w:tcW w:type="dxa" w:w="2736"/>
          </w:tcPr>
          <w:p>
            <w:pPr>
              <w:spacing w:after="0"/>
              <w:jc w:val="left"/>
            </w:pPr>
            <w:r>
              <w:rPr>
                <w:sz w:val="16"/>
              </w:rPr>
              <w:t>Amador County (FEMA plan 111481)</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1"/>
          </w:tcPr>
          <w:p>
            <w:pPr>
              <w:spacing w:after="0"/>
              <w:jc w:val="right"/>
            </w:pPr>
            <w:r>
              <w:rPr>
                <w:sz w:val="16"/>
              </w:rPr>
              <w:t>1,629</w:t>
            </w:r>
          </w:p>
        </w:tc>
        <w:tc>
          <w:tcPr>
            <w:tcW w:type="dxa" w:w="937"/>
          </w:tcPr>
          <w:p>
            <w:pPr>
              <w:spacing w:after="0"/>
              <w:jc w:val="left"/>
            </w:pPr>
          </w:p>
        </w:tc>
        <w:tc>
          <w:tcPr>
            <w:tcW w:type="dxa" w:w="2296"/>
          </w:tcPr>
          <w:p>
            <w:pPr>
              <w:spacing w:after="0"/>
              <w:jc w:val="left"/>
            </w:pPr>
            <w:r>
              <w:rPr>
                <w:sz w:val="16"/>
              </w:rPr>
              <w:t>member approved 2026-04-23</w:t>
            </w:r>
          </w:p>
        </w:tc>
      </w:tr>
      <w:tr>
        <w:trPr>
          <w:cantSplit/>
        </w:trPr>
        <w:tc>
          <w:tcPr>
            <w:tcW w:type="dxa" w:w="1609"/>
          </w:tcPr>
          <w:p>
            <w:pPr>
              <w:spacing w:after="0"/>
              <w:jc w:val="left"/>
            </w:pPr>
            <w:r>
              <w:rPr>
                <w:sz w:val="16"/>
              </w:rPr>
              <w:t>Jackson city</w:t>
            </w:r>
          </w:p>
        </w:tc>
        <w:tc>
          <w:tcPr>
            <w:tcW w:type="dxa" w:w="1126"/>
          </w:tcPr>
          <w:p>
            <w:pPr>
              <w:spacing w:after="0"/>
              <w:jc w:val="left"/>
            </w:pPr>
            <w:r>
              <w:rPr>
                <w:sz w:val="16"/>
              </w:rPr>
              <w:t>City</w:t>
            </w:r>
          </w:p>
        </w:tc>
        <w:tc>
          <w:tcPr>
            <w:tcW w:type="dxa" w:w="2453"/>
          </w:tcPr>
          <w:p>
            <w:pPr>
              <w:spacing w:after="0"/>
              <w:jc w:val="left"/>
            </w:pPr>
            <w:r>
              <w:rPr>
                <w:sz w:val="16"/>
              </w:rPr>
              <w:t>Approved, expires 2031-03-15</w:t>
            </w:r>
          </w:p>
        </w:tc>
        <w:tc>
          <w:tcPr>
            <w:tcW w:type="dxa" w:w="2736"/>
          </w:tcPr>
          <w:p>
            <w:pPr>
              <w:spacing w:after="0"/>
              <w:jc w:val="left"/>
            </w:pPr>
            <w:r>
              <w:rPr>
                <w:sz w:val="16"/>
              </w:rPr>
              <w:t>Amador County (FEMA plan 111481)</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1"/>
          </w:tcPr>
          <w:p>
            <w:pPr>
              <w:spacing w:after="0"/>
              <w:jc w:val="right"/>
            </w:pPr>
            <w:r>
              <w:rPr>
                <w:sz w:val="16"/>
              </w:rPr>
              <w:t>1,629</w:t>
            </w:r>
          </w:p>
        </w:tc>
        <w:tc>
          <w:tcPr>
            <w:tcW w:type="dxa" w:w="937"/>
          </w:tcPr>
          <w:p>
            <w:pPr>
              <w:spacing w:after="0"/>
              <w:jc w:val="left"/>
            </w:pPr>
          </w:p>
        </w:tc>
        <w:tc>
          <w:tcPr>
            <w:tcW w:type="dxa" w:w="2296"/>
          </w:tcPr>
          <w:p>
            <w:pPr>
              <w:spacing w:after="0"/>
              <w:jc w:val="left"/>
            </w:pPr>
            <w:r>
              <w:rPr>
                <w:sz w:val="16"/>
              </w:rPr>
              <w:t>member approved 2026-05-18</w:t>
            </w:r>
          </w:p>
        </w:tc>
      </w:tr>
      <w:tr>
        <w:trPr>
          <w:cantSplit/>
        </w:trPr>
        <w:tc>
          <w:tcPr>
            <w:tcW w:type="dxa" w:w="1609"/>
          </w:tcPr>
          <w:p>
            <w:pPr>
              <w:spacing w:after="0"/>
              <w:jc w:val="left"/>
            </w:pPr>
            <w:r>
              <w:rPr>
                <w:sz w:val="16"/>
              </w:rPr>
              <w:t>Plymouth city</w:t>
            </w:r>
          </w:p>
        </w:tc>
        <w:tc>
          <w:tcPr>
            <w:tcW w:type="dxa" w:w="1126"/>
          </w:tcPr>
          <w:p>
            <w:pPr>
              <w:spacing w:after="0"/>
              <w:jc w:val="left"/>
            </w:pPr>
            <w:r>
              <w:rPr>
                <w:sz w:val="16"/>
              </w:rPr>
              <w:t>City</w:t>
            </w:r>
          </w:p>
        </w:tc>
        <w:tc>
          <w:tcPr>
            <w:tcW w:type="dxa" w:w="2453"/>
          </w:tcPr>
          <w:p>
            <w:pPr>
              <w:spacing w:after="0"/>
              <w:jc w:val="left"/>
            </w:pPr>
            <w:r>
              <w:rPr>
                <w:sz w:val="16"/>
              </w:rPr>
              <w:t>Approved, expires 2031-03-15</w:t>
            </w:r>
          </w:p>
        </w:tc>
        <w:tc>
          <w:tcPr>
            <w:tcW w:type="dxa" w:w="2736"/>
          </w:tcPr>
          <w:p>
            <w:pPr>
              <w:spacing w:after="0"/>
              <w:jc w:val="left"/>
            </w:pPr>
            <w:r>
              <w:rPr>
                <w:sz w:val="16"/>
              </w:rPr>
              <w:t>Amador County (FEMA plan 111481)</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1"/>
          </w:tcPr>
          <w:p>
            <w:pPr>
              <w:spacing w:after="0"/>
              <w:jc w:val="right"/>
            </w:pPr>
            <w:r>
              <w:rPr>
                <w:sz w:val="16"/>
              </w:rPr>
              <w:t>1,629</w:t>
            </w:r>
          </w:p>
        </w:tc>
        <w:tc>
          <w:tcPr>
            <w:tcW w:type="dxa" w:w="937"/>
          </w:tcPr>
          <w:p>
            <w:pPr>
              <w:spacing w:after="0"/>
              <w:jc w:val="left"/>
            </w:pPr>
          </w:p>
        </w:tc>
        <w:tc>
          <w:tcPr>
            <w:tcW w:type="dxa" w:w="2296"/>
          </w:tcPr>
          <w:p>
            <w:pPr>
              <w:spacing w:after="0"/>
              <w:jc w:val="left"/>
            </w:pPr>
            <w:r>
              <w:rPr>
                <w:sz w:val="16"/>
              </w:rPr>
              <w:t>member approved 2026-04-23</w:t>
            </w:r>
          </w:p>
        </w:tc>
      </w:tr>
      <w:tr>
        <w:trPr>
          <w:cantSplit/>
        </w:trPr>
        <w:tc>
          <w:tcPr>
            <w:tcW w:type="dxa" w:w="1609"/>
          </w:tcPr>
          <w:p>
            <w:pPr>
              <w:spacing w:after="0"/>
              <w:jc w:val="left"/>
            </w:pPr>
            <w:r>
              <w:rPr>
                <w:sz w:val="16"/>
              </w:rPr>
              <w:t>Sutter Creek city</w:t>
            </w:r>
          </w:p>
        </w:tc>
        <w:tc>
          <w:tcPr>
            <w:tcW w:type="dxa" w:w="1126"/>
          </w:tcPr>
          <w:p>
            <w:pPr>
              <w:spacing w:after="0"/>
              <w:jc w:val="left"/>
            </w:pPr>
            <w:r>
              <w:rPr>
                <w:sz w:val="16"/>
              </w:rPr>
              <w:t>City</w:t>
            </w:r>
          </w:p>
        </w:tc>
        <w:tc>
          <w:tcPr>
            <w:tcW w:type="dxa" w:w="2453"/>
          </w:tcPr>
          <w:p>
            <w:pPr>
              <w:spacing w:after="0"/>
              <w:jc w:val="left"/>
            </w:pPr>
            <w:r>
              <w:rPr>
                <w:sz w:val="16"/>
              </w:rPr>
              <w:t>Approved, expires 2031-03-15</w:t>
            </w:r>
          </w:p>
        </w:tc>
        <w:tc>
          <w:tcPr>
            <w:tcW w:type="dxa" w:w="2736"/>
          </w:tcPr>
          <w:p>
            <w:pPr>
              <w:spacing w:after="0"/>
              <w:jc w:val="left"/>
            </w:pPr>
            <w:r>
              <w:rPr>
                <w:sz w:val="16"/>
              </w:rPr>
              <w:t>Amador County (FEMA plan 111481)</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1"/>
          </w:tcPr>
          <w:p>
            <w:pPr>
              <w:spacing w:after="0"/>
              <w:jc w:val="right"/>
            </w:pPr>
            <w:r>
              <w:rPr>
                <w:sz w:val="16"/>
              </w:rPr>
              <w:t>1,629</w:t>
            </w:r>
          </w:p>
        </w:tc>
        <w:tc>
          <w:tcPr>
            <w:tcW w:type="dxa" w:w="937"/>
          </w:tcPr>
          <w:p>
            <w:pPr>
              <w:spacing w:after="0"/>
              <w:jc w:val="left"/>
            </w:pPr>
          </w:p>
        </w:tc>
        <w:tc>
          <w:tcPr>
            <w:tcW w:type="dxa" w:w="2296"/>
          </w:tcPr>
          <w:p>
            <w:pPr>
              <w:spacing w:after="0"/>
              <w:jc w:val="left"/>
            </w:pPr>
            <w:r>
              <w:rPr>
                <w:sz w:val="16"/>
              </w:rPr>
              <w:t>member approved 2026-05-18</w:t>
            </w:r>
          </w:p>
        </w:tc>
      </w:tr>
      <w:tr>
        <w:trPr>
          <w:cantSplit/>
        </w:trPr>
        <w:tc>
          <w:tcPr>
            <w:tcW w:type="dxa" w:w="1609"/>
          </w:tcPr>
          <w:p>
            <w:pPr>
              <w:spacing w:after="0"/>
              <w:jc w:val="left"/>
            </w:pPr>
            <w:r>
              <w:rPr>
                <w:sz w:val="16"/>
              </w:rPr>
              <w:t>Amador Water Agency</w:t>
            </w:r>
          </w:p>
        </w:tc>
        <w:tc>
          <w:tcPr>
            <w:tcW w:type="dxa" w:w="1126"/>
          </w:tcPr>
          <w:p>
            <w:pPr>
              <w:spacing w:after="0"/>
              <w:jc w:val="left"/>
            </w:pPr>
            <w:r>
              <w:rPr>
                <w:sz w:val="16"/>
              </w:rPr>
              <w:t>Water/Sewer Authority</w:t>
            </w:r>
          </w:p>
        </w:tc>
        <w:tc>
          <w:tcPr>
            <w:tcW w:type="dxa" w:w="2453"/>
          </w:tcPr>
          <w:p>
            <w:pPr>
              <w:spacing w:after="0"/>
              <w:jc w:val="left"/>
            </w:pPr>
            <w:r>
              <w:rPr>
                <w:sz w:val="16"/>
              </w:rPr>
              <w:t>Approved, expires 2031-03-15</w:t>
            </w:r>
          </w:p>
        </w:tc>
        <w:tc>
          <w:tcPr>
            <w:tcW w:type="dxa" w:w="2736"/>
          </w:tcPr>
          <w:p>
            <w:pPr>
              <w:spacing w:after="0"/>
              <w:jc w:val="left"/>
            </w:pPr>
            <w:r>
              <w:rPr>
                <w:sz w:val="16"/>
              </w:rPr>
              <w:t>Amador County (FEMA plan 111481)</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1"/>
          </w:tcPr>
          <w:p>
            <w:pPr>
              <w:spacing w:after="0"/>
              <w:jc w:val="right"/>
            </w:pPr>
            <w:r>
              <w:rPr>
                <w:sz w:val="16"/>
              </w:rPr>
              <w:t>1,629</w:t>
            </w:r>
          </w:p>
        </w:tc>
        <w:tc>
          <w:tcPr>
            <w:tcW w:type="dxa" w:w="937"/>
          </w:tcPr>
          <w:p>
            <w:pPr>
              <w:spacing w:after="0"/>
              <w:jc w:val="left"/>
            </w:pPr>
          </w:p>
        </w:tc>
        <w:tc>
          <w:tcPr>
            <w:tcW w:type="dxa" w:w="2296"/>
          </w:tcPr>
          <w:p>
            <w:pPr>
              <w:spacing w:after="0"/>
              <w:jc w:val="left"/>
            </w:pPr>
            <w:r>
              <w:rPr>
                <w:sz w:val="16"/>
              </w:rPr>
              <w:t>member approved 2026-04-23</w:t>
            </w:r>
          </w:p>
        </w:tc>
      </w:tr>
      <w:tr>
        <w:trPr>
          <w:cantSplit/>
        </w:trPr>
        <w:tc>
          <w:tcPr>
            <w:tcW w:type="dxa" w:w="1609"/>
          </w:tcPr>
          <w:p>
            <w:pPr>
              <w:spacing w:after="0"/>
              <w:jc w:val="left"/>
            </w:pPr>
            <w:r>
              <w:rPr>
                <w:sz w:val="16"/>
              </w:rPr>
              <w:t>Jackson Valley Irrigation District</w:t>
            </w:r>
          </w:p>
        </w:tc>
        <w:tc>
          <w:tcPr>
            <w:tcW w:type="dxa" w:w="1126"/>
          </w:tcPr>
          <w:p>
            <w:pPr>
              <w:spacing w:after="0"/>
              <w:jc w:val="left"/>
            </w:pPr>
            <w:r>
              <w:rPr>
                <w:sz w:val="16"/>
              </w:rPr>
              <w:t>Flood Control District</w:t>
            </w:r>
          </w:p>
        </w:tc>
        <w:tc>
          <w:tcPr>
            <w:tcW w:type="dxa" w:w="2453"/>
          </w:tcPr>
          <w:p>
            <w:pPr>
              <w:spacing w:after="0"/>
              <w:jc w:val="left"/>
            </w:pPr>
            <w:r>
              <w:rPr>
                <w:sz w:val="16"/>
              </w:rPr>
              <w:t>Approved, expires 2031-03-15</w:t>
            </w:r>
          </w:p>
        </w:tc>
        <w:tc>
          <w:tcPr>
            <w:tcW w:type="dxa" w:w="2736"/>
          </w:tcPr>
          <w:p>
            <w:pPr>
              <w:spacing w:after="0"/>
              <w:jc w:val="left"/>
            </w:pPr>
            <w:r>
              <w:rPr>
                <w:sz w:val="16"/>
              </w:rPr>
              <w:t>Amador County (FEMA plan 111481)</w:t>
            </w:r>
          </w:p>
        </w:tc>
        <w:tc>
          <w:tcPr>
            <w:tcW w:type="dxa" w:w="1037"/>
          </w:tcPr>
          <w:p>
            <w:pPr>
              <w:spacing w:after="0"/>
              <w:jc w:val="left"/>
            </w:pPr>
            <w:r>
              <w:rPr>
                <w:sz w:val="16"/>
              </w:rPr>
              <w:t>2026-03-16</w:t>
            </w:r>
          </w:p>
        </w:tc>
        <w:tc>
          <w:tcPr>
            <w:tcW w:type="dxa" w:w="1037"/>
          </w:tcPr>
          <w:p>
            <w:pPr>
              <w:spacing w:after="0"/>
              <w:jc w:val="left"/>
            </w:pPr>
            <w:r>
              <w:rPr>
                <w:sz w:val="16"/>
              </w:rPr>
              <w:t>2031-03-15</w:t>
            </w:r>
          </w:p>
        </w:tc>
        <w:tc>
          <w:tcPr>
            <w:tcW w:type="dxa" w:w="881"/>
          </w:tcPr>
          <w:p>
            <w:pPr>
              <w:spacing w:after="0"/>
              <w:jc w:val="right"/>
            </w:pPr>
            <w:r>
              <w:rPr>
                <w:sz w:val="16"/>
              </w:rPr>
              <w:t>1,629</w:t>
            </w:r>
          </w:p>
        </w:tc>
        <w:tc>
          <w:tcPr>
            <w:tcW w:type="dxa" w:w="937"/>
          </w:tcPr>
          <w:p>
            <w:pPr>
              <w:spacing w:after="0"/>
              <w:jc w:val="left"/>
            </w:pPr>
          </w:p>
        </w:tc>
        <w:tc>
          <w:tcPr>
            <w:tcW w:type="dxa" w:w="2296"/>
          </w:tcPr>
          <w:p>
            <w:pPr>
              <w:spacing w:after="0"/>
              <w:jc w:val="left"/>
            </w:pPr>
            <w:r>
              <w:rPr>
                <w:sz w:val="16"/>
              </w:rPr>
              <w:t>member approved 2026-05-18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7"/>
        <w:gridCol w:w="1237"/>
        <w:gridCol w:w="1126"/>
        <w:gridCol w:w="1126"/>
        <w:gridCol w:w="1356"/>
        <w:gridCol w:w="1176"/>
        <w:gridCol w:w="1349"/>
        <w:gridCol w:w="1656"/>
        <w:gridCol w:w="2116"/>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16"/>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Wildfire</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$13,324,030</w:t>
            </w:r>
          </w:p>
        </w:tc>
        <w:tc>
          <w:tcPr>
            <w:tcW w:type="dxa" w:w="1126"/>
          </w:tcPr>
          <w:p>
            <w:pPr>
              <w:spacing w:after="0"/>
              <w:jc w:val="right"/>
            </w:pPr>
            <w:r>
              <w:rPr>
                <w:sz w:val="16"/>
              </w:rPr>
              <w:t>$395</w:t>
            </w:r>
          </w:p>
        </w:tc>
        <w:tc>
          <w:tcPr>
            <w:tcW w:type="dxa" w:w="1356"/>
          </w:tcPr>
          <w:p>
            <w:pPr>
              <w:spacing w:after="0"/>
              <w:jc w:val="right"/>
            </w:pPr>
            <w:r>
              <w:rPr>
                <w:sz w:val="16"/>
              </w:rPr>
              <w:t>$739,649</w:t>
            </w:r>
          </w:p>
        </w:tc>
        <w:tc>
          <w:tcPr>
            <w:tcW w:type="dxa" w:w="1176"/>
          </w:tcPr>
          <w:p>
            <w:pPr>
              <w:spacing w:after="0"/>
              <w:jc w:val="right"/>
            </w:pPr>
            <w:r>
              <w:rPr>
                <w:sz w:val="16"/>
              </w:rPr>
              <w:t>$14,064,075</w:t>
            </w:r>
          </w:p>
        </w:tc>
        <w:tc>
          <w:tcPr>
            <w:tcW w:type="dxa" w:w="1349"/>
          </w:tcPr>
          <w:p>
            <w:pPr>
              <w:spacing w:after="0"/>
              <w:jc w:val="right"/>
            </w:pPr>
            <w:r>
              <w:rPr>
                <w:sz w:val="16"/>
              </w:rPr>
              <w:t>42</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Inland Flooding</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$12,040,833</w:t>
            </w:r>
          </w:p>
        </w:tc>
        <w:tc>
          <w:tcPr>
            <w:tcW w:type="dxa" w:w="1126"/>
          </w:tcPr>
          <w:p>
            <w:pPr>
              <w:spacing w:after="0"/>
              <w:jc w:val="right"/>
            </w:pPr>
            <w:r>
              <w:rPr>
                <w:sz w:val="16"/>
              </w:rPr>
              <w:t>$31,019</w:t>
            </w:r>
          </w:p>
        </w:tc>
        <w:tc>
          <w:tcPr>
            <w:tcW w:type="dxa" w:w="1356"/>
          </w:tcPr>
          <w:p>
            <w:pPr>
              <w:spacing w:after="0"/>
              <w:jc w:val="right"/>
            </w:pPr>
            <w:r>
              <w:rPr>
                <w:sz w:val="16"/>
              </w:rPr>
              <w:t>$410,464</w:t>
            </w:r>
          </w:p>
        </w:tc>
        <w:tc>
          <w:tcPr>
            <w:tcW w:type="dxa" w:w="1176"/>
          </w:tcPr>
          <w:p>
            <w:pPr>
              <w:spacing w:after="0"/>
              <w:jc w:val="right"/>
            </w:pPr>
            <w:r>
              <w:rPr>
                <w:sz w:val="16"/>
              </w:rPr>
              <w:t>$12,482,315</w:t>
            </w:r>
          </w:p>
        </w:tc>
        <w:tc>
          <w:tcPr>
            <w:tcW w:type="dxa" w:w="1349"/>
          </w:tcPr>
          <w:p>
            <w:pPr>
              <w:spacing w:after="0"/>
              <w:jc w:val="right"/>
            </w:pPr>
            <w:r>
              <w:rPr>
                <w:sz w:val="16"/>
              </w:rPr>
              <w:t>39</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Drought</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$7,899,606</w:t>
            </w:r>
          </w:p>
        </w:tc>
        <w:tc>
          <w:tcPr>
            <w:tcW w:type="dxa" w:w="1356"/>
          </w:tcPr>
          <w:p>
            <w:pPr>
              <w:spacing w:after="0"/>
              <w:jc w:val="right"/>
            </w:pPr>
          </w:p>
        </w:tc>
        <w:tc>
          <w:tcPr>
            <w:tcW w:type="dxa" w:w="1176"/>
          </w:tcPr>
          <w:p>
            <w:pPr>
              <w:spacing w:after="0"/>
              <w:jc w:val="right"/>
            </w:pPr>
            <w:r>
              <w:rPr>
                <w:sz w:val="16"/>
              </w:rPr>
              <w:t>$7,899,606</w:t>
            </w:r>
          </w:p>
        </w:tc>
        <w:tc>
          <w:tcPr>
            <w:tcW w:type="dxa" w:w="1349"/>
          </w:tcPr>
          <w:p>
            <w:pPr>
              <w:spacing w:after="0"/>
              <w:jc w:val="right"/>
            </w:pPr>
            <w:r>
              <w:rPr>
                <w:sz w:val="16"/>
              </w:rPr>
              <w:t>59</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Avalanche</w:t>
            </w:r>
          </w:p>
        </w:tc>
        <w:tc>
          <w:tcPr>
            <w:tcW w:type="dxa" w:w="1237"/>
          </w:tcPr>
          <w:p>
            <w:pPr>
              <w:spacing w:after="0"/>
              <w:jc w:val="left"/>
            </w:pPr>
            <w:r>
              <w:rPr>
                <w:sz w:val="16"/>
              </w:rPr>
              <w:t>Relatively High</w:t>
            </w:r>
          </w:p>
        </w:tc>
        <w:tc>
          <w:tcPr>
            <w:tcW w:type="dxa" w:w="1237"/>
          </w:tcPr>
          <w:p>
            <w:pPr>
              <w:spacing w:after="0"/>
              <w:jc w:val="left"/>
            </w:pPr>
            <w:r>
              <w:rPr>
                <w:sz w:val="16"/>
              </w:rPr>
              <w:t>Relatively Moderate</w:t>
            </w:r>
          </w:p>
        </w:tc>
        <w:tc>
          <w:tcPr>
            <w:tcW w:type="dxa" w:w="1126"/>
          </w:tcPr>
          <w:p>
            <w:pPr>
              <w:spacing w:after="0"/>
              <w:jc w:val="right"/>
            </w:pPr>
            <w:r>
              <w:rPr>
                <w:sz w:val="16"/>
              </w:rPr>
              <w:t>$9</w:t>
            </w:r>
          </w:p>
        </w:tc>
        <w:tc>
          <w:tcPr>
            <w:tcW w:type="dxa" w:w="1126"/>
          </w:tcPr>
          <w:p>
            <w:pPr>
              <w:spacing w:after="0"/>
              <w:jc w:val="right"/>
            </w:pPr>
          </w:p>
        </w:tc>
        <w:tc>
          <w:tcPr>
            <w:tcW w:type="dxa" w:w="1356"/>
          </w:tcPr>
          <w:p>
            <w:pPr>
              <w:spacing w:after="0"/>
              <w:jc w:val="right"/>
            </w:pPr>
            <w:r>
              <w:rPr>
                <w:sz w:val="16"/>
              </w:rPr>
              <w:t>$1,826,667</w:t>
            </w:r>
          </w:p>
        </w:tc>
        <w:tc>
          <w:tcPr>
            <w:tcW w:type="dxa" w:w="1176"/>
          </w:tcPr>
          <w:p>
            <w:pPr>
              <w:spacing w:after="0"/>
              <w:jc w:val="right"/>
            </w:pPr>
            <w:r>
              <w:rPr>
                <w:sz w:val="16"/>
              </w:rPr>
              <w:t>$1,826,675</w:t>
            </w:r>
          </w:p>
        </w:tc>
        <w:tc>
          <w:tcPr>
            <w:tcW w:type="dxa" w:w="1349"/>
          </w:tcPr>
          <w:p>
            <w:pPr>
              <w:spacing w:after="0"/>
              <w:jc w:val="right"/>
            </w:pPr>
            <w:r>
              <w:rPr>
                <w:sz w:val="16"/>
              </w:rPr>
              <w:t>5</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Heat Wave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$319</w:t>
            </w:r>
          </w:p>
        </w:tc>
        <w:tc>
          <w:tcPr>
            <w:tcW w:type="dxa" w:w="1126"/>
          </w:tcPr>
          <w:p>
            <w:pPr>
              <w:spacing w:after="0"/>
              <w:jc w:val="right"/>
            </w:pPr>
            <w:r>
              <w:rPr>
                <w:sz w:val="16"/>
              </w:rPr>
              <w:t>$29,068</w:t>
            </w:r>
          </w:p>
        </w:tc>
        <w:tc>
          <w:tcPr>
            <w:tcW w:type="dxa" w:w="1356"/>
          </w:tcPr>
          <w:p>
            <w:pPr>
              <w:spacing w:after="0"/>
              <w:jc w:val="right"/>
            </w:pPr>
            <w:r>
              <w:rPr>
                <w:sz w:val="16"/>
              </w:rPr>
              <w:t>$1,228,881</w:t>
            </w:r>
          </w:p>
        </w:tc>
        <w:tc>
          <w:tcPr>
            <w:tcW w:type="dxa" w:w="1176"/>
          </w:tcPr>
          <w:p>
            <w:pPr>
              <w:spacing w:after="0"/>
              <w:jc w:val="right"/>
            </w:pPr>
            <w:r>
              <w:rPr>
                <w:sz w:val="16"/>
              </w:rPr>
              <w:t>$1,258,268</w:t>
            </w:r>
          </w:p>
        </w:tc>
        <w:tc>
          <w:tcPr>
            <w:tcW w:type="dxa" w:w="1349"/>
          </w:tcPr>
          <w:p>
            <w:pPr>
              <w:spacing w:after="0"/>
              <w:jc w:val="right"/>
            </w:pPr>
            <w:r>
              <w:rPr>
                <w:sz w:val="16"/>
              </w:rPr>
              <w:t>67</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$513,019</w:t>
            </w:r>
          </w:p>
        </w:tc>
        <w:tc>
          <w:tcPr>
            <w:tcW w:type="dxa" w:w="1126"/>
          </w:tcPr>
          <w:p>
            <w:pPr>
              <w:spacing w:after="0"/>
              <w:jc w:val="right"/>
            </w:pPr>
          </w:p>
        </w:tc>
        <w:tc>
          <w:tcPr>
            <w:tcW w:type="dxa" w:w="1356"/>
          </w:tcPr>
          <w:p>
            <w:pPr>
              <w:spacing w:after="0"/>
              <w:jc w:val="right"/>
            </w:pPr>
            <w:r>
              <w:rPr>
                <w:sz w:val="16"/>
              </w:rPr>
              <w:t>$51,297</w:t>
            </w:r>
          </w:p>
        </w:tc>
        <w:tc>
          <w:tcPr>
            <w:tcW w:type="dxa" w:w="1176"/>
          </w:tcPr>
          <w:p>
            <w:pPr>
              <w:spacing w:after="0"/>
              <w:jc w:val="right"/>
            </w:pPr>
            <w:r>
              <w:rPr>
                <w:sz w:val="16"/>
              </w:rPr>
              <w:t>$564,315</w:t>
            </w:r>
          </w:p>
        </w:tc>
        <w:tc>
          <w:tcPr>
            <w:tcW w:type="dxa" w:w="1349"/>
          </w:tcPr>
          <w:p>
            <w:pPr>
              <w:spacing w:after="0"/>
              <w:jc w:val="right"/>
            </w:pPr>
          </w:p>
        </w:tc>
        <w:tc>
          <w:tcPr>
            <w:tcW w:type="dxa" w:w="1656"/>
          </w:tcPr>
          <w:p>
            <w:pPr>
              <w:spacing w:after="0"/>
              <w:jc w:val="left"/>
            </w:pPr>
          </w:p>
        </w:tc>
        <w:tc>
          <w:tcPr>
            <w:tcW w:type="dxa" w:w="2116"/>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7</w:t>
            </w:r>
          </w:p>
        </w:tc>
        <w:tc>
          <w:tcPr>
            <w:tcW w:type="dxa" w:w="1037"/>
          </w:tcPr>
          <w:p>
            <w:pPr>
              <w:spacing w:after="0"/>
              <w:jc w:val="left"/>
            </w:pPr>
            <w:r>
              <w:rPr>
                <w:sz w:val="16"/>
              </w:rPr>
              <w:t>Winter Weather</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$6,616</w:t>
            </w:r>
          </w:p>
        </w:tc>
        <w:tc>
          <w:tcPr>
            <w:tcW w:type="dxa" w:w="1126"/>
          </w:tcPr>
          <w:p>
            <w:pPr>
              <w:spacing w:after="0"/>
              <w:jc w:val="right"/>
            </w:pPr>
            <w:r>
              <w:rPr>
                <w:sz w:val="16"/>
              </w:rPr>
              <w:t>under $1</w:t>
            </w:r>
          </w:p>
        </w:tc>
        <w:tc>
          <w:tcPr>
            <w:tcW w:type="dxa" w:w="1356"/>
          </w:tcPr>
          <w:p>
            <w:pPr>
              <w:spacing w:after="0"/>
              <w:jc w:val="right"/>
            </w:pPr>
            <w:r>
              <w:rPr>
                <w:sz w:val="16"/>
              </w:rPr>
              <w:t>$292,489</w:t>
            </w:r>
          </w:p>
        </w:tc>
        <w:tc>
          <w:tcPr>
            <w:tcW w:type="dxa" w:w="1176"/>
          </w:tcPr>
          <w:p>
            <w:pPr>
              <w:spacing w:after="0"/>
              <w:jc w:val="right"/>
            </w:pPr>
            <w:r>
              <w:rPr>
                <w:sz w:val="16"/>
              </w:rPr>
              <w:t>$299,105</w:t>
            </w:r>
          </w:p>
        </w:tc>
        <w:tc>
          <w:tcPr>
            <w:tcW w:type="dxa" w:w="1349"/>
          </w:tcPr>
          <w:p>
            <w:pPr>
              <w:spacing w:after="0"/>
              <w:jc w:val="right"/>
            </w:pPr>
            <w:r>
              <w:rPr>
                <w:sz w:val="16"/>
              </w:rPr>
              <w:t>351</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Lightning</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$2,874</w:t>
            </w:r>
          </w:p>
        </w:tc>
        <w:tc>
          <w:tcPr>
            <w:tcW w:type="dxa" w:w="1126"/>
          </w:tcPr>
          <w:p>
            <w:pPr>
              <w:spacing w:after="0"/>
              <w:jc w:val="right"/>
            </w:pPr>
          </w:p>
        </w:tc>
        <w:tc>
          <w:tcPr>
            <w:tcW w:type="dxa" w:w="1356"/>
          </w:tcPr>
          <w:p>
            <w:pPr>
              <w:spacing w:after="0"/>
              <w:jc w:val="right"/>
            </w:pPr>
            <w:r>
              <w:rPr>
                <w:sz w:val="16"/>
              </w:rPr>
              <w:t>$244,139</w:t>
            </w:r>
          </w:p>
        </w:tc>
        <w:tc>
          <w:tcPr>
            <w:tcW w:type="dxa" w:w="1176"/>
          </w:tcPr>
          <w:p>
            <w:pPr>
              <w:spacing w:after="0"/>
              <w:jc w:val="right"/>
            </w:pPr>
            <w:r>
              <w:rPr>
                <w:sz w:val="16"/>
              </w:rPr>
              <w:t>$247,012</w:t>
            </w:r>
          </w:p>
        </w:tc>
        <w:tc>
          <w:tcPr>
            <w:tcW w:type="dxa" w:w="1349"/>
          </w:tcPr>
          <w:p>
            <w:pPr>
              <w:spacing w:after="0"/>
              <w:jc w:val="right"/>
            </w:pPr>
            <w:r>
              <w:rPr>
                <w:sz w:val="16"/>
              </w:rPr>
              <w:t>0</w:t>
            </w:r>
          </w:p>
        </w:tc>
        <w:tc>
          <w:tcPr>
            <w:tcW w:type="dxa" w:w="1656"/>
          </w:tcPr>
          <w:p>
            <w:pPr>
              <w:spacing w:after="0"/>
              <w:jc w:val="left"/>
            </w:pPr>
          </w:p>
        </w:tc>
        <w:tc>
          <w:tcPr>
            <w:tcW w:type="dxa" w:w="21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9</w:t>
            </w:r>
          </w:p>
        </w:tc>
        <w:tc>
          <w:tcPr>
            <w:tcW w:type="dxa" w:w="1037"/>
          </w:tcPr>
          <w:p>
            <w:pPr>
              <w:spacing w:after="0"/>
              <w:jc w:val="left"/>
            </w:pPr>
            <w:r>
              <w:rPr>
                <w:sz w:val="16"/>
              </w:rPr>
              <w:t>Landslide</w:t>
            </w:r>
          </w:p>
        </w:tc>
        <w:tc>
          <w:tcPr>
            <w:tcW w:type="dxa" w:w="1237"/>
          </w:tcPr>
          <w:p>
            <w:pPr>
              <w:spacing w:after="0"/>
              <w:jc w:val="left"/>
            </w:pPr>
            <w:r>
              <w:rPr>
                <w:sz w:val="16"/>
              </w:rPr>
              <w:t>Relatively Moderate</w:t>
            </w:r>
          </w:p>
        </w:tc>
        <w:tc>
          <w:tcPr>
            <w:tcW w:type="dxa" w:w="1237"/>
          </w:tcPr>
          <w:p>
            <w:pPr>
              <w:spacing w:after="0"/>
              <w:jc w:val="left"/>
            </w:pPr>
            <w:r>
              <w:rPr>
                <w:sz w:val="16"/>
              </w:rPr>
              <w:t>Relatively Low</w:t>
            </w:r>
          </w:p>
        </w:tc>
        <w:tc>
          <w:tcPr>
            <w:tcW w:type="dxa" w:w="1126"/>
          </w:tcPr>
          <w:p>
            <w:pPr>
              <w:spacing w:after="0"/>
              <w:jc w:val="right"/>
            </w:pPr>
            <w:r>
              <w:rPr>
                <w:sz w:val="16"/>
              </w:rPr>
              <w:t>$4,740</w:t>
            </w:r>
          </w:p>
        </w:tc>
        <w:tc>
          <w:tcPr>
            <w:tcW w:type="dxa" w:w="1126"/>
          </w:tcPr>
          <w:p>
            <w:pPr>
              <w:spacing w:after="0"/>
              <w:jc w:val="right"/>
            </w:pPr>
          </w:p>
        </w:tc>
        <w:tc>
          <w:tcPr>
            <w:tcW w:type="dxa" w:w="1356"/>
          </w:tcPr>
          <w:p>
            <w:pPr>
              <w:spacing w:after="0"/>
              <w:jc w:val="right"/>
            </w:pPr>
            <w:r>
              <w:rPr>
                <w:sz w:val="16"/>
              </w:rPr>
              <w:t>$99,235</w:t>
            </w:r>
          </w:p>
        </w:tc>
        <w:tc>
          <w:tcPr>
            <w:tcW w:type="dxa" w:w="1176"/>
          </w:tcPr>
          <w:p>
            <w:pPr>
              <w:spacing w:after="0"/>
              <w:jc w:val="right"/>
            </w:pPr>
            <w:r>
              <w:rPr>
                <w:sz w:val="16"/>
              </w:rPr>
              <w:t>$103,974</w:t>
            </w:r>
          </w:p>
        </w:tc>
        <w:tc>
          <w:tcPr>
            <w:tcW w:type="dxa" w:w="1349"/>
          </w:tcPr>
          <w:p>
            <w:pPr>
              <w:spacing w:after="0"/>
              <w:jc w:val="right"/>
            </w:pPr>
            <w:r>
              <w:rPr>
                <w:sz w:val="16"/>
              </w:rPr>
              <w:t>1</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Strong Wind</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$13,246</w:t>
            </w:r>
          </w:p>
        </w:tc>
        <w:tc>
          <w:tcPr>
            <w:tcW w:type="dxa" w:w="1126"/>
          </w:tcPr>
          <w:p>
            <w:pPr>
              <w:spacing w:after="0"/>
              <w:jc w:val="right"/>
            </w:pPr>
            <w:r>
              <w:rPr>
                <w:sz w:val="16"/>
              </w:rPr>
              <w:t>$533</w:t>
            </w:r>
          </w:p>
        </w:tc>
        <w:tc>
          <w:tcPr>
            <w:tcW w:type="dxa" w:w="1356"/>
          </w:tcPr>
          <w:p>
            <w:pPr>
              <w:spacing w:after="0"/>
              <w:jc w:val="right"/>
            </w:pPr>
            <w:r>
              <w:rPr>
                <w:sz w:val="16"/>
              </w:rPr>
              <w:t>$22,272</w:t>
            </w:r>
          </w:p>
        </w:tc>
        <w:tc>
          <w:tcPr>
            <w:tcW w:type="dxa" w:w="1176"/>
          </w:tcPr>
          <w:p>
            <w:pPr>
              <w:spacing w:after="0"/>
              <w:jc w:val="right"/>
            </w:pPr>
            <w:r>
              <w:rPr>
                <w:sz w:val="16"/>
              </w:rPr>
              <w:t>$36,050</w:t>
            </w:r>
          </w:p>
        </w:tc>
        <w:tc>
          <w:tcPr>
            <w:tcW w:type="dxa" w:w="1349"/>
          </w:tcPr>
          <w:p>
            <w:pPr>
              <w:spacing w:after="0"/>
              <w:jc w:val="right"/>
            </w:pPr>
            <w:r>
              <w:rPr>
                <w:sz w:val="16"/>
              </w:rPr>
              <w:t>89</w:t>
            </w:r>
          </w:p>
        </w:tc>
        <w:tc>
          <w:tcPr>
            <w:tcW w:type="dxa" w:w="1656"/>
          </w:tcPr>
          <w:p>
            <w:pPr>
              <w:spacing w:after="0"/>
              <w:jc w:val="left"/>
            </w:pPr>
          </w:p>
        </w:tc>
        <w:tc>
          <w:tcPr>
            <w:tcW w:type="dxa" w:w="2116"/>
          </w:tcPr>
          <w:p>
            <w:pPr>
              <w:spacing w:after="0"/>
              <w:jc w:val="left"/>
            </w:pPr>
            <w:r>
              <w:rPr>
                <w:sz w:val="16"/>
              </w:rPr>
              <w:t>Includes 48 High Wind records and 38 Strong Wind records, event types the NRI definition of this hazard leaves out.</w:t>
            </w:r>
          </w:p>
        </w:tc>
      </w:tr>
      <w:tr>
        <w:trPr>
          <w:cantSplit/>
        </w:trPr>
        <w:tc>
          <w:tcPr>
            <w:tcW w:type="dxa" w:w="696"/>
          </w:tcPr>
          <w:p>
            <w:pPr>
              <w:spacing w:after="0"/>
              <w:jc w:val="right"/>
            </w:pPr>
            <w:r>
              <w:rPr>
                <w:sz w:val="16"/>
              </w:rPr>
              <w:t>11</w:t>
            </w:r>
          </w:p>
        </w:tc>
        <w:tc>
          <w:tcPr>
            <w:tcW w:type="dxa" w:w="1037"/>
          </w:tcPr>
          <w:p>
            <w:pPr>
              <w:spacing w:after="0"/>
              <w:jc w:val="left"/>
            </w:pPr>
            <w:r>
              <w:rPr>
                <w:sz w:val="16"/>
              </w:rPr>
              <w:t>Tornado</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$18,958</w:t>
            </w:r>
          </w:p>
        </w:tc>
        <w:tc>
          <w:tcPr>
            <w:tcW w:type="dxa" w:w="1126"/>
          </w:tcPr>
          <w:p>
            <w:pPr>
              <w:spacing w:after="0"/>
              <w:jc w:val="right"/>
            </w:pPr>
            <w:r>
              <w:rPr>
                <w:sz w:val="16"/>
              </w:rPr>
              <w:t>$280</w:t>
            </w:r>
          </w:p>
        </w:tc>
        <w:tc>
          <w:tcPr>
            <w:tcW w:type="dxa" w:w="1356"/>
          </w:tcPr>
          <w:p>
            <w:pPr>
              <w:spacing w:after="0"/>
              <w:jc w:val="right"/>
            </w:pPr>
            <w:r>
              <w:rPr>
                <w:sz w:val="16"/>
              </w:rPr>
              <w:t>$6,531</w:t>
            </w:r>
          </w:p>
        </w:tc>
        <w:tc>
          <w:tcPr>
            <w:tcW w:type="dxa" w:w="1176"/>
          </w:tcPr>
          <w:p>
            <w:pPr>
              <w:spacing w:after="0"/>
              <w:jc w:val="right"/>
            </w:pPr>
            <w:r>
              <w:rPr>
                <w:sz w:val="16"/>
              </w:rPr>
              <w:t>$25,768</w:t>
            </w:r>
          </w:p>
        </w:tc>
        <w:tc>
          <w:tcPr>
            <w:tcW w:type="dxa" w:w="1349"/>
          </w:tcPr>
          <w:p>
            <w:pPr>
              <w:spacing w:after="0"/>
              <w:jc w:val="right"/>
            </w:pPr>
            <w:r>
              <w:rPr>
                <w:sz w:val="16"/>
              </w:rPr>
              <w:t>0</w:t>
            </w:r>
          </w:p>
        </w:tc>
        <w:tc>
          <w:tcPr>
            <w:tcW w:type="dxa" w:w="1656"/>
          </w:tcPr>
          <w:p>
            <w:pPr>
              <w:spacing w:after="0"/>
              <w:jc w:val="left"/>
            </w:pPr>
          </w:p>
        </w:tc>
        <w:tc>
          <w:tcPr>
            <w:tcW w:type="dxa" w:w="2116"/>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12</w:t>
            </w:r>
          </w:p>
        </w:tc>
        <w:tc>
          <w:tcPr>
            <w:tcW w:type="dxa" w:w="1037"/>
          </w:tcPr>
          <w:p>
            <w:pPr>
              <w:spacing w:after="0"/>
              <w:jc w:val="left"/>
            </w:pPr>
            <w:r>
              <w:rPr>
                <w:sz w:val="16"/>
              </w:rPr>
              <w:t>Hail</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$1,034</w:t>
            </w:r>
          </w:p>
        </w:tc>
        <w:tc>
          <w:tcPr>
            <w:tcW w:type="dxa" w:w="1126"/>
          </w:tcPr>
          <w:p>
            <w:pPr>
              <w:spacing w:after="0"/>
              <w:jc w:val="right"/>
            </w:pPr>
            <w:r>
              <w:rPr>
                <w:sz w:val="16"/>
              </w:rPr>
              <w:t>$2,620</w:t>
            </w:r>
          </w:p>
        </w:tc>
        <w:tc>
          <w:tcPr>
            <w:tcW w:type="dxa" w:w="1356"/>
          </w:tcPr>
          <w:p>
            <w:pPr>
              <w:spacing w:after="0"/>
              <w:jc w:val="right"/>
            </w:pPr>
            <w:r>
              <w:rPr>
                <w:sz w:val="16"/>
              </w:rPr>
              <w:t>$15,497</w:t>
            </w:r>
          </w:p>
        </w:tc>
        <w:tc>
          <w:tcPr>
            <w:tcW w:type="dxa" w:w="1176"/>
          </w:tcPr>
          <w:p>
            <w:pPr>
              <w:spacing w:after="0"/>
              <w:jc w:val="right"/>
            </w:pPr>
            <w:r>
              <w:rPr>
                <w:sz w:val="16"/>
              </w:rPr>
              <w:t>$19,152</w:t>
            </w:r>
          </w:p>
        </w:tc>
        <w:tc>
          <w:tcPr>
            <w:tcW w:type="dxa" w:w="1349"/>
          </w:tcPr>
          <w:p>
            <w:pPr>
              <w:spacing w:after="0"/>
              <w:jc w:val="right"/>
            </w:pPr>
            <w:r>
              <w:rPr>
                <w:sz w:val="16"/>
              </w:rPr>
              <w:t>2</w:t>
            </w:r>
          </w:p>
        </w:tc>
        <w:tc>
          <w:tcPr>
            <w:tcW w:type="dxa" w:w="1656"/>
          </w:tcPr>
          <w:p>
            <w:pPr>
              <w:spacing w:after="0"/>
              <w:jc w:val="left"/>
            </w:pPr>
          </w:p>
        </w:tc>
        <w:tc>
          <w:tcPr>
            <w:tcW w:type="dxa" w:w="2116"/>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Volcanic Activity</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56"/>
          </w:tcPr>
          <w:p>
            <w:pPr>
              <w:spacing w:after="0"/>
              <w:jc w:val="right"/>
            </w:pPr>
            <w:r>
              <w:rPr>
                <w:sz w:val="16"/>
              </w:rPr>
              <w:t>$10</w:t>
            </w:r>
          </w:p>
        </w:tc>
        <w:tc>
          <w:tcPr>
            <w:tcW w:type="dxa" w:w="1176"/>
          </w:tcPr>
          <w:p>
            <w:pPr>
              <w:spacing w:after="0"/>
              <w:jc w:val="right"/>
            </w:pPr>
            <w:r>
              <w:rPr>
                <w:sz w:val="16"/>
              </w:rPr>
              <w:t>$10</w:t>
            </w:r>
          </w:p>
        </w:tc>
        <w:tc>
          <w:tcPr>
            <w:tcW w:type="dxa" w:w="1349"/>
          </w:tcPr>
          <w:p>
            <w:pPr>
              <w:spacing w:after="0"/>
              <w:jc w:val="right"/>
            </w:pPr>
            <w:r>
              <w:rPr>
                <w:sz w:val="16"/>
              </w:rPr>
              <w:t>0</w:t>
            </w:r>
          </w:p>
        </w:tc>
        <w:tc>
          <w:tcPr>
            <w:tcW w:type="dxa" w:w="1656"/>
          </w:tcPr>
          <w:p>
            <w:pPr>
              <w:spacing w:after="0"/>
              <w:jc w:val="left"/>
            </w:pPr>
          </w:p>
        </w:tc>
        <w:tc>
          <w:tcPr>
            <w:tcW w:type="dxa" w:w="21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14</w:t>
            </w:r>
          </w:p>
        </w:tc>
        <w:tc>
          <w:tcPr>
            <w:tcW w:type="dxa" w:w="1037"/>
          </w:tcPr>
          <w:p>
            <w:pPr>
              <w:spacing w:after="0"/>
              <w:jc w:val="left"/>
            </w:pPr>
            <w:r>
              <w:rPr>
                <w:sz w:val="16"/>
              </w:rPr>
              <w:t>Cold Wave</w:t>
            </w:r>
          </w:p>
        </w:tc>
        <w:tc>
          <w:tcPr>
            <w:tcW w:type="dxa" w:w="1237"/>
          </w:tcPr>
          <w:p>
            <w:pPr>
              <w:spacing w:after="0"/>
              <w:jc w:val="left"/>
            </w:pPr>
            <w:r>
              <w:rPr>
                <w:sz w:val="16"/>
              </w:rPr>
              <w:t>No Rating</w:t>
            </w:r>
          </w:p>
        </w:tc>
        <w:tc>
          <w:tcPr>
            <w:tcW w:type="dxa" w:w="123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56"/>
          </w:tcPr>
          <w:p>
            <w:pPr>
              <w:spacing w:after="0"/>
              <w:jc w:val="right"/>
            </w:pPr>
            <w:r>
              <w:rPr>
                <w:sz w:val="16"/>
              </w:rPr>
              <w:t>$0</w:t>
            </w:r>
          </w:p>
        </w:tc>
        <w:tc>
          <w:tcPr>
            <w:tcW w:type="dxa" w:w="1176"/>
          </w:tcPr>
          <w:p>
            <w:pPr>
              <w:spacing w:after="0"/>
              <w:jc w:val="right"/>
            </w:pPr>
            <w:r>
              <w:rPr>
                <w:sz w:val="16"/>
              </w:rPr>
              <w:t>$0</w:t>
            </w:r>
          </w:p>
        </w:tc>
        <w:tc>
          <w:tcPr>
            <w:tcW w:type="dxa" w:w="1349"/>
          </w:tcPr>
          <w:p>
            <w:pPr>
              <w:spacing w:after="0"/>
              <w:jc w:val="right"/>
            </w:pPr>
            <w:r>
              <w:rPr>
                <w:sz w:val="16"/>
              </w:rPr>
              <w:t>53</w:t>
            </w:r>
          </w:p>
        </w:tc>
        <w:tc>
          <w:tcPr>
            <w:tcW w:type="dxa" w:w="1656"/>
          </w:tcPr>
          <w:p>
            <w:pPr>
              <w:spacing w:after="0"/>
              <w:jc w:val="left"/>
            </w:pPr>
          </w:p>
        </w:tc>
        <w:tc>
          <w:tcPr>
            <w:tcW w:type="dxa" w:w="2116"/>
          </w:tcPr>
          <w:p>
            <w:pPr>
              <w:spacing w:after="0"/>
              <w:jc w:val="left"/>
            </w:pPr>
            <w:r>
              <w:rPr>
                <w:sz w:val="16"/>
              </w:rPr>
              <w:t>Includes 9 Frost/Freeze records, event types the NRI definition of this hazard leaves out.</w:t>
            </w:r>
          </w:p>
        </w:tc>
      </w:tr>
      <w:tr>
        <w:trPr>
          <w:cantSplit/>
        </w:trPr>
        <w:tc>
          <w:tcPr>
            <w:tcW w:type="dxa" w:w="696"/>
          </w:tcPr>
          <w:p>
            <w:pPr>
              <w:spacing w:after="0"/>
              <w:jc w:val="right"/>
            </w:pPr>
          </w:p>
        </w:tc>
        <w:tc>
          <w:tcPr>
            <w:tcW w:type="dxa" w:w="1037"/>
          </w:tcPr>
          <w:p>
            <w:pPr>
              <w:spacing w:after="0"/>
              <w:jc w:val="left"/>
            </w:pPr>
            <w:r>
              <w:rPr>
                <w:sz w:val="16"/>
              </w:rPr>
              <w:t>Coastal Flooding</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r>
              <w:rPr>
                <w:sz w:val="16"/>
              </w:rPr>
              <w:t>NRI rates coastal flooding Not Applicable for this county, and no federal declaration for this county names it.</w:t>
            </w:r>
          </w:p>
        </w:tc>
        <w:tc>
          <w:tcPr>
            <w:tcW w:type="dxa" w:w="2116"/>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2116"/>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Ice Storm</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p>
        </w:tc>
        <w:tc>
          <w:tcPr>
            <w:tcW w:type="dxa" w:w="2116"/>
          </w:tcPr>
          <w:p>
            <w:pPr>
              <w:spacing w:after="0"/>
              <w:jc w:val="left"/>
            </w:pPr>
            <w:r>
              <w:rPr>
                <w:sz w:val="16"/>
              </w:rPr>
              <w:t>Declared 1 time; no Storm Events record of this type.</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r>
              <w:rPr>
                <w:sz w:val="16"/>
              </w:rPr>
              <w:t>NRI rates tsunami Not Applicable for this county, and no federal declaration for this county names it.</w:t>
            </w:r>
          </w:p>
        </w:tc>
        <w:tc>
          <w:tcPr>
            <w:tcW w:type="dxa" w:w="211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1"/>
        <w:gridCol w:w="1672"/>
        <w:gridCol w:w="1515"/>
        <w:gridCol w:w="1255"/>
        <w:gridCol w:w="2622"/>
        <w:gridCol w:w="1655"/>
        <w:gridCol w:w="1534"/>
        <w:gridCol w:w="2218"/>
      </w:tblGrid>
      <w:tr>
        <w:trPr>
          <w:cantSplit/>
          <w:tblHeader/>
        </w:trPr>
        <w:tc>
          <w:tcPr>
            <w:tcW w:type="dxa" w:w="1641"/>
            <w:shd w:val="clear" w:color="auto" w:fill="E8E8E8"/>
          </w:tcPr>
          <w:p>
            <w:pPr>
              <w:spacing w:after="0"/>
              <w:jc w:val="left"/>
            </w:pPr>
            <w:r>
              <w:rPr>
                <w:b/>
                <w:sz w:val="16"/>
              </w:rPr>
              <w:t>Hazard</w:t>
            </w:r>
          </w:p>
        </w:tc>
        <w:tc>
          <w:tcPr>
            <w:tcW w:type="dxa" w:w="1672"/>
            <w:shd w:val="clear" w:color="auto" w:fill="E8E8E8"/>
          </w:tcPr>
          <w:p>
            <w:pPr>
              <w:spacing w:after="0"/>
              <w:jc w:val="left"/>
            </w:pPr>
            <w:r>
              <w:rPr>
                <w:b/>
                <w:sz w:val="16"/>
              </w:rPr>
              <w:t>Scale</w:t>
            </w:r>
          </w:p>
        </w:tc>
        <w:tc>
          <w:tcPr>
            <w:tcW w:type="dxa" w:w="1515"/>
            <w:shd w:val="clear" w:color="auto" w:fill="E8E8E8"/>
          </w:tcPr>
          <w:p>
            <w:pPr>
              <w:spacing w:after="0"/>
              <w:jc w:val="right"/>
            </w:pPr>
            <w:r>
              <w:rPr>
                <w:b/>
                <w:sz w:val="16"/>
              </w:rPr>
              <w:t>Records</w:t>
            </w:r>
          </w:p>
          <w:p>
            <w:pPr>
              <w:spacing w:after="0"/>
              <w:jc w:val="right"/>
            </w:pPr>
            <w:r>
              <w:rPr>
                <w:i/>
                <w:color w:val="555555"/>
                <w:sz w:val="14"/>
              </w:rPr>
              <w:t>count, years</w:t>
            </w:r>
          </w:p>
        </w:tc>
        <w:tc>
          <w:tcPr>
            <w:tcW w:type="dxa" w:w="1255"/>
            <w:shd w:val="clear" w:color="auto" w:fill="E8E8E8"/>
          </w:tcPr>
          <w:p>
            <w:pPr>
              <w:spacing w:after="0"/>
              <w:jc w:val="left"/>
            </w:pPr>
            <w:r>
              <w:rPr>
                <w:b/>
                <w:sz w:val="16"/>
              </w:rPr>
              <w:t>Observed range</w:t>
            </w:r>
          </w:p>
        </w:tc>
        <w:tc>
          <w:tcPr>
            <w:tcW w:type="dxa" w:w="2622"/>
            <w:shd w:val="clear" w:color="auto" w:fill="E8E8E8"/>
          </w:tcPr>
          <w:p>
            <w:pPr>
              <w:spacing w:after="0"/>
              <w:jc w:val="left"/>
            </w:pPr>
            <w:r>
              <w:rPr>
                <w:b/>
                <w:sz w:val="16"/>
              </w:rPr>
              <w:t>Worst recorded event</w:t>
            </w:r>
          </w:p>
        </w:tc>
        <w:tc>
          <w:tcPr>
            <w:tcW w:type="dxa" w:w="1655"/>
            <w:shd w:val="clear" w:color="auto" w:fill="E8E8E8"/>
          </w:tcPr>
          <w:p>
            <w:pPr>
              <w:spacing w:after="0"/>
              <w:jc w:val="left"/>
            </w:pPr>
            <w:r>
              <w:rPr>
                <w:b/>
                <w:sz w:val="16"/>
              </w:rPr>
              <w:t>Most damaging (when different)</w:t>
            </w:r>
          </w:p>
        </w:tc>
        <w:tc>
          <w:tcPr>
            <w:tcW w:type="dxa" w:w="1534"/>
            <w:shd w:val="clear" w:color="auto" w:fill="E8E8E8"/>
          </w:tcPr>
          <w:p>
            <w:pPr>
              <w:spacing w:after="0"/>
              <w:jc w:val="left"/>
            </w:pPr>
            <w:r>
              <w:rPr>
                <w:b/>
                <w:sz w:val="16"/>
              </w:rPr>
              <w:t>How it applies to members</w:t>
            </w:r>
          </w:p>
        </w:tc>
        <w:tc>
          <w:tcPr>
            <w:tcW w:type="dxa" w:w="2218"/>
            <w:shd w:val="clear" w:color="auto" w:fill="E8E8E8"/>
          </w:tcPr>
          <w:p>
            <w:pPr>
              <w:spacing w:after="0"/>
              <w:jc w:val="left"/>
            </w:pPr>
            <w:r>
              <w:rPr>
                <w:b/>
                <w:sz w:val="16"/>
              </w:rPr>
              <w:t>Note</w:t>
            </w:r>
          </w:p>
        </w:tc>
      </w:tr>
      <w:tr>
        <w:trPr>
          <w:cantSplit/>
        </w:trPr>
        <w:tc>
          <w:tcPr>
            <w:tcW w:type="dxa" w:w="1641"/>
          </w:tcPr>
          <w:p>
            <w:pPr>
              <w:spacing w:after="0"/>
              <w:jc w:val="left"/>
            </w:pPr>
            <w:r>
              <w:rPr>
                <w:sz w:val="16"/>
              </w:rPr>
              <w:t>Avalanche</w:t>
            </w:r>
          </w:p>
        </w:tc>
        <w:tc>
          <w:tcPr>
            <w:tcW w:type="dxa" w:w="1672"/>
          </w:tcPr>
          <w:p>
            <w:pPr>
              <w:spacing w:after="0"/>
              <w:jc w:val="left"/>
            </w:pPr>
            <w:r>
              <w:rPr>
                <w:sz w:val="16"/>
              </w:rPr>
              <w:t>none (count and damage)</w:t>
            </w:r>
          </w:p>
        </w:tc>
        <w:tc>
          <w:tcPr>
            <w:tcW w:type="dxa" w:w="1515"/>
          </w:tcPr>
          <w:p>
            <w:pPr>
              <w:spacing w:after="0"/>
              <w:jc w:val="right"/>
            </w:pPr>
            <w:r>
              <w:rPr>
                <w:sz w:val="16"/>
              </w:rPr>
              <w:t>5, 1999 to 2023 (5 zone-level)</w:t>
            </w:r>
          </w:p>
        </w:tc>
        <w:tc>
          <w:tcPr>
            <w:tcW w:type="dxa" w:w="1255"/>
          </w:tcPr>
          <w:p>
            <w:pPr>
              <w:spacing w:after="0"/>
              <w:jc w:val="left"/>
            </w:pPr>
          </w:p>
        </w:tc>
        <w:tc>
          <w:tcPr>
            <w:tcW w:type="dxa" w:w="2622"/>
          </w:tcPr>
          <w:p>
            <w:pPr>
              <w:spacing w:after="0"/>
              <w:jc w:val="left"/>
            </w:pPr>
            <w:r>
              <w:rPr>
                <w:sz w:val="16"/>
              </w:rPr>
              <w:t>No damage reported in 5 records.</w:t>
            </w:r>
          </w:p>
        </w:tc>
        <w:tc>
          <w:tcPr>
            <w:tcW w:type="dxa" w:w="1655"/>
          </w:tcPr>
          <w:p>
            <w:pPr>
              <w:spacing w:after="0"/>
              <w:jc w:val="left"/>
            </w:pPr>
          </w:p>
        </w:tc>
        <w:tc>
          <w:tcPr>
            <w:tcW w:type="dxa" w:w="1534"/>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Physical measure: in event narratives only; local data required.</w:t>
            </w:r>
          </w:p>
        </w:tc>
      </w:tr>
      <w:tr>
        <w:trPr>
          <w:cantSplit/>
        </w:trPr>
        <w:tc>
          <w:tcPr>
            <w:tcW w:type="dxa" w:w="1641"/>
          </w:tcPr>
          <w:p>
            <w:pPr>
              <w:spacing w:after="0"/>
              <w:jc w:val="left"/>
            </w:pPr>
            <w:r>
              <w:rPr>
                <w:sz w:val="16"/>
              </w:rPr>
              <w:t>Coastal Flood, Storm Surge/Tide</w:t>
            </w:r>
          </w:p>
        </w:tc>
        <w:tc>
          <w:tcPr>
            <w:tcW w:type="dxa" w:w="1672"/>
          </w:tcPr>
          <w:p>
            <w:pPr>
              <w:spacing w:after="0"/>
              <w:jc w:val="left"/>
            </w:pPr>
            <w:r>
              <w:rPr>
                <w:sz w:val="16"/>
              </w:rPr>
              <w:t>none in data (FIRM for depth)</w:t>
            </w:r>
          </w:p>
        </w:tc>
        <w:tc>
          <w:tcPr>
            <w:tcW w:type="dxa" w:w="1515"/>
          </w:tcPr>
          <w:p>
            <w:pPr>
              <w:spacing w:after="0"/>
              <w:jc w:val="right"/>
            </w:pPr>
            <w:r>
              <w:rPr>
                <w:sz w:val="16"/>
              </w:rPr>
              <w:t>0</w:t>
            </w:r>
          </w:p>
        </w:tc>
        <w:tc>
          <w:tcPr>
            <w:tcW w:type="dxa" w:w="1255"/>
          </w:tcPr>
          <w:p>
            <w:pPr>
              <w:spacing w:after="0"/>
              <w:jc w:val="left"/>
            </w:pPr>
          </w:p>
        </w:tc>
        <w:tc>
          <w:tcPr>
            <w:tcW w:type="dxa" w:w="2622"/>
          </w:tcPr>
          <w:p>
            <w:pPr>
              <w:spacing w:after="0"/>
              <w:jc w:val="left"/>
            </w:pPr>
          </w:p>
        </w:tc>
        <w:tc>
          <w:tcPr>
            <w:tcW w:type="dxa" w:w="1655"/>
          </w:tcPr>
          <w:p>
            <w:pPr>
              <w:spacing w:after="0"/>
              <w:jc w:val="left"/>
            </w:pPr>
          </w:p>
        </w:tc>
        <w:tc>
          <w:tcPr>
            <w:tcW w:type="dxa" w:w="1534"/>
          </w:tcPr>
          <w:p>
            <w:pPr>
              <w:spacing w:after="0"/>
              <w:jc w:val="left"/>
            </w:pPr>
          </w:p>
        </w:tc>
        <w:tc>
          <w:tcPr>
            <w:tcW w:type="dxa" w:w="2218"/>
          </w:tcPr>
          <w:p>
            <w:pPr>
              <w:spacing w:after="0"/>
              <w:jc w:val="left"/>
            </w:pPr>
            <w:r>
              <w:rPr>
                <w:sz w:val="16"/>
              </w:rPr>
              <w:t>Flood depth: see the FEMA Flood Insurance Rate Map.</w:t>
            </w:r>
          </w:p>
        </w:tc>
      </w:tr>
      <w:tr>
        <w:trPr>
          <w:cantSplit/>
        </w:trPr>
        <w:tc>
          <w:tcPr>
            <w:tcW w:type="dxa" w:w="1641"/>
          </w:tcPr>
          <w:p>
            <w:pPr>
              <w:spacing w:after="0"/>
              <w:jc w:val="left"/>
            </w:pPr>
            <w:r>
              <w:rPr>
                <w:sz w:val="16"/>
              </w:rPr>
              <w:t>Cold/Wind Chill, Extreme Cold/Wind Chill</w:t>
            </w:r>
          </w:p>
        </w:tc>
        <w:tc>
          <w:tcPr>
            <w:tcW w:type="dxa" w:w="1672"/>
          </w:tcPr>
          <w:p>
            <w:pPr>
              <w:spacing w:after="0"/>
              <w:jc w:val="left"/>
            </w:pPr>
            <w:r>
              <w:rPr>
                <w:sz w:val="16"/>
              </w:rPr>
              <w:t>wind chill</w:t>
            </w:r>
          </w:p>
        </w:tc>
        <w:tc>
          <w:tcPr>
            <w:tcW w:type="dxa" w:w="1515"/>
          </w:tcPr>
          <w:p>
            <w:pPr>
              <w:spacing w:after="0"/>
              <w:jc w:val="right"/>
            </w:pPr>
            <w:r>
              <w:rPr>
                <w:sz w:val="16"/>
              </w:rPr>
              <w:t>44, 1998 to 2025 (44 zone-level)</w:t>
            </w:r>
          </w:p>
        </w:tc>
        <w:tc>
          <w:tcPr>
            <w:tcW w:type="dxa" w:w="1255"/>
          </w:tcPr>
          <w:p>
            <w:pPr>
              <w:spacing w:after="0"/>
              <w:jc w:val="left"/>
            </w:pPr>
            <w:r>
              <w:rPr>
                <w:sz w:val="16"/>
              </w:rPr>
              <w:t>1 day to 5 days (median 1 day); 14 with a recorded value</w:t>
            </w:r>
          </w:p>
        </w:tc>
        <w:tc>
          <w:tcPr>
            <w:tcW w:type="dxa" w:w="2622"/>
          </w:tcPr>
          <w:p>
            <w:pPr>
              <w:spacing w:after="0"/>
              <w:jc w:val="left"/>
            </w:pPr>
            <w:r>
              <w:rPr>
                <w:sz w:val="16"/>
              </w:rPr>
              <w:t>5 consecutive days, 2020-04-24 to 2020-04-28, zone-level</w:t>
            </w:r>
          </w:p>
        </w:tc>
        <w:tc>
          <w:tcPr>
            <w:tcW w:type="dxa" w:w="1655"/>
          </w:tcPr>
          <w:p>
            <w:pPr>
              <w:spacing w:after="0"/>
              <w:jc w:val="left"/>
            </w:pPr>
          </w:p>
        </w:tc>
        <w:tc>
          <w:tcPr>
            <w:tcW w:type="dxa" w:w="1534"/>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1"/>
          </w:tcPr>
          <w:p>
            <w:pPr>
              <w:spacing w:after="0"/>
              <w:jc w:val="left"/>
            </w:pPr>
            <w:r>
              <w:rPr>
                <w:sz w:val="16"/>
              </w:rPr>
              <w:t>Frost/Freeze (outside NRI Cold Wave definition)</w:t>
            </w:r>
          </w:p>
        </w:tc>
        <w:tc>
          <w:tcPr>
            <w:tcW w:type="dxa" w:w="1672"/>
          </w:tcPr>
          <w:p>
            <w:pPr>
              <w:spacing w:after="0"/>
              <w:jc w:val="left"/>
            </w:pPr>
            <w:r>
              <w:rPr>
                <w:sz w:val="16"/>
              </w:rPr>
              <w:t>crop damage</w:t>
            </w:r>
          </w:p>
        </w:tc>
        <w:tc>
          <w:tcPr>
            <w:tcW w:type="dxa" w:w="1515"/>
          </w:tcPr>
          <w:p>
            <w:pPr>
              <w:spacing w:after="0"/>
              <w:jc w:val="right"/>
            </w:pPr>
            <w:r>
              <w:rPr>
                <w:sz w:val="16"/>
              </w:rPr>
              <w:t>9, 2005 to 2024 (9 zone-level)</w:t>
            </w:r>
          </w:p>
        </w:tc>
        <w:tc>
          <w:tcPr>
            <w:tcW w:type="dxa" w:w="1255"/>
          </w:tcPr>
          <w:p>
            <w:pPr>
              <w:spacing w:after="0"/>
              <w:jc w:val="left"/>
            </w:pPr>
          </w:p>
        </w:tc>
        <w:tc>
          <w:tcPr>
            <w:tcW w:type="dxa" w:w="2622"/>
          </w:tcPr>
          <w:p>
            <w:pPr>
              <w:spacing w:after="0"/>
              <w:jc w:val="left"/>
            </w:pPr>
            <w:r>
              <w:rPr>
                <w:sz w:val="16"/>
              </w:rPr>
              <w:t>Frost/Freeze, 2007-01-14, $20,000,000 crop damage, reported for the zone (2007 dollars); NWS zone CAZ019 (NORTHERN SAN JOAQUIN VALLEY), zone-level: may include parts of neighboring counties</w:t>
            </w:r>
          </w:p>
        </w:tc>
        <w:tc>
          <w:tcPr>
            <w:tcW w:type="dxa" w:w="1655"/>
          </w:tcPr>
          <w:p>
            <w:pPr>
              <w:spacing w:after="0"/>
              <w:jc w:val="left"/>
            </w:pPr>
          </w:p>
        </w:tc>
        <w:tc>
          <w:tcPr>
            <w:tcW w:type="dxa" w:w="1534"/>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Temperature: in event narratives only; local data required.</w:t>
            </w:r>
          </w:p>
        </w:tc>
      </w:tr>
      <w:tr>
        <w:trPr>
          <w:cantSplit/>
        </w:trPr>
        <w:tc>
          <w:tcPr>
            <w:tcW w:type="dxa" w:w="1641"/>
          </w:tcPr>
          <w:p>
            <w:pPr>
              <w:spacing w:after="0"/>
              <w:jc w:val="left"/>
            </w:pPr>
            <w:r>
              <w:rPr>
                <w:sz w:val="16"/>
              </w:rPr>
              <w:t>Drought</w:t>
            </w:r>
          </w:p>
        </w:tc>
        <w:tc>
          <w:tcPr>
            <w:tcW w:type="dxa" w:w="1672"/>
          </w:tcPr>
          <w:p>
            <w:pPr>
              <w:spacing w:after="0"/>
              <w:jc w:val="left"/>
            </w:pPr>
            <w:r>
              <w:rPr>
                <w:sz w:val="16"/>
              </w:rPr>
              <w:t>US Drought Monitor D-scale</w:t>
            </w:r>
          </w:p>
        </w:tc>
        <w:tc>
          <w:tcPr>
            <w:tcW w:type="dxa" w:w="1515"/>
          </w:tcPr>
          <w:p>
            <w:pPr>
              <w:spacing w:after="0"/>
              <w:jc w:val="right"/>
            </w:pPr>
            <w:r>
              <w:rPr>
                <w:sz w:val="16"/>
              </w:rPr>
              <w:t>59, 2014 to 2023 (59 zone-level)</w:t>
            </w:r>
          </w:p>
        </w:tc>
        <w:tc>
          <w:tcPr>
            <w:tcW w:type="dxa" w:w="1255"/>
          </w:tcPr>
          <w:p>
            <w:pPr>
              <w:spacing w:after="0"/>
              <w:jc w:val="left"/>
            </w:pPr>
            <w:r>
              <w:rPr>
                <w:sz w:val="16"/>
              </w:rPr>
              <w:t>31 days to 460 days (median 212 days); 7 with a recorded value</w:t>
            </w:r>
          </w:p>
        </w:tc>
        <w:tc>
          <w:tcPr>
            <w:tcW w:type="dxa" w:w="2622"/>
          </w:tcPr>
          <w:p>
            <w:pPr>
              <w:spacing w:after="0"/>
              <w:jc w:val="left"/>
            </w:pPr>
            <w:r>
              <w:rPr>
                <w:sz w:val="16"/>
              </w:rPr>
              <w:t>460 days (about 15.1 months), 2021-10-08 to 2023-01-10, a run of 16 consecutive Storm Events drought records, zone-level</w:t>
            </w:r>
          </w:p>
        </w:tc>
        <w:tc>
          <w:tcPr>
            <w:tcW w:type="dxa" w:w="1655"/>
          </w:tcPr>
          <w:p>
            <w:pPr>
              <w:spacing w:after="0"/>
              <w:jc w:val="left"/>
            </w:pPr>
            <w:r>
              <w:rPr>
                <w:sz w:val="16"/>
              </w:rPr>
              <w:t>Drought, 2014-12-01, $0 property; $1,500,000,000 crops, reported for the zone (2014 dollars) (as recorded; larger than this county's annual agriculture value in the National Risk Index; confirm with the county or the state extension service)</w:t>
            </w:r>
          </w:p>
        </w:tc>
        <w:tc>
          <w:tcPr>
            <w:tcW w:type="dxa" w:w="1534"/>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1"/>
          </w:tcPr>
          <w:p>
            <w:pPr>
              <w:spacing w:after="0"/>
              <w:jc w:val="left"/>
            </w:pPr>
            <w:r>
              <w:rPr>
                <w:sz w:val="16"/>
              </w:rPr>
              <w:t>Earthquake</w:t>
            </w:r>
          </w:p>
        </w:tc>
        <w:tc>
          <w:tcPr>
            <w:tcW w:type="dxa" w:w="1672"/>
          </w:tcPr>
          <w:p>
            <w:pPr>
              <w:spacing w:after="0"/>
              <w:jc w:val="left"/>
            </w:pPr>
            <w:r>
              <w:rPr>
                <w:sz w:val="16"/>
              </w:rPr>
              <w:t>Modified Mercalli (local data)</w:t>
            </w:r>
          </w:p>
        </w:tc>
        <w:tc>
          <w:tcPr>
            <w:tcW w:type="dxa" w:w="1515"/>
          </w:tcPr>
          <w:p>
            <w:pPr>
              <w:spacing w:after="0"/>
              <w:jc w:val="right"/>
            </w:pPr>
            <w:r>
              <w:rPr>
                <w:sz w:val="16"/>
              </w:rPr>
              <w:t>0</w:t>
            </w:r>
          </w:p>
        </w:tc>
        <w:tc>
          <w:tcPr>
            <w:tcW w:type="dxa" w:w="1255"/>
          </w:tcPr>
          <w:p>
            <w:pPr>
              <w:spacing w:after="0"/>
              <w:jc w:val="left"/>
            </w:pPr>
          </w:p>
        </w:tc>
        <w:tc>
          <w:tcPr>
            <w:tcW w:type="dxa" w:w="2622"/>
          </w:tcPr>
          <w:p>
            <w:pPr>
              <w:spacing w:after="0"/>
              <w:jc w:val="left"/>
            </w:pPr>
          </w:p>
        </w:tc>
        <w:tc>
          <w:tcPr>
            <w:tcW w:type="dxa" w:w="1655"/>
          </w:tcPr>
          <w:p>
            <w:pPr>
              <w:spacing w:after="0"/>
              <w:jc w:val="left"/>
            </w:pPr>
          </w:p>
        </w:tc>
        <w:tc>
          <w:tcPr>
            <w:tcW w:type="dxa" w:w="1534"/>
          </w:tcPr>
          <w:p>
            <w:pPr>
              <w:spacing w:after="0"/>
              <w:jc w:val="left"/>
            </w:pPr>
          </w:p>
        </w:tc>
        <w:tc>
          <w:tcPr>
            <w:tcW w:type="dxa" w:w="2218"/>
          </w:tcPr>
          <w:p>
            <w:pPr>
              <w:spacing w:after="0"/>
              <w:jc w:val="left"/>
            </w:pPr>
            <w:r>
              <w:rPr>
                <w:sz w:val="16"/>
              </w:rPr>
              <w:t>No Storm Events record; local data required (e.g., USGS).</w:t>
            </w:r>
          </w:p>
        </w:tc>
      </w:tr>
      <w:tr>
        <w:trPr>
          <w:cantSplit/>
        </w:trPr>
        <w:tc>
          <w:tcPr>
            <w:tcW w:type="dxa" w:w="1641"/>
          </w:tcPr>
          <w:p>
            <w:pPr>
              <w:spacing w:after="0"/>
              <w:jc w:val="left"/>
            </w:pPr>
            <w:r>
              <w:rPr>
                <w:sz w:val="16"/>
              </w:rPr>
              <w:t>Hail</w:t>
            </w:r>
          </w:p>
        </w:tc>
        <w:tc>
          <w:tcPr>
            <w:tcW w:type="dxa" w:w="1672"/>
          </w:tcPr>
          <w:p>
            <w:pPr>
              <w:spacing w:after="0"/>
              <w:jc w:val="left"/>
            </w:pPr>
            <w:r>
              <w:rPr>
                <w:sz w:val="16"/>
              </w:rPr>
              <w:t>hail size (inches)</w:t>
            </w:r>
          </w:p>
        </w:tc>
        <w:tc>
          <w:tcPr>
            <w:tcW w:type="dxa" w:w="1515"/>
          </w:tcPr>
          <w:p>
            <w:pPr>
              <w:spacing w:after="0"/>
              <w:jc w:val="right"/>
            </w:pPr>
            <w:r>
              <w:rPr>
                <w:sz w:val="16"/>
              </w:rPr>
              <w:t>2, 2013 to 2017</w:t>
            </w:r>
          </w:p>
        </w:tc>
        <w:tc>
          <w:tcPr>
            <w:tcW w:type="dxa" w:w="1255"/>
          </w:tcPr>
          <w:p>
            <w:pPr>
              <w:spacing w:after="0"/>
              <w:jc w:val="left"/>
            </w:pPr>
            <w:r>
              <w:rPr>
                <w:sz w:val="16"/>
              </w:rPr>
              <w:t>1 in; 2 with a recorded value</w:t>
            </w:r>
          </w:p>
        </w:tc>
        <w:tc>
          <w:tcPr>
            <w:tcW w:type="dxa" w:w="2622"/>
          </w:tcPr>
          <w:p>
            <w:pPr>
              <w:spacing w:after="0"/>
              <w:jc w:val="left"/>
            </w:pPr>
            <w:r>
              <w:rPr>
                <w:sz w:val="16"/>
              </w:rPr>
              <w:t>1 in hail, 2017-09-08; same size also recorded on 2013-03-29</w:t>
            </w:r>
          </w:p>
        </w:tc>
        <w:tc>
          <w:tcPr>
            <w:tcW w:type="dxa" w:w="1655"/>
          </w:tcPr>
          <w:p>
            <w:pPr>
              <w:spacing w:after="0"/>
              <w:jc w:val="left"/>
            </w:pPr>
          </w:p>
        </w:tc>
        <w:tc>
          <w:tcPr>
            <w:tcW w:type="dxa" w:w="1534"/>
          </w:tcPr>
          <w:p>
            <w:pPr>
              <w:spacing w:after="0"/>
              <w:jc w:val="left"/>
            </w:pPr>
            <w:r>
              <w:rPr>
                <w:sz w:val="16"/>
              </w:rPr>
              <w:t>No event record names a member place.</w:t>
            </w:r>
          </w:p>
        </w:tc>
        <w:tc>
          <w:tcPr>
            <w:tcW w:type="dxa" w:w="2218"/>
          </w:tcPr>
          <w:p>
            <w:pPr>
              <w:spacing w:after="0"/>
              <w:jc w:val="left"/>
            </w:pPr>
          </w:p>
        </w:tc>
      </w:tr>
      <w:tr>
        <w:trPr>
          <w:cantSplit/>
        </w:trPr>
        <w:tc>
          <w:tcPr>
            <w:tcW w:type="dxa" w:w="1641"/>
          </w:tcPr>
          <w:p>
            <w:pPr>
              <w:spacing w:after="0"/>
              <w:jc w:val="left"/>
            </w:pPr>
            <w:r>
              <w:rPr>
                <w:sz w:val="16"/>
              </w:rPr>
              <w:t>Excessive Heat, Heat</w:t>
            </w:r>
          </w:p>
        </w:tc>
        <w:tc>
          <w:tcPr>
            <w:tcW w:type="dxa" w:w="1672"/>
          </w:tcPr>
          <w:p>
            <w:pPr>
              <w:spacing w:after="0"/>
              <w:jc w:val="left"/>
            </w:pPr>
            <w:r>
              <w:rPr>
                <w:sz w:val="16"/>
              </w:rPr>
              <w:t>heat index (narratives)</w:t>
            </w:r>
          </w:p>
        </w:tc>
        <w:tc>
          <w:tcPr>
            <w:tcW w:type="dxa" w:w="1515"/>
          </w:tcPr>
          <w:p>
            <w:pPr>
              <w:spacing w:after="0"/>
              <w:jc w:val="right"/>
            </w:pPr>
            <w:r>
              <w:rPr>
                <w:sz w:val="16"/>
              </w:rPr>
              <w:t>67, 1999 to 2025 (67 zone-level)</w:t>
            </w:r>
          </w:p>
        </w:tc>
        <w:tc>
          <w:tcPr>
            <w:tcW w:type="dxa" w:w="1255"/>
          </w:tcPr>
          <w:p>
            <w:pPr>
              <w:spacing w:after="0"/>
              <w:jc w:val="left"/>
            </w:pPr>
            <w:r>
              <w:rPr>
                <w:sz w:val="16"/>
              </w:rPr>
              <w:t>1 day to 31 days (median 3 days); 42 with a recorded value</w:t>
            </w:r>
          </w:p>
        </w:tc>
        <w:tc>
          <w:tcPr>
            <w:tcW w:type="dxa" w:w="2622"/>
          </w:tcPr>
          <w:p>
            <w:pPr>
              <w:spacing w:after="0"/>
              <w:jc w:val="left"/>
            </w:pPr>
            <w:r>
              <w:rPr>
                <w:sz w:val="16"/>
              </w:rPr>
              <w:t>31 days, 2005-07-01 to 2005-07-31, from 1 monthly summary record (a monthly summary record covers most or all of a month; it does not count days at wave conditions), zone-level</w:t>
            </w:r>
          </w:p>
        </w:tc>
        <w:tc>
          <w:tcPr>
            <w:tcW w:type="dxa" w:w="1655"/>
          </w:tcPr>
          <w:p>
            <w:pPr>
              <w:spacing w:after="0"/>
              <w:jc w:val="left"/>
            </w:pPr>
          </w:p>
        </w:tc>
        <w:tc>
          <w:tcPr>
            <w:tcW w:type="dxa" w:w="1534"/>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1"/>
          </w:tcPr>
          <w:p>
            <w:pPr>
              <w:spacing w:after="0"/>
              <w:jc w:val="left"/>
            </w:pPr>
            <w:r>
              <w:rPr>
                <w:sz w:val="16"/>
              </w:rPr>
              <w:t>Hurricane, Tropical Storm, Tropical Depression</w:t>
            </w:r>
          </w:p>
        </w:tc>
        <w:tc>
          <w:tcPr>
            <w:tcW w:type="dxa" w:w="1672"/>
          </w:tcPr>
          <w:p>
            <w:pPr>
              <w:spacing w:after="0"/>
              <w:jc w:val="left"/>
            </w:pPr>
            <w:r>
              <w:rPr>
                <w:sz w:val="16"/>
              </w:rPr>
              <w:t>Saffir-Simpson</w:t>
            </w:r>
          </w:p>
        </w:tc>
        <w:tc>
          <w:tcPr>
            <w:tcW w:type="dxa" w:w="1515"/>
          </w:tcPr>
          <w:p>
            <w:pPr>
              <w:spacing w:after="0"/>
              <w:jc w:val="right"/>
            </w:pPr>
            <w:r>
              <w:rPr>
                <w:sz w:val="16"/>
              </w:rPr>
              <w:t>0</w:t>
            </w:r>
          </w:p>
        </w:tc>
        <w:tc>
          <w:tcPr>
            <w:tcW w:type="dxa" w:w="1255"/>
          </w:tcPr>
          <w:p>
            <w:pPr>
              <w:spacing w:after="0"/>
              <w:jc w:val="left"/>
            </w:pPr>
          </w:p>
        </w:tc>
        <w:tc>
          <w:tcPr>
            <w:tcW w:type="dxa" w:w="2622"/>
          </w:tcPr>
          <w:p>
            <w:pPr>
              <w:spacing w:after="0"/>
              <w:jc w:val="left"/>
            </w:pPr>
          </w:p>
        </w:tc>
        <w:tc>
          <w:tcPr>
            <w:tcW w:type="dxa" w:w="1655"/>
          </w:tcPr>
          <w:p>
            <w:pPr>
              <w:spacing w:after="0"/>
              <w:jc w:val="left"/>
            </w:pPr>
          </w:p>
        </w:tc>
        <w:tc>
          <w:tcPr>
            <w:tcW w:type="dxa" w:w="1534"/>
          </w:tcPr>
          <w:p>
            <w:pPr>
              <w:spacing w:after="0"/>
              <w:jc w:val="left"/>
            </w:pPr>
          </w:p>
        </w:tc>
        <w:tc>
          <w:tcPr>
            <w:tcW w:type="dxa" w:w="221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1"/>
          </w:tcPr>
          <w:p>
            <w:pPr>
              <w:spacing w:after="0"/>
              <w:jc w:val="left"/>
            </w:pPr>
            <w:r>
              <w:rPr>
                <w:sz w:val="16"/>
              </w:rPr>
              <w:t>Ice Storm</w:t>
            </w:r>
          </w:p>
        </w:tc>
        <w:tc>
          <w:tcPr>
            <w:tcW w:type="dxa" w:w="1672"/>
          </w:tcPr>
          <w:p>
            <w:pPr>
              <w:spacing w:after="0"/>
              <w:jc w:val="left"/>
            </w:pPr>
            <w:r>
              <w:rPr>
                <w:sz w:val="16"/>
              </w:rPr>
              <w:t>Sperry-Piltz (local data)</w:t>
            </w:r>
          </w:p>
        </w:tc>
        <w:tc>
          <w:tcPr>
            <w:tcW w:type="dxa" w:w="1515"/>
          </w:tcPr>
          <w:p>
            <w:pPr>
              <w:spacing w:after="0"/>
              <w:jc w:val="right"/>
            </w:pPr>
            <w:r>
              <w:rPr>
                <w:sz w:val="16"/>
              </w:rPr>
              <w:t>0</w:t>
            </w:r>
          </w:p>
        </w:tc>
        <w:tc>
          <w:tcPr>
            <w:tcW w:type="dxa" w:w="1255"/>
          </w:tcPr>
          <w:p>
            <w:pPr>
              <w:spacing w:after="0"/>
              <w:jc w:val="left"/>
            </w:pPr>
          </w:p>
        </w:tc>
        <w:tc>
          <w:tcPr>
            <w:tcW w:type="dxa" w:w="2622"/>
          </w:tcPr>
          <w:p>
            <w:pPr>
              <w:spacing w:after="0"/>
              <w:jc w:val="left"/>
            </w:pPr>
          </w:p>
        </w:tc>
        <w:tc>
          <w:tcPr>
            <w:tcW w:type="dxa" w:w="1655"/>
          </w:tcPr>
          <w:p>
            <w:pPr>
              <w:spacing w:after="0"/>
              <w:jc w:val="left"/>
            </w:pPr>
          </w:p>
        </w:tc>
        <w:tc>
          <w:tcPr>
            <w:tcW w:type="dxa" w:w="1534"/>
          </w:tcPr>
          <w:p>
            <w:pPr>
              <w:spacing w:after="0"/>
              <w:jc w:val="left"/>
            </w:pPr>
          </w:p>
        </w:tc>
        <w:tc>
          <w:tcPr>
            <w:tcW w:type="dxa" w:w="2218"/>
          </w:tcPr>
          <w:p>
            <w:pPr>
              <w:spacing w:after="0"/>
              <w:jc w:val="left"/>
            </w:pPr>
            <w:r>
              <w:rPr>
                <w:sz w:val="16"/>
              </w:rPr>
              <w:t>Ice thickness: in event narratives only; local data required.</w:t>
            </w:r>
          </w:p>
        </w:tc>
      </w:tr>
      <w:tr>
        <w:trPr>
          <w:cantSplit/>
        </w:trPr>
        <w:tc>
          <w:tcPr>
            <w:tcW w:type="dxa" w:w="1641"/>
          </w:tcPr>
          <w:p>
            <w:pPr>
              <w:spacing w:after="0"/>
              <w:jc w:val="left"/>
            </w:pPr>
            <w:r>
              <w:rPr>
                <w:sz w:val="16"/>
              </w:rPr>
              <w:t>Flash Flood, Flood, Lakeshore Flood</w:t>
            </w:r>
          </w:p>
        </w:tc>
        <w:tc>
          <w:tcPr>
            <w:tcW w:type="dxa" w:w="1672"/>
          </w:tcPr>
          <w:p>
            <w:pPr>
              <w:spacing w:after="0"/>
              <w:jc w:val="left"/>
            </w:pPr>
            <w:r>
              <w:rPr>
                <w:sz w:val="16"/>
              </w:rPr>
              <w:t>damage and flood days (FIRM for depth)</w:t>
            </w:r>
          </w:p>
        </w:tc>
        <w:tc>
          <w:tcPr>
            <w:tcW w:type="dxa" w:w="1515"/>
          </w:tcPr>
          <w:p>
            <w:pPr>
              <w:spacing w:after="0"/>
              <w:jc w:val="right"/>
            </w:pPr>
            <w:r>
              <w:rPr>
                <w:sz w:val="16"/>
              </w:rPr>
              <w:t>39, 1996 to 2026 (25 zone-level)</w:t>
            </w:r>
          </w:p>
        </w:tc>
        <w:tc>
          <w:tcPr>
            <w:tcW w:type="dxa" w:w="1255"/>
          </w:tcPr>
          <w:p>
            <w:pPr>
              <w:spacing w:after="0"/>
              <w:jc w:val="left"/>
            </w:pPr>
          </w:p>
        </w:tc>
        <w:tc>
          <w:tcPr>
            <w:tcW w:type="dxa" w:w="2622"/>
          </w:tcPr>
          <w:p>
            <w:pPr>
              <w:spacing w:after="0"/>
              <w:jc w:val="left"/>
            </w:pPr>
            <w:r>
              <w:rPr>
                <w:sz w:val="16"/>
              </w:rPr>
              <w:t>Flood, 1998-02-02, $4,300,000 property; $7,800,000 crops, reported for the zone (1998 dollars); NWS zone CAZ017 (SOUTHERN SACRAMENTO VALLEY), zone-level: may include parts of neighboring counties</w:t>
            </w:r>
          </w:p>
        </w:tc>
        <w:tc>
          <w:tcPr>
            <w:tcW w:type="dxa" w:w="1655"/>
          </w:tcPr>
          <w:p>
            <w:pPr>
              <w:spacing w:after="0"/>
              <w:jc w:val="left"/>
            </w:pPr>
          </w:p>
        </w:tc>
        <w:tc>
          <w:tcPr>
            <w:tcW w:type="dxa" w:w="1534"/>
          </w:tcPr>
          <w:p>
            <w:pPr>
              <w:spacing w:after="0"/>
              <w:jc w:val="left"/>
            </w:pPr>
            <w:r>
              <w:rPr>
                <w:sz w:val="16"/>
              </w:rPr>
              <w:t>Event records naming member places: Jackson city (3 records), Sutter Creek city (2 records), Plymouth city (1 record). Zone-level records (25) apply countywide.</w:t>
            </w:r>
          </w:p>
        </w:tc>
        <w:tc>
          <w:tcPr>
            <w:tcW w:type="dxa" w:w="221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1"/>
          </w:tcPr>
          <w:p>
            <w:pPr>
              <w:spacing w:after="0"/>
              <w:jc w:val="left"/>
            </w:pPr>
            <w:r>
              <w:rPr>
                <w:sz w:val="16"/>
              </w:rPr>
              <w:t>Debris Flow</w:t>
            </w:r>
          </w:p>
        </w:tc>
        <w:tc>
          <w:tcPr>
            <w:tcW w:type="dxa" w:w="1672"/>
          </w:tcPr>
          <w:p>
            <w:pPr>
              <w:spacing w:after="0"/>
              <w:jc w:val="left"/>
            </w:pPr>
            <w:r>
              <w:rPr>
                <w:sz w:val="16"/>
              </w:rPr>
              <w:t>none (count and damage)</w:t>
            </w:r>
          </w:p>
        </w:tc>
        <w:tc>
          <w:tcPr>
            <w:tcW w:type="dxa" w:w="1515"/>
          </w:tcPr>
          <w:p>
            <w:pPr>
              <w:spacing w:after="0"/>
              <w:jc w:val="right"/>
            </w:pPr>
            <w:r>
              <w:rPr>
                <w:sz w:val="16"/>
              </w:rPr>
              <w:t>1, 2015 to 2015</w:t>
            </w:r>
          </w:p>
        </w:tc>
        <w:tc>
          <w:tcPr>
            <w:tcW w:type="dxa" w:w="1255"/>
          </w:tcPr>
          <w:p>
            <w:pPr>
              <w:spacing w:after="0"/>
              <w:jc w:val="left"/>
            </w:pPr>
          </w:p>
        </w:tc>
        <w:tc>
          <w:tcPr>
            <w:tcW w:type="dxa" w:w="2622"/>
          </w:tcPr>
          <w:p>
            <w:pPr>
              <w:spacing w:after="0"/>
              <w:jc w:val="left"/>
            </w:pPr>
            <w:r>
              <w:rPr>
                <w:sz w:val="16"/>
              </w:rPr>
              <w:t>Debris Flow, 2015-10-17, $100,000 property; $0 crops (2015 dollars)</w:t>
            </w:r>
          </w:p>
        </w:tc>
        <w:tc>
          <w:tcPr>
            <w:tcW w:type="dxa" w:w="1655"/>
          </w:tcPr>
          <w:p>
            <w:pPr>
              <w:spacing w:after="0"/>
              <w:jc w:val="left"/>
            </w:pPr>
          </w:p>
        </w:tc>
        <w:tc>
          <w:tcPr>
            <w:tcW w:type="dxa" w:w="1534"/>
          </w:tcPr>
          <w:p>
            <w:pPr>
              <w:spacing w:after="0"/>
              <w:jc w:val="left"/>
            </w:pPr>
            <w:r>
              <w:rPr>
                <w:sz w:val="16"/>
              </w:rPr>
              <w:t>No event record names a member place.</w:t>
            </w:r>
          </w:p>
        </w:tc>
        <w:tc>
          <w:tcPr>
            <w:tcW w:type="dxa" w:w="2218"/>
          </w:tcPr>
          <w:p>
            <w:pPr>
              <w:spacing w:after="0"/>
              <w:jc w:val="left"/>
            </w:pPr>
            <w:r>
              <w:rPr>
                <w:sz w:val="16"/>
              </w:rPr>
              <w:t>Physical measure: in event narratives only; local data required.</w:t>
            </w:r>
          </w:p>
        </w:tc>
      </w:tr>
      <w:tr>
        <w:trPr>
          <w:cantSplit/>
        </w:trPr>
        <w:tc>
          <w:tcPr>
            <w:tcW w:type="dxa" w:w="1641"/>
          </w:tcPr>
          <w:p>
            <w:pPr>
              <w:spacing w:after="0"/>
              <w:jc w:val="left"/>
            </w:pPr>
            <w:r>
              <w:rPr>
                <w:sz w:val="16"/>
              </w:rPr>
              <w:t>Lightning</w:t>
            </w:r>
          </w:p>
        </w:tc>
        <w:tc>
          <w:tcPr>
            <w:tcW w:type="dxa" w:w="1672"/>
          </w:tcPr>
          <w:p>
            <w:pPr>
              <w:spacing w:after="0"/>
              <w:jc w:val="left"/>
            </w:pPr>
            <w:r>
              <w:rPr>
                <w:sz w:val="16"/>
              </w:rPr>
              <w:t>annualized frequency (the measure FEMA's Local Mitigation Planning Handbook names)</w:t>
            </w:r>
          </w:p>
        </w:tc>
        <w:tc>
          <w:tcPr>
            <w:tcW w:type="dxa" w:w="1515"/>
          </w:tcPr>
          <w:p>
            <w:pPr>
              <w:spacing w:after="0"/>
              <w:jc w:val="right"/>
            </w:pPr>
            <w:r>
              <w:rPr>
                <w:sz w:val="16"/>
              </w:rPr>
              <w:t>0</w:t>
            </w:r>
          </w:p>
        </w:tc>
        <w:tc>
          <w:tcPr>
            <w:tcW w:type="dxa" w:w="1255"/>
          </w:tcPr>
          <w:p>
            <w:pPr>
              <w:spacing w:after="0"/>
              <w:jc w:val="left"/>
            </w:pPr>
          </w:p>
        </w:tc>
        <w:tc>
          <w:tcPr>
            <w:tcW w:type="dxa" w:w="2622"/>
          </w:tcPr>
          <w:p>
            <w:pPr>
              <w:spacing w:after="0"/>
              <w:jc w:val="left"/>
            </w:pPr>
          </w:p>
        </w:tc>
        <w:tc>
          <w:tcPr>
            <w:tcW w:type="dxa" w:w="1655"/>
          </w:tcPr>
          <w:p>
            <w:pPr>
              <w:spacing w:after="0"/>
              <w:jc w:val="left"/>
            </w:pPr>
          </w:p>
        </w:tc>
        <w:tc>
          <w:tcPr>
            <w:tcW w:type="dxa" w:w="1534"/>
          </w:tcPr>
          <w:p>
            <w:pPr>
              <w:spacing w:after="0"/>
              <w:jc w:val="left"/>
            </w:pPr>
          </w:p>
        </w:tc>
        <w:tc>
          <w:tcPr>
            <w:tcW w:type="dxa" w:w="2218"/>
          </w:tcPr>
          <w:p>
            <w:pPr>
              <w:spacing w:after="0"/>
              <w:jc w:val="left"/>
            </w:pPr>
            <w:r>
              <w:rPr>
                <w:sz w:val="16"/>
              </w:rPr>
              <w:t>Storm Events lists lightning with damage or casualties; physical measure in event narratives only; local data required.</w:t>
            </w:r>
          </w:p>
        </w:tc>
      </w:tr>
      <w:tr>
        <w:trPr>
          <w:cantSplit/>
        </w:trPr>
        <w:tc>
          <w:tcPr>
            <w:tcW w:type="dxa" w:w="1641"/>
          </w:tcPr>
          <w:p>
            <w:pPr>
              <w:spacing w:after="0"/>
              <w:jc w:val="left"/>
            </w:pPr>
            <w:r>
              <w:rPr>
                <w:sz w:val="16"/>
              </w:rPr>
              <w:t>High Wind and Strong Wind (outside NRI Strong Wind definition)</w:t>
            </w:r>
          </w:p>
        </w:tc>
        <w:tc>
          <w:tcPr>
            <w:tcW w:type="dxa" w:w="1672"/>
          </w:tcPr>
          <w:p>
            <w:pPr>
              <w:spacing w:after="0"/>
              <w:jc w:val="left"/>
            </w:pPr>
            <w:r>
              <w:rPr>
                <w:sz w:val="16"/>
              </w:rPr>
              <w:t>wind speed (kt and mph)</w:t>
            </w:r>
          </w:p>
        </w:tc>
        <w:tc>
          <w:tcPr>
            <w:tcW w:type="dxa" w:w="1515"/>
          </w:tcPr>
          <w:p>
            <w:pPr>
              <w:spacing w:after="0"/>
              <w:jc w:val="right"/>
            </w:pPr>
            <w:r>
              <w:rPr>
                <w:sz w:val="16"/>
              </w:rPr>
              <w:t>86, 1996 to 2025 (86 zone-level)</w:t>
            </w:r>
          </w:p>
        </w:tc>
        <w:tc>
          <w:tcPr>
            <w:tcW w:type="dxa" w:w="1255"/>
          </w:tcPr>
          <w:p>
            <w:pPr>
              <w:spacing w:after="0"/>
              <w:jc w:val="left"/>
            </w:pPr>
            <w:r>
              <w:rPr>
                <w:sz w:val="16"/>
              </w:rPr>
              <w:t>26 kt (30 mph) to 173 kt (199 mph) (median 45 kt (52 mph)); 84 with a recorded value</w:t>
            </w:r>
          </w:p>
        </w:tc>
        <w:tc>
          <w:tcPr>
            <w:tcW w:type="dxa" w:w="2622"/>
          </w:tcPr>
          <w:p>
            <w:pPr>
              <w:spacing w:after="0"/>
              <w:jc w:val="left"/>
            </w:pPr>
            <w:r>
              <w:rPr>
                <w:sz w:val="16"/>
              </w:rPr>
              <w:t>173 kt (199 mph) measured gust, High Wind, 2017-02-20; NWS zone CAZ069 (WEST SLOPE NORTHERN SIERRA NEVADA), zone-level: may include parts of neighboring counties</w:t>
            </w:r>
          </w:p>
        </w:tc>
        <w:tc>
          <w:tcPr>
            <w:tcW w:type="dxa" w:w="1655"/>
          </w:tcPr>
          <w:p>
            <w:pPr>
              <w:spacing w:after="0"/>
              <w:jc w:val="left"/>
            </w:pPr>
            <w:r>
              <w:rPr>
                <w:sz w:val="16"/>
              </w:rPr>
              <w:t>High Wind, 2008-01-04, $7,407,000 property; crops not reported, reported for the zone (2008 dollars)</w:t>
            </w:r>
          </w:p>
        </w:tc>
        <w:tc>
          <w:tcPr>
            <w:tcW w:type="dxa" w:w="1534"/>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Speeds under 20 kt (likely entry errors) are left out of the observed range.</w:t>
            </w:r>
          </w:p>
        </w:tc>
      </w:tr>
      <w:tr>
        <w:trPr>
          <w:cantSplit/>
        </w:trPr>
        <w:tc>
          <w:tcPr>
            <w:tcW w:type="dxa" w:w="1641"/>
          </w:tcPr>
          <w:p>
            <w:pPr>
              <w:spacing w:after="0"/>
              <w:jc w:val="left"/>
            </w:pPr>
            <w:r>
              <w:rPr>
                <w:sz w:val="16"/>
              </w:rPr>
              <w:t>Thunderstorm Wind</w:t>
            </w:r>
          </w:p>
        </w:tc>
        <w:tc>
          <w:tcPr>
            <w:tcW w:type="dxa" w:w="1672"/>
          </w:tcPr>
          <w:p>
            <w:pPr>
              <w:spacing w:after="0"/>
              <w:jc w:val="left"/>
            </w:pPr>
            <w:r>
              <w:rPr>
                <w:sz w:val="16"/>
              </w:rPr>
              <w:t>wind speed (kt and mph)</w:t>
            </w:r>
          </w:p>
        </w:tc>
        <w:tc>
          <w:tcPr>
            <w:tcW w:type="dxa" w:w="1515"/>
          </w:tcPr>
          <w:p>
            <w:pPr>
              <w:spacing w:after="0"/>
              <w:jc w:val="right"/>
            </w:pPr>
            <w:r>
              <w:rPr>
                <w:sz w:val="16"/>
              </w:rPr>
              <w:t>3, 2019 to 2023</w:t>
            </w:r>
          </w:p>
        </w:tc>
        <w:tc>
          <w:tcPr>
            <w:tcW w:type="dxa" w:w="1255"/>
          </w:tcPr>
          <w:p>
            <w:pPr>
              <w:spacing w:after="0"/>
              <w:jc w:val="left"/>
            </w:pPr>
            <w:r>
              <w:rPr>
                <w:sz w:val="16"/>
              </w:rPr>
              <w:t>36 kt (41 mph) to 50 kt (58 mph) (median 39 kt (45 mph)); 3 with a recorded value</w:t>
            </w:r>
          </w:p>
        </w:tc>
        <w:tc>
          <w:tcPr>
            <w:tcW w:type="dxa" w:w="2622"/>
          </w:tcPr>
          <w:p>
            <w:pPr>
              <w:spacing w:after="0"/>
              <w:jc w:val="left"/>
            </w:pPr>
            <w:r>
              <w:rPr>
                <w:sz w:val="16"/>
              </w:rPr>
              <w:t>50 kt (58 mph) estimated gust, Thunderstorm Wind, 2019-01-20</w:t>
            </w:r>
          </w:p>
        </w:tc>
        <w:tc>
          <w:tcPr>
            <w:tcW w:type="dxa" w:w="1655"/>
          </w:tcPr>
          <w:p>
            <w:pPr>
              <w:spacing w:after="0"/>
              <w:jc w:val="left"/>
            </w:pPr>
            <w:r>
              <w:rPr>
                <w:sz w:val="16"/>
              </w:rPr>
              <w:t>Thunderstorm Wind, 2023-01-10, $2,000 property; $0 crops (2023 dollars)</w:t>
            </w:r>
          </w:p>
        </w:tc>
        <w:tc>
          <w:tcPr>
            <w:tcW w:type="dxa" w:w="1534"/>
          </w:tcPr>
          <w:p>
            <w:pPr>
              <w:spacing w:after="0"/>
              <w:jc w:val="left"/>
            </w:pPr>
            <w:r>
              <w:rPr>
                <w:sz w:val="16"/>
              </w:rPr>
              <w:t>No event record names a member place.</w:t>
            </w:r>
          </w:p>
        </w:tc>
        <w:tc>
          <w:tcPr>
            <w:tcW w:type="dxa" w:w="2218"/>
          </w:tcPr>
          <w:p>
            <w:pPr>
              <w:spacing w:after="0"/>
              <w:jc w:val="left"/>
            </w:pPr>
          </w:p>
        </w:tc>
      </w:tr>
      <w:tr>
        <w:trPr>
          <w:cantSplit/>
        </w:trPr>
        <w:tc>
          <w:tcPr>
            <w:tcW w:type="dxa" w:w="1641"/>
          </w:tcPr>
          <w:p>
            <w:pPr>
              <w:spacing w:after="0"/>
              <w:jc w:val="left"/>
            </w:pPr>
            <w:r>
              <w:rPr>
                <w:sz w:val="16"/>
              </w:rPr>
              <w:t>Tornado</w:t>
            </w:r>
          </w:p>
        </w:tc>
        <w:tc>
          <w:tcPr>
            <w:tcW w:type="dxa" w:w="1672"/>
          </w:tcPr>
          <w:p>
            <w:pPr>
              <w:spacing w:after="0"/>
              <w:jc w:val="left"/>
            </w:pPr>
            <w:r>
              <w:rPr>
                <w:sz w:val="16"/>
              </w:rPr>
              <w:t>Enhanced Fujita (F before Feb 2007)</w:t>
            </w:r>
          </w:p>
        </w:tc>
        <w:tc>
          <w:tcPr>
            <w:tcW w:type="dxa" w:w="1515"/>
          </w:tcPr>
          <w:p>
            <w:pPr>
              <w:spacing w:after="0"/>
              <w:jc w:val="right"/>
            </w:pPr>
            <w:r>
              <w:rPr>
                <w:sz w:val="16"/>
              </w:rPr>
              <w:t>0</w:t>
            </w:r>
          </w:p>
        </w:tc>
        <w:tc>
          <w:tcPr>
            <w:tcW w:type="dxa" w:w="1255"/>
          </w:tcPr>
          <w:p>
            <w:pPr>
              <w:spacing w:after="0"/>
              <w:jc w:val="left"/>
            </w:pPr>
          </w:p>
        </w:tc>
        <w:tc>
          <w:tcPr>
            <w:tcW w:type="dxa" w:w="2622"/>
          </w:tcPr>
          <w:p>
            <w:pPr>
              <w:spacing w:after="0"/>
              <w:jc w:val="left"/>
            </w:pPr>
          </w:p>
        </w:tc>
        <w:tc>
          <w:tcPr>
            <w:tcW w:type="dxa" w:w="1655"/>
          </w:tcPr>
          <w:p>
            <w:pPr>
              <w:spacing w:after="0"/>
              <w:jc w:val="left"/>
            </w:pPr>
          </w:p>
        </w:tc>
        <w:tc>
          <w:tcPr>
            <w:tcW w:type="dxa" w:w="1534"/>
          </w:tcPr>
          <w:p>
            <w:pPr>
              <w:spacing w:after="0"/>
              <w:jc w:val="left"/>
            </w:pPr>
          </w:p>
        </w:tc>
        <w:tc>
          <w:tcPr>
            <w:tcW w:type="dxa" w:w="221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1"/>
          </w:tcPr>
          <w:p>
            <w:pPr>
              <w:spacing w:after="0"/>
              <w:jc w:val="left"/>
            </w:pPr>
            <w:r>
              <w:rPr>
                <w:sz w:val="16"/>
              </w:rPr>
              <w:t>Tsunami</w:t>
            </w:r>
          </w:p>
        </w:tc>
        <w:tc>
          <w:tcPr>
            <w:tcW w:type="dxa" w:w="1672"/>
          </w:tcPr>
          <w:p>
            <w:pPr>
              <w:spacing w:after="0"/>
              <w:jc w:val="left"/>
            </w:pPr>
            <w:r>
              <w:rPr>
                <w:sz w:val="16"/>
              </w:rPr>
              <w:t>none (count and damage)</w:t>
            </w:r>
          </w:p>
        </w:tc>
        <w:tc>
          <w:tcPr>
            <w:tcW w:type="dxa" w:w="1515"/>
          </w:tcPr>
          <w:p>
            <w:pPr>
              <w:spacing w:after="0"/>
              <w:jc w:val="right"/>
            </w:pPr>
            <w:r>
              <w:rPr>
                <w:sz w:val="16"/>
              </w:rPr>
              <w:t>0</w:t>
            </w:r>
          </w:p>
        </w:tc>
        <w:tc>
          <w:tcPr>
            <w:tcW w:type="dxa" w:w="1255"/>
          </w:tcPr>
          <w:p>
            <w:pPr>
              <w:spacing w:after="0"/>
              <w:jc w:val="left"/>
            </w:pPr>
          </w:p>
        </w:tc>
        <w:tc>
          <w:tcPr>
            <w:tcW w:type="dxa" w:w="2622"/>
          </w:tcPr>
          <w:p>
            <w:pPr>
              <w:spacing w:after="0"/>
              <w:jc w:val="left"/>
            </w:pPr>
          </w:p>
        </w:tc>
        <w:tc>
          <w:tcPr>
            <w:tcW w:type="dxa" w:w="1655"/>
          </w:tcPr>
          <w:p>
            <w:pPr>
              <w:spacing w:after="0"/>
              <w:jc w:val="left"/>
            </w:pPr>
          </w:p>
        </w:tc>
        <w:tc>
          <w:tcPr>
            <w:tcW w:type="dxa" w:w="1534"/>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641"/>
          </w:tcPr>
          <w:p>
            <w:pPr>
              <w:spacing w:after="0"/>
              <w:jc w:val="left"/>
            </w:pPr>
            <w:r>
              <w:rPr>
                <w:sz w:val="16"/>
              </w:rPr>
              <w:t>Volcanic Ash, Volcanic Ashfall</w:t>
            </w:r>
          </w:p>
        </w:tc>
        <w:tc>
          <w:tcPr>
            <w:tcW w:type="dxa" w:w="1672"/>
          </w:tcPr>
          <w:p>
            <w:pPr>
              <w:spacing w:after="0"/>
              <w:jc w:val="left"/>
            </w:pPr>
            <w:r>
              <w:rPr>
                <w:sz w:val="16"/>
              </w:rPr>
              <w:t>Volcanic Explosivity Index (local data)</w:t>
            </w:r>
          </w:p>
        </w:tc>
        <w:tc>
          <w:tcPr>
            <w:tcW w:type="dxa" w:w="1515"/>
          </w:tcPr>
          <w:p>
            <w:pPr>
              <w:spacing w:after="0"/>
              <w:jc w:val="right"/>
            </w:pPr>
            <w:r>
              <w:rPr>
                <w:sz w:val="16"/>
              </w:rPr>
              <w:t>0</w:t>
            </w:r>
          </w:p>
        </w:tc>
        <w:tc>
          <w:tcPr>
            <w:tcW w:type="dxa" w:w="1255"/>
          </w:tcPr>
          <w:p>
            <w:pPr>
              <w:spacing w:after="0"/>
              <w:jc w:val="left"/>
            </w:pPr>
          </w:p>
        </w:tc>
        <w:tc>
          <w:tcPr>
            <w:tcW w:type="dxa" w:w="2622"/>
          </w:tcPr>
          <w:p>
            <w:pPr>
              <w:spacing w:after="0"/>
              <w:jc w:val="left"/>
            </w:pPr>
          </w:p>
        </w:tc>
        <w:tc>
          <w:tcPr>
            <w:tcW w:type="dxa" w:w="1655"/>
          </w:tcPr>
          <w:p>
            <w:pPr>
              <w:spacing w:after="0"/>
              <w:jc w:val="left"/>
            </w:pPr>
          </w:p>
        </w:tc>
        <w:tc>
          <w:tcPr>
            <w:tcW w:type="dxa" w:w="1534"/>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641"/>
          </w:tcPr>
          <w:p>
            <w:pPr>
              <w:spacing w:after="0"/>
              <w:jc w:val="left"/>
            </w:pPr>
            <w:r>
              <w:rPr>
                <w:sz w:val="16"/>
              </w:rPr>
              <w:t>Wildfire</w:t>
            </w:r>
          </w:p>
        </w:tc>
        <w:tc>
          <w:tcPr>
            <w:tcW w:type="dxa" w:w="1672"/>
          </w:tcPr>
          <w:p>
            <w:pPr>
              <w:spacing w:after="0"/>
              <w:jc w:val="left"/>
            </w:pPr>
            <w:r>
              <w:rPr>
                <w:sz w:val="16"/>
              </w:rPr>
              <w:t>acres burned (local data)</w:t>
            </w:r>
          </w:p>
        </w:tc>
        <w:tc>
          <w:tcPr>
            <w:tcW w:type="dxa" w:w="1515"/>
          </w:tcPr>
          <w:p>
            <w:pPr>
              <w:spacing w:after="0"/>
              <w:jc w:val="right"/>
            </w:pPr>
            <w:r>
              <w:rPr>
                <w:sz w:val="16"/>
              </w:rPr>
              <w:t>42, 2008 to 2025 (42 zone-level)</w:t>
            </w:r>
          </w:p>
        </w:tc>
        <w:tc>
          <w:tcPr>
            <w:tcW w:type="dxa" w:w="1255"/>
          </w:tcPr>
          <w:p>
            <w:pPr>
              <w:spacing w:after="0"/>
              <w:jc w:val="left"/>
            </w:pPr>
          </w:p>
        </w:tc>
        <w:tc>
          <w:tcPr>
            <w:tcW w:type="dxa" w:w="2622"/>
          </w:tcPr>
          <w:p>
            <w:pPr>
              <w:spacing w:after="0"/>
              <w:jc w:val="left"/>
            </w:pPr>
            <w:r>
              <w:rPr>
                <w:sz w:val="16"/>
              </w:rPr>
              <w:t>Wildfire, 2025-09-02, $25,000,000 property; $5,000 crops, reported for the zone (2025 dollars); NWS zone CAZ019 (NORTHERN SAN JOAQUIN VALLEY), zone-level: may include parts of neighboring counties</w:t>
            </w:r>
          </w:p>
        </w:tc>
        <w:tc>
          <w:tcPr>
            <w:tcW w:type="dxa" w:w="1655"/>
          </w:tcPr>
          <w:p>
            <w:pPr>
              <w:spacing w:after="0"/>
              <w:jc w:val="left"/>
            </w:pPr>
            <w:r>
              <w:rPr>
                <w:sz w:val="16"/>
              </w:rPr>
              <w:t>Wildfire, 2025-09-02, $25,000,000 property; $5,000 crops, reported for the zone (2025 dollars)</w:t>
            </w:r>
          </w:p>
        </w:tc>
        <w:tc>
          <w:tcPr>
            <w:tcW w:type="dxa" w:w="1534"/>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Acres burned: in event narratives only; local data required.</w:t>
            </w:r>
          </w:p>
        </w:tc>
      </w:tr>
      <w:tr>
        <w:trPr>
          <w:cantSplit/>
        </w:trPr>
        <w:tc>
          <w:tcPr>
            <w:tcW w:type="dxa" w:w="1641"/>
          </w:tcPr>
          <w:p>
            <w:pPr>
              <w:spacing w:after="0"/>
              <w:jc w:val="left"/>
            </w:pPr>
            <w:r>
              <w:rPr>
                <w:sz w:val="16"/>
              </w:rPr>
              <w:t>Winter Storm, Heavy Snow, Blizzard, Lake-Effect Snow, Winter Weather, Sleet</w:t>
            </w:r>
          </w:p>
        </w:tc>
        <w:tc>
          <w:tcPr>
            <w:tcW w:type="dxa" w:w="1672"/>
          </w:tcPr>
          <w:p>
            <w:pPr>
              <w:spacing w:after="0"/>
              <w:jc w:val="left"/>
            </w:pPr>
            <w:r>
              <w:rPr>
                <w:sz w:val="16"/>
              </w:rPr>
              <w:t>none in data (snowfall local)</w:t>
            </w:r>
          </w:p>
        </w:tc>
        <w:tc>
          <w:tcPr>
            <w:tcW w:type="dxa" w:w="1515"/>
          </w:tcPr>
          <w:p>
            <w:pPr>
              <w:spacing w:after="0"/>
              <w:jc w:val="right"/>
            </w:pPr>
            <w:r>
              <w:rPr>
                <w:sz w:val="16"/>
              </w:rPr>
              <w:t>351, 1996 to 2026 (351 zone-level)</w:t>
            </w:r>
          </w:p>
        </w:tc>
        <w:tc>
          <w:tcPr>
            <w:tcW w:type="dxa" w:w="1255"/>
          </w:tcPr>
          <w:p>
            <w:pPr>
              <w:spacing w:after="0"/>
              <w:jc w:val="left"/>
            </w:pPr>
          </w:p>
        </w:tc>
        <w:tc>
          <w:tcPr>
            <w:tcW w:type="dxa" w:w="2622"/>
          </w:tcPr>
          <w:p>
            <w:pPr>
              <w:spacing w:after="0"/>
              <w:jc w:val="left"/>
            </w:pPr>
            <w:r>
              <w:rPr>
                <w:sz w:val="16"/>
              </w:rPr>
              <w:t>Heavy Snow, 2019-02-04, $1,000,000 property; $0 crops, reported for the zone (2019 dollars); NWS zone CAZ067 (MOTHERLODE/CAMPTONVILLE TO GROVELAND), zone-level: may include parts of neighboring counties</w:t>
            </w:r>
          </w:p>
        </w:tc>
        <w:tc>
          <w:tcPr>
            <w:tcW w:type="dxa" w:w="1655"/>
          </w:tcPr>
          <w:p>
            <w:pPr>
              <w:spacing w:after="0"/>
              <w:jc w:val="left"/>
            </w:pPr>
          </w:p>
        </w:tc>
        <w:tc>
          <w:tcPr>
            <w:tcW w:type="dxa" w:w="1534"/>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4"/>
        <w:gridCol w:w="3654"/>
        <w:gridCol w:w="3070"/>
        <w:gridCol w:w="1391"/>
        <w:gridCol w:w="72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4"/>
            <w:shd w:val="clear" w:color="auto" w:fill="E8E8E8"/>
          </w:tcPr>
          <w:p>
            <w:pPr>
              <w:spacing w:after="0"/>
              <w:jc w:val="left"/>
            </w:pPr>
            <w:r>
              <w:rPr>
                <w:b/>
                <w:sz w:val="16"/>
              </w:rPr>
              <w:t>Type</w:t>
            </w:r>
          </w:p>
        </w:tc>
        <w:tc>
          <w:tcPr>
            <w:tcW w:type="dxa" w:w="3654"/>
            <w:shd w:val="clear" w:color="auto" w:fill="E8E8E8"/>
          </w:tcPr>
          <w:p>
            <w:pPr>
              <w:spacing w:after="0"/>
              <w:jc w:val="left"/>
            </w:pPr>
            <w:r>
              <w:rPr>
                <w:b/>
                <w:sz w:val="16"/>
              </w:rPr>
              <w:t>Title</w:t>
            </w:r>
          </w:p>
        </w:tc>
        <w:tc>
          <w:tcPr>
            <w:tcW w:type="dxa" w:w="3070"/>
            <w:shd w:val="clear" w:color="auto" w:fill="E8E8E8"/>
          </w:tcPr>
          <w:p>
            <w:pPr>
              <w:spacing w:after="0"/>
              <w:jc w:val="left"/>
            </w:pPr>
            <w:r>
              <w:rPr>
                <w:b/>
                <w:sz w:val="16"/>
              </w:rPr>
              <w:t>Mapped hazard</w:t>
            </w:r>
          </w:p>
        </w:tc>
        <w:tc>
          <w:tcPr>
            <w:tcW w:type="dxa" w:w="13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84"/>
          </w:tcPr>
          <w:p>
            <w:pPr>
              <w:spacing w:after="0"/>
              <w:jc w:val="left"/>
            </w:pPr>
            <w:r>
              <w:rPr>
                <w:sz w:val="16"/>
              </w:rPr>
              <w:t>Major disaster</w:t>
            </w:r>
          </w:p>
        </w:tc>
        <w:tc>
          <w:tcPr>
            <w:tcW w:type="dxa" w:w="3654"/>
          </w:tcPr>
          <w:p>
            <w:pPr>
              <w:spacing w:after="0"/>
              <w:jc w:val="left"/>
            </w:pPr>
            <w:r>
              <w:rPr>
                <w:sz w:val="16"/>
              </w:rPr>
              <w:t>SEVERE WINTER STORMS, STRAIGHT-LINE WINDS, FLOODING, LANDSLIDES, AND MUDSLIDES</w:t>
            </w:r>
          </w:p>
        </w:tc>
        <w:tc>
          <w:tcPr>
            <w:tcW w:type="dxa" w:w="3070"/>
          </w:tcPr>
          <w:p>
            <w:pPr>
              <w:spacing w:after="0"/>
              <w:jc w:val="left"/>
            </w:pPr>
            <w:r>
              <w:rPr>
                <w:sz w:val="16"/>
              </w:rPr>
              <w:t>Ice Storm; Inland Flooding; Landslide; Strong Wind; Winter Weather</w:t>
            </w:r>
          </w:p>
        </w:tc>
        <w:tc>
          <w:tcPr>
            <w:tcW w:type="dxa" w:w="1391"/>
          </w:tcPr>
          <w:p>
            <w:pPr>
              <w:spacing w:after="0"/>
              <w:jc w:val="right"/>
            </w:pPr>
            <w:r>
              <w:rPr>
                <w:sz w:val="16"/>
              </w:rPr>
              <w:t>$89,763.71</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84"/>
          </w:tcPr>
          <w:p>
            <w:pPr>
              <w:spacing w:after="0"/>
              <w:jc w:val="left"/>
            </w:pPr>
            <w:r>
              <w:rPr>
                <w:sz w:val="16"/>
              </w:rPr>
              <w:t>Emergency</w:t>
            </w:r>
          </w:p>
        </w:tc>
        <w:tc>
          <w:tcPr>
            <w:tcW w:type="dxa" w:w="3654"/>
          </w:tcPr>
          <w:p>
            <w:pPr>
              <w:spacing w:after="0"/>
              <w:jc w:val="left"/>
            </w:pPr>
            <w:r>
              <w:rPr>
                <w:sz w:val="16"/>
              </w:rPr>
              <w:t>SEVERE WINTER STORMS, FLOODING, LANDSLIDES, AND MUDSLIDES</w:t>
            </w:r>
          </w:p>
        </w:tc>
        <w:tc>
          <w:tcPr>
            <w:tcW w:type="dxa" w:w="3070"/>
          </w:tcPr>
          <w:p>
            <w:pPr>
              <w:spacing w:after="0"/>
              <w:jc w:val="left"/>
            </w:pPr>
            <w:r>
              <w:rPr>
                <w:sz w:val="16"/>
              </w:rPr>
              <w:t>Inland Flooding (primary); also designated: Landslide, Winter Weather</w:t>
            </w:r>
          </w:p>
        </w:tc>
        <w:tc>
          <w:tcPr>
            <w:tcW w:type="dxa" w:w="1391"/>
          </w:tcPr>
          <w:p>
            <w:pPr>
              <w:spacing w:after="0"/>
              <w:jc w:val="right"/>
            </w:pPr>
            <w:r>
              <w:rPr>
                <w:sz w:val="16"/>
              </w:rPr>
              <w:t>none found</w:t>
            </w:r>
          </w:p>
        </w:tc>
        <w:tc>
          <w:tcPr>
            <w:tcW w:type="dxa" w:w="720"/>
          </w:tcPr>
          <w:p>
            <w:pPr>
              <w:spacing w:after="0"/>
              <w:jc w:val="left"/>
            </w:pPr>
            <w:r>
              <w:rPr>
                <w:sz w:val="16"/>
              </w:rPr>
              <w:t>within last 5 years</w:t>
            </w:r>
          </w:p>
        </w:tc>
        <w:tc>
          <w:tcPr>
            <w:tcW w:type="dxa" w:w="883"/>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84"/>
          </w:tcPr>
          <w:p>
            <w:pPr>
              <w:spacing w:after="0"/>
              <w:jc w:val="left"/>
            </w:pPr>
            <w:r>
              <w:rPr>
                <w:sz w:val="16"/>
              </w:rPr>
              <w:t>Major disaster</w:t>
            </w:r>
          </w:p>
        </w:tc>
        <w:tc>
          <w:tcPr>
            <w:tcW w:type="dxa" w:w="3654"/>
          </w:tcPr>
          <w:p>
            <w:pPr>
              <w:spacing w:after="0"/>
              <w:jc w:val="left"/>
            </w:pPr>
            <w:r>
              <w:rPr>
                <w:sz w:val="16"/>
              </w:rPr>
              <w:t>SEVERE WINTER STORMS, FLOODING, LANDSLIDES, AND MUDSLIDES</w:t>
            </w:r>
          </w:p>
        </w:tc>
        <w:tc>
          <w:tcPr>
            <w:tcW w:type="dxa" w:w="3070"/>
          </w:tcPr>
          <w:p>
            <w:pPr>
              <w:spacing w:after="0"/>
              <w:jc w:val="left"/>
            </w:pPr>
            <w:r>
              <w:rPr>
                <w:sz w:val="16"/>
              </w:rPr>
              <w:t>Inland Flooding (primary); also designated: Landslide, Winter Weather</w:t>
            </w:r>
          </w:p>
        </w:tc>
        <w:tc>
          <w:tcPr>
            <w:tcW w:type="dxa" w:w="1391"/>
          </w:tcPr>
          <w:p>
            <w:pPr>
              <w:spacing w:after="0"/>
              <w:jc w:val="right"/>
            </w:pPr>
            <w:r>
              <w:rPr>
                <w:sz w:val="16"/>
              </w:rPr>
              <w:t>$1,406,019.69</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2021-08-14</w:t>
            </w:r>
          </w:p>
        </w:tc>
        <w:tc>
          <w:tcPr>
            <w:tcW w:type="dxa" w:w="1037"/>
          </w:tcPr>
          <w:p>
            <w:pPr>
              <w:spacing w:after="0"/>
              <w:jc w:val="left"/>
            </w:pPr>
            <w:r>
              <w:rPr>
                <w:sz w:val="16"/>
              </w:rPr>
              <w:t>EM-3571-CA</w:t>
            </w:r>
          </w:p>
        </w:tc>
        <w:tc>
          <w:tcPr>
            <w:tcW w:type="dxa" w:w="1284"/>
          </w:tcPr>
          <w:p>
            <w:pPr>
              <w:spacing w:after="0"/>
              <w:jc w:val="left"/>
            </w:pPr>
            <w:r>
              <w:rPr>
                <w:sz w:val="16"/>
              </w:rPr>
              <w:t>Emergency</w:t>
            </w:r>
          </w:p>
        </w:tc>
        <w:tc>
          <w:tcPr>
            <w:tcW w:type="dxa" w:w="3654"/>
          </w:tcPr>
          <w:p>
            <w:pPr>
              <w:spacing w:after="0"/>
              <w:jc w:val="left"/>
            </w:pPr>
            <w:r>
              <w:rPr>
                <w:sz w:val="16"/>
              </w:rPr>
              <w:t>CALDOR FIRE</w:t>
            </w:r>
          </w:p>
        </w:tc>
        <w:tc>
          <w:tcPr>
            <w:tcW w:type="dxa" w:w="3070"/>
          </w:tcPr>
          <w:p>
            <w:pPr>
              <w:spacing w:after="0"/>
              <w:jc w:val="left"/>
            </w:pPr>
            <w:r>
              <w:rPr>
                <w:sz w:val="16"/>
              </w:rPr>
              <w:t>Wildfire</w:t>
            </w:r>
          </w:p>
        </w:tc>
        <w:tc>
          <w:tcPr>
            <w:tcW w:type="dxa" w:w="1391"/>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84"/>
          </w:tcPr>
          <w:p>
            <w:pPr>
              <w:spacing w:after="0"/>
              <w:jc w:val="left"/>
            </w:pPr>
            <w:r>
              <w:rPr>
                <w:sz w:val="16"/>
              </w:rPr>
              <w:t>Major disaster</w:t>
            </w:r>
          </w:p>
        </w:tc>
        <w:tc>
          <w:tcPr>
            <w:tcW w:type="dxa" w:w="3654"/>
          </w:tcPr>
          <w:p>
            <w:pPr>
              <w:spacing w:after="0"/>
              <w:jc w:val="left"/>
            </w:pPr>
            <w:r>
              <w:rPr>
                <w:sz w:val="16"/>
              </w:rPr>
              <w:t>COVID-19 PANDEMIC</w:t>
            </w:r>
          </w:p>
        </w:tc>
        <w:tc>
          <w:tcPr>
            <w:tcW w:type="dxa" w:w="3070"/>
          </w:tcPr>
          <w:p>
            <w:pPr>
              <w:spacing w:after="0"/>
              <w:jc w:val="left"/>
            </w:pPr>
            <w:r>
              <w:rPr>
                <w:sz w:val="16"/>
              </w:rPr>
              <w:t>Non-natural, not counted</w:t>
            </w:r>
          </w:p>
        </w:tc>
        <w:tc>
          <w:tcPr>
            <w:tcW w:type="dxa" w:w="1391"/>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84"/>
          </w:tcPr>
          <w:p>
            <w:pPr>
              <w:spacing w:after="0"/>
              <w:jc w:val="left"/>
            </w:pPr>
            <w:r>
              <w:rPr>
                <w:sz w:val="16"/>
              </w:rPr>
              <w:t>Emergency</w:t>
            </w:r>
          </w:p>
        </w:tc>
        <w:tc>
          <w:tcPr>
            <w:tcW w:type="dxa" w:w="3654"/>
          </w:tcPr>
          <w:p>
            <w:pPr>
              <w:spacing w:after="0"/>
              <w:jc w:val="left"/>
            </w:pPr>
            <w:r>
              <w:rPr>
                <w:sz w:val="16"/>
              </w:rPr>
              <w:t>COVID-19</w:t>
            </w:r>
          </w:p>
        </w:tc>
        <w:tc>
          <w:tcPr>
            <w:tcW w:type="dxa" w:w="3070"/>
          </w:tcPr>
          <w:p>
            <w:pPr>
              <w:spacing w:after="0"/>
              <w:jc w:val="left"/>
            </w:pPr>
            <w:r>
              <w:rPr>
                <w:sz w:val="16"/>
              </w:rPr>
              <w:t>Non-natural, not counted</w:t>
            </w:r>
          </w:p>
        </w:tc>
        <w:tc>
          <w:tcPr>
            <w:tcW w:type="dxa" w:w="1391"/>
          </w:tcPr>
          <w:p>
            <w:pPr>
              <w:spacing w:after="0"/>
              <w:jc w:val="right"/>
            </w:pPr>
            <w:r>
              <w:rPr>
                <w:sz w:val="16"/>
              </w:rPr>
              <w:t>none found</w:t>
            </w:r>
          </w:p>
        </w:tc>
        <w:tc>
          <w:tcPr>
            <w:tcW w:type="dxa" w:w="720"/>
          </w:tcPr>
          <w:p>
            <w:pPr>
              <w:spacing w:after="0"/>
              <w:jc w:val="left"/>
            </w:pPr>
          </w:p>
        </w:tc>
        <w:tc>
          <w:tcPr>
            <w:tcW w:type="dxa" w:w="883"/>
          </w:tcPr>
          <w:p>
            <w:pPr>
              <w:spacing w:after="0"/>
              <w:jc w:val="left"/>
            </w:pPr>
            <w:r>
              <w:rPr>
                <w:sz w:val="16"/>
              </w:rPr>
              <w:t>same incident as DR-4482</w:t>
            </w:r>
          </w:p>
        </w:tc>
      </w:tr>
      <w:tr>
        <w:trPr>
          <w:cantSplit/>
        </w:trPr>
        <w:tc>
          <w:tcPr>
            <w:tcW w:type="dxa" w:w="1037"/>
          </w:tcPr>
          <w:p>
            <w:pPr>
              <w:spacing w:after="0"/>
              <w:jc w:val="left"/>
            </w:pPr>
            <w:r>
              <w:rPr>
                <w:sz w:val="16"/>
              </w:rPr>
              <w:t>2019-05-17</w:t>
            </w:r>
          </w:p>
        </w:tc>
        <w:tc>
          <w:tcPr>
            <w:tcW w:type="dxa" w:w="1037"/>
          </w:tcPr>
          <w:p>
            <w:pPr>
              <w:spacing w:after="0"/>
              <w:jc w:val="left"/>
            </w:pPr>
            <w:r>
              <w:rPr>
                <w:sz w:val="16"/>
              </w:rPr>
              <w:t>2019-02-24</w:t>
            </w:r>
          </w:p>
        </w:tc>
        <w:tc>
          <w:tcPr>
            <w:tcW w:type="dxa" w:w="1037"/>
          </w:tcPr>
          <w:p>
            <w:pPr>
              <w:spacing w:after="0"/>
              <w:jc w:val="left"/>
            </w:pPr>
            <w:r>
              <w:rPr>
                <w:sz w:val="16"/>
              </w:rPr>
              <w:t>DR-4434-CA</w:t>
            </w:r>
          </w:p>
        </w:tc>
        <w:tc>
          <w:tcPr>
            <w:tcW w:type="dxa" w:w="1284"/>
          </w:tcPr>
          <w:p>
            <w:pPr>
              <w:spacing w:after="0"/>
              <w:jc w:val="left"/>
            </w:pPr>
            <w:r>
              <w:rPr>
                <w:sz w:val="16"/>
              </w:rPr>
              <w:t>Major disaster</w:t>
            </w:r>
          </w:p>
        </w:tc>
        <w:tc>
          <w:tcPr>
            <w:tcW w:type="dxa" w:w="3654"/>
          </w:tcPr>
          <w:p>
            <w:pPr>
              <w:spacing w:after="0"/>
              <w:jc w:val="left"/>
            </w:pPr>
            <w:r>
              <w:rPr>
                <w:sz w:val="16"/>
              </w:rPr>
              <w:t>SEVERE WINTER STORMS, FLOODING, LANDSLIDES, AND MUDSLIDES</w:t>
            </w:r>
          </w:p>
        </w:tc>
        <w:tc>
          <w:tcPr>
            <w:tcW w:type="dxa" w:w="3070"/>
          </w:tcPr>
          <w:p>
            <w:pPr>
              <w:spacing w:after="0"/>
              <w:jc w:val="left"/>
            </w:pPr>
            <w:r>
              <w:rPr>
                <w:sz w:val="16"/>
              </w:rPr>
              <w:t>Inland Flooding; Landslide; Winter Weather</w:t>
            </w:r>
          </w:p>
        </w:tc>
        <w:tc>
          <w:tcPr>
            <w:tcW w:type="dxa" w:w="1391"/>
          </w:tcPr>
          <w:p>
            <w:pPr>
              <w:spacing w:after="0"/>
              <w:jc w:val="right"/>
            </w:pPr>
            <w:r>
              <w:rPr>
                <w:sz w:val="16"/>
              </w:rPr>
              <w:t>$230,995.27</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84"/>
          </w:tcPr>
          <w:p>
            <w:pPr>
              <w:spacing w:after="0"/>
              <w:jc w:val="left"/>
            </w:pPr>
            <w:r>
              <w:rPr>
                <w:sz w:val="16"/>
              </w:rPr>
              <w:t>Major disaster</w:t>
            </w:r>
          </w:p>
        </w:tc>
        <w:tc>
          <w:tcPr>
            <w:tcW w:type="dxa" w:w="3654"/>
          </w:tcPr>
          <w:p>
            <w:pPr>
              <w:spacing w:after="0"/>
              <w:jc w:val="left"/>
            </w:pPr>
            <w:r>
              <w:rPr>
                <w:sz w:val="16"/>
              </w:rPr>
              <w:t>SEVERE WINTER STORMS, FLOODING, AND MUDSLIDES</w:t>
            </w:r>
          </w:p>
        </w:tc>
        <w:tc>
          <w:tcPr>
            <w:tcW w:type="dxa" w:w="3070"/>
          </w:tcPr>
          <w:p>
            <w:pPr>
              <w:spacing w:after="0"/>
              <w:jc w:val="left"/>
            </w:pPr>
            <w:r>
              <w:rPr>
                <w:sz w:val="16"/>
              </w:rPr>
              <w:t>Inland Flooding (primary); also designated: Landslide, Winter Weather</w:t>
            </w:r>
          </w:p>
        </w:tc>
        <w:tc>
          <w:tcPr>
            <w:tcW w:type="dxa" w:w="1391"/>
          </w:tcPr>
          <w:p>
            <w:pPr>
              <w:spacing w:after="0"/>
              <w:jc w:val="right"/>
            </w:pPr>
            <w:r>
              <w:rPr>
                <w:sz w:val="16"/>
              </w:rPr>
              <w:t>$1,636,464.39</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84"/>
          </w:tcPr>
          <w:p>
            <w:pPr>
              <w:spacing w:after="0"/>
              <w:jc w:val="left"/>
            </w:pPr>
            <w:r>
              <w:rPr>
                <w:sz w:val="16"/>
              </w:rPr>
              <w:t>Major disaster</w:t>
            </w:r>
          </w:p>
        </w:tc>
        <w:tc>
          <w:tcPr>
            <w:tcW w:type="dxa" w:w="3654"/>
          </w:tcPr>
          <w:p>
            <w:pPr>
              <w:spacing w:after="0"/>
              <w:jc w:val="left"/>
            </w:pPr>
            <w:r>
              <w:rPr>
                <w:sz w:val="16"/>
              </w:rPr>
              <w:t>SEVERE WINTER STORMS, FLOODING, AND MUDSLIDES</w:t>
            </w:r>
          </w:p>
        </w:tc>
        <w:tc>
          <w:tcPr>
            <w:tcW w:type="dxa" w:w="3070"/>
          </w:tcPr>
          <w:p>
            <w:pPr>
              <w:spacing w:after="0"/>
              <w:jc w:val="left"/>
            </w:pPr>
            <w:r>
              <w:rPr>
                <w:sz w:val="16"/>
              </w:rPr>
              <w:t>Inland Flooding; Landslide; Winter Weather</w:t>
            </w:r>
          </w:p>
        </w:tc>
        <w:tc>
          <w:tcPr>
            <w:tcW w:type="dxa" w:w="1391"/>
          </w:tcPr>
          <w:p>
            <w:pPr>
              <w:spacing w:after="0"/>
              <w:jc w:val="right"/>
            </w:pPr>
            <w:r>
              <w:rPr>
                <w:sz w:val="16"/>
              </w:rPr>
              <w:t>$461,450.22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2015-09-10</w:t>
            </w:r>
          </w:p>
        </w:tc>
        <w:tc>
          <w:tcPr>
            <w:tcW w:type="dxa" w:w="1037"/>
          </w:tcPr>
          <w:p>
            <w:pPr>
              <w:spacing w:after="0"/>
              <w:jc w:val="left"/>
            </w:pPr>
            <w:r>
              <w:rPr>
                <w:sz w:val="16"/>
              </w:rPr>
              <w:t>2015-09-09</w:t>
            </w:r>
          </w:p>
        </w:tc>
        <w:tc>
          <w:tcPr>
            <w:tcW w:type="dxa" w:w="1037"/>
          </w:tcPr>
          <w:p>
            <w:pPr>
              <w:spacing w:after="0"/>
              <w:jc w:val="left"/>
            </w:pPr>
            <w:r>
              <w:rPr>
                <w:sz w:val="16"/>
              </w:rPr>
              <w:t>FM-5111-CA</w:t>
            </w:r>
          </w:p>
        </w:tc>
        <w:tc>
          <w:tcPr>
            <w:tcW w:type="dxa" w:w="1284"/>
          </w:tcPr>
          <w:p>
            <w:pPr>
              <w:spacing w:after="0"/>
              <w:jc w:val="left"/>
            </w:pPr>
            <w:r>
              <w:rPr>
                <w:sz w:val="16"/>
              </w:rPr>
              <w:t>Fire management</w:t>
            </w:r>
          </w:p>
        </w:tc>
        <w:tc>
          <w:tcPr>
            <w:tcW w:type="dxa" w:w="3654"/>
          </w:tcPr>
          <w:p>
            <w:pPr>
              <w:spacing w:after="0"/>
              <w:jc w:val="left"/>
            </w:pPr>
            <w:r>
              <w:rPr>
                <w:sz w:val="16"/>
              </w:rPr>
              <w:t>BUTTE FIRE</w:t>
            </w:r>
          </w:p>
        </w:tc>
        <w:tc>
          <w:tcPr>
            <w:tcW w:type="dxa" w:w="3070"/>
          </w:tcPr>
          <w:p>
            <w:pPr>
              <w:spacing w:after="0"/>
              <w:jc w:val="left"/>
            </w:pPr>
            <w:r>
              <w:rPr>
                <w:sz w:val="16"/>
              </w:rPr>
              <w:t>Wildfire</w:t>
            </w:r>
          </w:p>
        </w:tc>
        <w:tc>
          <w:tcPr>
            <w:tcW w:type="dxa" w:w="1391"/>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284"/>
          </w:tcPr>
          <w:p>
            <w:pPr>
              <w:spacing w:after="0"/>
              <w:jc w:val="left"/>
            </w:pPr>
            <w:r>
              <w:rPr>
                <w:sz w:val="16"/>
              </w:rPr>
              <w:t>Major disaster</w:t>
            </w:r>
          </w:p>
        </w:tc>
        <w:tc>
          <w:tcPr>
            <w:tcW w:type="dxa" w:w="3654"/>
          </w:tcPr>
          <w:p>
            <w:pPr>
              <w:spacing w:after="0"/>
              <w:jc w:val="left"/>
            </w:pPr>
            <w:r>
              <w:rPr>
                <w:sz w:val="16"/>
              </w:rPr>
              <w:t>SEVERE STORMS, FLOODING, LANDSLIDES, AND MUDSLIDES</w:t>
            </w:r>
          </w:p>
        </w:tc>
        <w:tc>
          <w:tcPr>
            <w:tcW w:type="dxa" w:w="3070"/>
          </w:tcPr>
          <w:p>
            <w:pPr>
              <w:spacing w:after="0"/>
              <w:jc w:val="left"/>
            </w:pPr>
            <w:r>
              <w:rPr>
                <w:sz w:val="16"/>
              </w:rPr>
              <w:t>Inland Flooding; Landslide</w:t>
            </w:r>
          </w:p>
        </w:tc>
        <w:tc>
          <w:tcPr>
            <w:tcW w:type="dxa" w:w="1391"/>
          </w:tcPr>
          <w:p>
            <w:pPr>
              <w:spacing w:after="0"/>
              <w:jc w:val="right"/>
            </w:pPr>
            <w:r>
              <w:rPr>
                <w:sz w:val="16"/>
              </w:rPr>
              <w:t>$2,476,531.34</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84"/>
          </w:tcPr>
          <w:p>
            <w:pPr>
              <w:spacing w:after="0"/>
              <w:jc w:val="left"/>
            </w:pPr>
            <w:r>
              <w:rPr>
                <w:sz w:val="16"/>
              </w:rPr>
              <w:t>Major disaster</w:t>
            </w:r>
          </w:p>
        </w:tc>
        <w:tc>
          <w:tcPr>
            <w:tcW w:type="dxa" w:w="3654"/>
          </w:tcPr>
          <w:p>
            <w:pPr>
              <w:spacing w:after="0"/>
              <w:jc w:val="left"/>
            </w:pPr>
            <w:r>
              <w:rPr>
                <w:sz w:val="16"/>
              </w:rPr>
              <w:t>SEVERE STORMS, FLOODING, MUDSLIDES, AND LANDSLIDES</w:t>
            </w:r>
          </w:p>
        </w:tc>
        <w:tc>
          <w:tcPr>
            <w:tcW w:type="dxa" w:w="3070"/>
          </w:tcPr>
          <w:p>
            <w:pPr>
              <w:spacing w:after="0"/>
              <w:jc w:val="left"/>
            </w:pPr>
            <w:r>
              <w:rPr>
                <w:sz w:val="16"/>
              </w:rPr>
              <w:t>Inland Flooding; Landslide</w:t>
            </w:r>
          </w:p>
        </w:tc>
        <w:tc>
          <w:tcPr>
            <w:tcW w:type="dxa" w:w="1391"/>
          </w:tcPr>
          <w:p>
            <w:pPr>
              <w:spacing w:after="0"/>
              <w:jc w:val="right"/>
            </w:pPr>
            <w:r>
              <w:rPr>
                <w:sz w:val="16"/>
              </w:rPr>
              <w:t>$2,207,710.92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84"/>
          </w:tcPr>
          <w:p>
            <w:pPr>
              <w:spacing w:after="0"/>
              <w:jc w:val="left"/>
            </w:pPr>
            <w:r>
              <w:rPr>
                <w:sz w:val="16"/>
              </w:rPr>
              <w:t>Emergency</w:t>
            </w:r>
          </w:p>
        </w:tc>
        <w:tc>
          <w:tcPr>
            <w:tcW w:type="dxa" w:w="3654"/>
          </w:tcPr>
          <w:p>
            <w:pPr>
              <w:spacing w:after="0"/>
              <w:jc w:val="left"/>
            </w:pPr>
            <w:r>
              <w:rPr>
                <w:sz w:val="16"/>
              </w:rPr>
              <w:t>HURRICANE KATRINA EVACUATION</w:t>
            </w:r>
          </w:p>
        </w:tc>
        <w:tc>
          <w:tcPr>
            <w:tcW w:type="dxa" w:w="3070"/>
          </w:tcPr>
          <w:p>
            <w:pPr>
              <w:spacing w:after="0"/>
              <w:jc w:val="left"/>
            </w:pPr>
            <w:r>
              <w:rPr>
                <w:sz w:val="16"/>
              </w:rPr>
              <w:t>Hurricane: evacuation support, not a local hazard event; not counted</w:t>
            </w:r>
          </w:p>
        </w:tc>
        <w:tc>
          <w:tcPr>
            <w:tcW w:type="dxa" w:w="1391"/>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84"/>
          </w:tcPr>
          <w:p>
            <w:pPr>
              <w:spacing w:after="0"/>
              <w:jc w:val="left"/>
            </w:pPr>
            <w:r>
              <w:rPr>
                <w:sz w:val="16"/>
              </w:rPr>
              <w:t>Major disaster</w:t>
            </w:r>
          </w:p>
        </w:tc>
        <w:tc>
          <w:tcPr>
            <w:tcW w:type="dxa" w:w="3654"/>
          </w:tcPr>
          <w:p>
            <w:pPr>
              <w:spacing w:after="0"/>
              <w:jc w:val="left"/>
            </w:pPr>
            <w:r>
              <w:rPr>
                <w:sz w:val="16"/>
              </w:rPr>
              <w:t>SEVERE WINTER STORMS AND FLOODING</w:t>
            </w:r>
          </w:p>
        </w:tc>
        <w:tc>
          <w:tcPr>
            <w:tcW w:type="dxa" w:w="3070"/>
          </w:tcPr>
          <w:p>
            <w:pPr>
              <w:spacing w:after="0"/>
              <w:jc w:val="left"/>
            </w:pPr>
            <w:r>
              <w:rPr>
                <w:sz w:val="16"/>
              </w:rPr>
              <w:t>Inland Flooding; Winter Weather</w:t>
            </w:r>
          </w:p>
        </w:tc>
        <w:tc>
          <w:tcPr>
            <w:tcW w:type="dxa" w:w="1391"/>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84"/>
          </w:tcPr>
          <w:p>
            <w:pPr>
              <w:spacing w:after="0"/>
              <w:jc w:val="left"/>
            </w:pPr>
            <w:r>
              <w:rPr>
                <w:sz w:val="16"/>
              </w:rPr>
              <w:t>Major disaster</w:t>
            </w:r>
          </w:p>
        </w:tc>
        <w:tc>
          <w:tcPr>
            <w:tcW w:type="dxa" w:w="3654"/>
          </w:tcPr>
          <w:p>
            <w:pPr>
              <w:spacing w:after="0"/>
              <w:jc w:val="left"/>
            </w:pPr>
            <w:r>
              <w:rPr>
                <w:sz w:val="16"/>
              </w:rPr>
              <w:t>SEVERE STORMS, FLOODING, MUD AND LANDSLIDES</w:t>
            </w:r>
          </w:p>
        </w:tc>
        <w:tc>
          <w:tcPr>
            <w:tcW w:type="dxa" w:w="3070"/>
          </w:tcPr>
          <w:p>
            <w:pPr>
              <w:spacing w:after="0"/>
              <w:jc w:val="left"/>
            </w:pPr>
            <w:r>
              <w:rPr>
                <w:sz w:val="16"/>
              </w:rPr>
              <w:t>Inland Flooding; Landslide</w:t>
            </w:r>
          </w:p>
        </w:tc>
        <w:tc>
          <w:tcPr>
            <w:tcW w:type="dxa" w:w="1391"/>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84"/>
          </w:tcPr>
          <w:p>
            <w:pPr>
              <w:spacing w:after="0"/>
              <w:jc w:val="left"/>
            </w:pPr>
            <w:r>
              <w:rPr>
                <w:sz w:val="16"/>
              </w:rPr>
              <w:t>Major disaster</w:t>
            </w:r>
          </w:p>
        </w:tc>
        <w:tc>
          <w:tcPr>
            <w:tcW w:type="dxa" w:w="3654"/>
          </w:tcPr>
          <w:p>
            <w:pPr>
              <w:spacing w:after="0"/>
              <w:jc w:val="left"/>
            </w:pPr>
            <w:r>
              <w:rPr>
                <w:sz w:val="16"/>
              </w:rPr>
              <w:t>SEVERE WINTER STORMS, FLOODING LANDSLIDES, MUD FLOW</w:t>
            </w:r>
          </w:p>
        </w:tc>
        <w:tc>
          <w:tcPr>
            <w:tcW w:type="dxa" w:w="3070"/>
          </w:tcPr>
          <w:p>
            <w:pPr>
              <w:spacing w:after="0"/>
              <w:jc w:val="left"/>
            </w:pPr>
            <w:r>
              <w:rPr>
                <w:sz w:val="16"/>
              </w:rPr>
              <w:t>Inland Flooding; Landslide; Winter Weather</w:t>
            </w:r>
          </w:p>
        </w:tc>
        <w:tc>
          <w:tcPr>
            <w:tcW w:type="dxa" w:w="1391"/>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84"/>
          </w:tcPr>
          <w:p>
            <w:pPr>
              <w:spacing w:after="0"/>
              <w:jc w:val="left"/>
            </w:pPr>
            <w:r>
              <w:rPr>
                <w:sz w:val="16"/>
              </w:rPr>
              <w:t>Major disaster</w:t>
            </w:r>
          </w:p>
        </w:tc>
        <w:tc>
          <w:tcPr>
            <w:tcW w:type="dxa" w:w="3654"/>
          </w:tcPr>
          <w:p>
            <w:pPr>
              <w:spacing w:after="0"/>
              <w:jc w:val="left"/>
            </w:pPr>
            <w:r>
              <w:rPr>
                <w:sz w:val="16"/>
              </w:rPr>
              <w:t>SEVERE WINTER STORMS, FLOODING, LANDSLIDES, MUD FLOWS</w:t>
            </w:r>
          </w:p>
        </w:tc>
        <w:tc>
          <w:tcPr>
            <w:tcW w:type="dxa" w:w="3070"/>
          </w:tcPr>
          <w:p>
            <w:pPr>
              <w:spacing w:after="0"/>
              <w:jc w:val="left"/>
            </w:pPr>
            <w:r>
              <w:rPr>
                <w:sz w:val="16"/>
              </w:rPr>
              <w:t>Inland Flooding; Landslide; Winter Weather</w:t>
            </w:r>
          </w:p>
        </w:tc>
        <w:tc>
          <w:tcPr>
            <w:tcW w:type="dxa" w:w="1391"/>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84"/>
          </w:tcPr>
          <w:p>
            <w:pPr>
              <w:spacing w:after="0"/>
              <w:jc w:val="left"/>
            </w:pPr>
            <w:r>
              <w:rPr>
                <w:sz w:val="16"/>
              </w:rPr>
              <w:t>Major disaster</w:t>
            </w:r>
          </w:p>
        </w:tc>
        <w:tc>
          <w:tcPr>
            <w:tcW w:type="dxa" w:w="3654"/>
          </w:tcPr>
          <w:p>
            <w:pPr>
              <w:spacing w:after="0"/>
              <w:jc w:val="left"/>
            </w:pPr>
            <w:r>
              <w:rPr>
                <w:sz w:val="16"/>
              </w:rPr>
              <w:t>SEVERE STORMS &amp; FLOODING</w:t>
            </w:r>
          </w:p>
        </w:tc>
        <w:tc>
          <w:tcPr>
            <w:tcW w:type="dxa" w:w="3070"/>
          </w:tcPr>
          <w:p>
            <w:pPr>
              <w:spacing w:after="0"/>
              <w:jc w:val="left"/>
            </w:pPr>
            <w:r>
              <w:rPr>
                <w:sz w:val="16"/>
              </w:rPr>
              <w:t>Inland Flooding</w:t>
            </w:r>
          </w:p>
        </w:tc>
        <w:tc>
          <w:tcPr>
            <w:tcW w:type="dxa" w:w="1391"/>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84"/>
          </w:tcPr>
          <w:p>
            <w:pPr>
              <w:spacing w:after="0"/>
              <w:jc w:val="left"/>
            </w:pPr>
            <w:r>
              <w:rPr>
                <w:sz w:val="16"/>
              </w:rPr>
              <w:t>Emergency</w:t>
            </w:r>
          </w:p>
        </w:tc>
        <w:tc>
          <w:tcPr>
            <w:tcW w:type="dxa" w:w="3654"/>
          </w:tcPr>
          <w:p>
            <w:pPr>
              <w:spacing w:after="0"/>
              <w:jc w:val="left"/>
            </w:pPr>
            <w:r>
              <w:rPr>
                <w:sz w:val="16"/>
              </w:rPr>
              <w:t>DROUGHT</w:t>
            </w:r>
          </w:p>
        </w:tc>
        <w:tc>
          <w:tcPr>
            <w:tcW w:type="dxa" w:w="3070"/>
          </w:tcPr>
          <w:p>
            <w:pPr>
              <w:spacing w:after="0"/>
              <w:jc w:val="left"/>
            </w:pPr>
            <w:r>
              <w:rPr>
                <w:sz w:val="16"/>
              </w:rPr>
              <w:t>Drought</w:t>
            </w:r>
          </w:p>
        </w:tc>
        <w:tc>
          <w:tcPr>
            <w:tcW w:type="dxa" w:w="1391"/>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84"/>
          </w:tcPr>
          <w:p>
            <w:pPr>
              <w:spacing w:after="0"/>
              <w:jc w:val="left"/>
            </w:pPr>
            <w:r>
              <w:rPr>
                <w:sz w:val="16"/>
              </w:rPr>
              <w:t>Major disaster</w:t>
            </w:r>
          </w:p>
        </w:tc>
        <w:tc>
          <w:tcPr>
            <w:tcW w:type="dxa" w:w="3654"/>
          </w:tcPr>
          <w:p>
            <w:pPr>
              <w:spacing w:after="0"/>
              <w:jc w:val="left"/>
            </w:pPr>
            <w:r>
              <w:rPr>
                <w:sz w:val="16"/>
              </w:rPr>
              <w:t>SEVERE STORMS &amp; FLOODING</w:t>
            </w:r>
          </w:p>
        </w:tc>
        <w:tc>
          <w:tcPr>
            <w:tcW w:type="dxa" w:w="3070"/>
          </w:tcPr>
          <w:p>
            <w:pPr>
              <w:spacing w:after="0"/>
              <w:jc w:val="left"/>
            </w:pPr>
            <w:r>
              <w:rPr>
                <w:sz w:val="16"/>
              </w:rPr>
              <w:t>Inland Flooding</w:t>
            </w:r>
          </w:p>
        </w:tc>
        <w:tc>
          <w:tcPr>
            <w:tcW w:type="dxa" w:w="1391"/>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84"/>
          </w:tcPr>
          <w:p>
            <w:pPr>
              <w:spacing w:after="0"/>
              <w:jc w:val="left"/>
            </w:pPr>
            <w:r>
              <w:rPr>
                <w:sz w:val="16"/>
              </w:rPr>
              <w:t>Major disaster</w:t>
            </w:r>
          </w:p>
        </w:tc>
        <w:tc>
          <w:tcPr>
            <w:tcW w:type="dxa" w:w="3654"/>
          </w:tcPr>
          <w:p>
            <w:pPr>
              <w:spacing w:after="0"/>
              <w:jc w:val="left"/>
            </w:pPr>
            <w:r>
              <w:rPr>
                <w:sz w:val="16"/>
              </w:rPr>
              <w:t>HEAVY RAINS &amp; FLOODING</w:t>
            </w:r>
          </w:p>
        </w:tc>
        <w:tc>
          <w:tcPr>
            <w:tcW w:type="dxa" w:w="3070"/>
          </w:tcPr>
          <w:p>
            <w:pPr>
              <w:spacing w:after="0"/>
              <w:jc w:val="left"/>
            </w:pPr>
            <w:r>
              <w:rPr>
                <w:sz w:val="16"/>
              </w:rPr>
              <w:t>Inland Flooding</w:t>
            </w:r>
          </w:p>
        </w:tc>
        <w:tc>
          <w:tcPr>
            <w:tcW w:type="dxa" w:w="1391"/>
          </w:tcPr>
          <w:p>
            <w:pPr>
              <w:spacing w:after="0"/>
              <w:jc w:val="right"/>
            </w:pPr>
            <w:r>
              <w:rPr>
                <w:sz w:val="16"/>
              </w:rPr>
              <w:t>none found</w:t>
            </w:r>
          </w:p>
        </w:tc>
        <w:tc>
          <w:tcPr>
            <w:tcW w:type="dxa" w:w="720"/>
          </w:tcPr>
          <w:p>
            <w:pPr>
              <w:spacing w:after="0"/>
              <w:jc w:val="left"/>
            </w:pPr>
          </w:p>
        </w:tc>
        <w:tc>
          <w:tcPr>
            <w:tcW w:type="dxa" w:w="883"/>
          </w:tcPr>
          <w:p>
            <w:pPr>
              <w:spacing w:after="0"/>
              <w:jc w:val="left"/>
            </w:pPr>
          </w:p>
        </w:tc>
      </w:tr>
    </w:tbl>
    <w:p>
      <w:pPr>
        <w:spacing w:after="40" w:before="60"/>
        <w:ind w:left="360"/>
      </w:pPr>
      <w:r>
        <w:rPr>
          <w:sz w:val="15"/>
        </w:rPr>
        <w:t>School districts and special districts in this county: $2,447,545.13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53</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48 High Wind records and 38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351</w:t>
            </w:r>
          </w:p>
        </w:tc>
        <w:tc>
          <w:tcPr>
            <w:tcW w:type="dxa" w:w="1422"/>
          </w:tcPr>
          <w:p>
            <w:pPr>
              <w:spacing w:after="0"/>
              <w:jc w:val="right"/>
            </w:pPr>
            <w:r>
              <w:rPr>
                <w:sz w:val="16"/>
              </w:rPr>
              <w:t>2</w:t>
            </w:r>
          </w:p>
        </w:tc>
        <w:tc>
          <w:tcPr>
            <w:tcW w:type="dxa" w:w="1356"/>
          </w:tcPr>
          <w:p>
            <w:pPr>
              <w:spacing w:after="0"/>
              <w:jc w:val="right"/>
            </w:pPr>
            <w:r>
              <w:rPr>
                <w:sz w:val="16"/>
              </w:rPr>
              <w:t>8</w:t>
            </w:r>
          </w:p>
        </w:tc>
        <w:tc>
          <w:tcPr>
            <w:tcW w:type="dxa" w:w="963"/>
          </w:tcPr>
          <w:p>
            <w:pPr>
              <w:spacing w:after="0"/>
              <w:jc w:val="right"/>
            </w:pPr>
            <w:r>
              <w:rPr>
                <w:sz w:val="16"/>
              </w:rPr>
              <w:t>80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7"/>
        <w:gridCol w:w="1785"/>
        <w:gridCol w:w="1195"/>
        <w:gridCol w:w="2851"/>
        <w:gridCol w:w="2041"/>
        <w:gridCol w:w="29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7"/>
            <w:shd w:val="clear" w:color="auto" w:fill="E8E8E8"/>
          </w:tcPr>
          <w:p>
            <w:pPr>
              <w:spacing w:after="0"/>
              <w:jc w:val="left"/>
            </w:pPr>
            <w:r>
              <w:rPr>
                <w:b/>
                <w:sz w:val="16"/>
              </w:rPr>
              <w:t>Magnitude or extent</w:t>
            </w:r>
          </w:p>
        </w:tc>
        <w:tc>
          <w:tcPr>
            <w:tcW w:type="dxa" w:w="1785"/>
            <w:shd w:val="clear" w:color="auto" w:fill="E8E8E8"/>
          </w:tcPr>
          <w:p>
            <w:pPr>
              <w:spacing w:after="0"/>
              <w:jc w:val="left"/>
            </w:pPr>
            <w:r>
              <w:rPr>
                <w:b/>
                <w:sz w:val="16"/>
              </w:rPr>
              <w:t>Damage</w:t>
            </w:r>
          </w:p>
          <w:p>
            <w:pPr>
              <w:spacing w:after="0"/>
              <w:jc w:val="left"/>
            </w:pPr>
            <w:r>
              <w:rPr>
                <w:i/>
                <w:color w:val="555555"/>
                <w:sz w:val="14"/>
              </w:rPr>
              <w:t>nominal dollars</w:t>
            </w:r>
          </w:p>
        </w:tc>
        <w:tc>
          <w:tcPr>
            <w:tcW w:type="dxa" w:w="11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51"/>
            <w:shd w:val="clear" w:color="auto" w:fill="E8E8E8"/>
          </w:tcPr>
          <w:p>
            <w:pPr>
              <w:spacing w:after="0"/>
              <w:jc w:val="left"/>
            </w:pPr>
            <w:r>
              <w:rPr>
                <w:b/>
                <w:sz w:val="16"/>
              </w:rPr>
              <w:t>Location</w:t>
            </w:r>
          </w:p>
        </w:tc>
        <w:tc>
          <w:tcPr>
            <w:tcW w:type="dxa" w:w="2041"/>
            <w:shd w:val="clear" w:color="auto" w:fill="E8E8E8"/>
          </w:tcPr>
          <w:p>
            <w:pPr>
              <w:spacing w:after="0"/>
              <w:jc w:val="left"/>
            </w:pPr>
            <w:r>
              <w:rPr>
                <w:b/>
                <w:sz w:val="16"/>
              </w:rPr>
              <w:t>Flags</w:t>
            </w:r>
          </w:p>
        </w:tc>
        <w:tc>
          <w:tcPr>
            <w:tcW w:type="dxa" w:w="29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2025-09-02</w:t>
            </w:r>
          </w:p>
        </w:tc>
        <w:tc>
          <w:tcPr>
            <w:tcW w:type="dxa" w:w="1215"/>
          </w:tcPr>
          <w:p>
            <w:pPr>
              <w:spacing w:after="0"/>
              <w:jc w:val="left"/>
            </w:pPr>
            <w:r>
              <w:rPr>
                <w:sz w:val="16"/>
              </w:rPr>
              <w:t>Wildfire</w:t>
            </w:r>
          </w:p>
        </w:tc>
        <w:tc>
          <w:tcPr>
            <w:tcW w:type="dxa" w:w="1087"/>
          </w:tcPr>
          <w:p>
            <w:pPr>
              <w:spacing w:after="0"/>
              <w:jc w:val="left"/>
            </w:pPr>
          </w:p>
        </w:tc>
        <w:tc>
          <w:tcPr>
            <w:tcW w:type="dxa" w:w="1785"/>
          </w:tcPr>
          <w:p>
            <w:pPr>
              <w:spacing w:after="0"/>
              <w:jc w:val="left"/>
            </w:pPr>
            <w:r>
              <w:rPr>
                <w:sz w:val="16"/>
              </w:rPr>
              <w:t>$25,000,000 property; $5,000 crops, reported for the zone (2025 dollars)</w:t>
            </w:r>
          </w:p>
        </w:tc>
        <w:tc>
          <w:tcPr>
            <w:tcW w:type="dxa" w:w="1195"/>
          </w:tcPr>
          <w:p>
            <w:pPr>
              <w:spacing w:after="0"/>
              <w:jc w:val="right"/>
            </w:pPr>
            <w:r>
              <w:rPr>
                <w:sz w:val="16"/>
              </w:rPr>
              <w:t>0, 0</w:t>
            </w:r>
          </w:p>
        </w:tc>
        <w:tc>
          <w:tcPr>
            <w:tcW w:type="dxa" w:w="2851"/>
          </w:tcPr>
          <w:p>
            <w:pPr>
              <w:spacing w:after="0"/>
              <w:jc w:val="left"/>
            </w:pPr>
            <w:r>
              <w:rPr>
                <w:sz w:val="16"/>
              </w:rPr>
              <w:t>NWS zone CAZ019 (NORTHERN SAN JOAQUIN VALLEY), zone-level: may include parts of neighboring counties</w:t>
            </w:r>
          </w:p>
        </w:tc>
        <w:tc>
          <w:tcPr>
            <w:tcW w:type="dxa" w:w="2041"/>
          </w:tcPr>
          <w:p>
            <w:pPr>
              <w:spacing w:after="0"/>
              <w:jc w:val="left"/>
            </w:pPr>
            <w:r>
              <w:rPr>
                <w:sz w:val="16"/>
              </w:rPr>
              <w:t>during plan review, check whether your last plan included it; within last 5 years</w:t>
            </w:r>
          </w:p>
        </w:tc>
        <w:tc>
          <w:tcPr>
            <w:tcW w:type="dxa" w:w="2901"/>
          </w:tcPr>
          <w:p>
            <w:pPr>
              <w:spacing w:after="0"/>
              <w:jc w:val="left"/>
            </w:pPr>
            <w:r>
              <w:rPr>
                <w:sz w:val="16"/>
              </w:rPr>
              <w:t>B1-c worst recorded: Wildfire</w:t>
            </w:r>
          </w:p>
        </w:tc>
      </w:tr>
      <w:tr>
        <w:trPr>
          <w:cantSplit/>
        </w:trPr>
        <w:tc>
          <w:tcPr>
            <w:tcW w:type="dxa" w:w="1037"/>
          </w:tcPr>
          <w:p>
            <w:pPr>
              <w:spacing w:after="0"/>
              <w:jc w:val="left"/>
            </w:pPr>
            <w:r>
              <w:rPr>
                <w:sz w:val="16"/>
              </w:rPr>
              <w:t>2025-06-18</w:t>
            </w:r>
          </w:p>
        </w:tc>
        <w:tc>
          <w:tcPr>
            <w:tcW w:type="dxa" w:w="1215"/>
          </w:tcPr>
          <w:p>
            <w:pPr>
              <w:spacing w:after="0"/>
              <w:jc w:val="left"/>
            </w:pPr>
            <w:r>
              <w:rPr>
                <w:sz w:val="16"/>
              </w:rPr>
              <w:t>Cold/Wind Chill</w:t>
            </w:r>
          </w:p>
        </w:tc>
        <w:tc>
          <w:tcPr>
            <w:tcW w:type="dxa" w:w="1087"/>
          </w:tcPr>
          <w:p>
            <w:pPr>
              <w:spacing w:after="0"/>
              <w:jc w:val="left"/>
            </w:pPr>
          </w:p>
        </w:tc>
        <w:tc>
          <w:tcPr>
            <w:tcW w:type="dxa" w:w="1785"/>
          </w:tcPr>
          <w:p>
            <w:pPr>
              <w:spacing w:after="0"/>
              <w:jc w:val="left"/>
            </w:pPr>
            <w:r>
              <w:rPr>
                <w:sz w:val="16"/>
              </w:rPr>
              <w:t>$0 property; $0 crops, reported for the zone (2025 dollars)</w:t>
            </w:r>
          </w:p>
        </w:tc>
        <w:tc>
          <w:tcPr>
            <w:tcW w:type="dxa" w:w="1195"/>
          </w:tcPr>
          <w:p>
            <w:pPr>
              <w:spacing w:after="0"/>
              <w:jc w:val="right"/>
            </w:pPr>
            <w:r>
              <w:rPr>
                <w:sz w:val="16"/>
              </w:rPr>
              <w:t>3, 0</w:t>
            </w:r>
          </w:p>
        </w:tc>
        <w:tc>
          <w:tcPr>
            <w:tcW w:type="dxa" w:w="2851"/>
          </w:tcPr>
          <w:p>
            <w:pPr>
              <w:spacing w:after="0"/>
              <w:jc w:val="left"/>
            </w:pPr>
            <w:r>
              <w:rPr>
                <w:sz w:val="16"/>
              </w:rPr>
              <w:t>NWS zone CAZ069 (WEST SLOPE NORTHERN SIERRA NEVADA), zone-level: may include parts of neighboring counties</w:t>
            </w:r>
          </w:p>
        </w:tc>
        <w:tc>
          <w:tcPr>
            <w:tcW w:type="dxa" w:w="2041"/>
          </w:tcPr>
          <w:p>
            <w:pPr>
              <w:spacing w:after="0"/>
              <w:jc w:val="left"/>
            </w:pPr>
            <w:r>
              <w:rPr>
                <w:sz w:val="16"/>
              </w:rPr>
              <w:t>during plan review, check whether your last plan included it; within last 5 years</w:t>
            </w: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2021-10-08</w:t>
            </w:r>
          </w:p>
        </w:tc>
        <w:tc>
          <w:tcPr>
            <w:tcW w:type="dxa" w:w="1215"/>
          </w:tcPr>
          <w:p>
            <w:pPr>
              <w:spacing w:after="0"/>
              <w:jc w:val="left"/>
            </w:pPr>
            <w:r>
              <w:rPr>
                <w:sz w:val="16"/>
              </w:rPr>
              <w:t>Drought</w:t>
            </w:r>
          </w:p>
        </w:tc>
        <w:tc>
          <w:tcPr>
            <w:tcW w:type="dxa" w:w="1087"/>
          </w:tcPr>
          <w:p>
            <w:pPr>
              <w:spacing w:after="0"/>
              <w:jc w:val="left"/>
            </w:pPr>
          </w:p>
        </w:tc>
        <w:tc>
          <w:tcPr>
            <w:tcW w:type="dxa" w:w="1785"/>
          </w:tcPr>
          <w:p>
            <w:pPr>
              <w:spacing w:after="0"/>
              <w:jc w:val="left"/>
            </w:pPr>
            <w:r>
              <w:rPr>
                <w:sz w:val="16"/>
              </w:rPr>
              <w:t>$0 property; $0 crops, reported for the zone (2021 dollars)</w:t>
            </w:r>
          </w:p>
        </w:tc>
        <w:tc>
          <w:tcPr>
            <w:tcW w:type="dxa" w:w="1195"/>
          </w:tcPr>
          <w:p>
            <w:pPr>
              <w:spacing w:after="0"/>
              <w:jc w:val="right"/>
            </w:pPr>
            <w:r>
              <w:rPr>
                <w:sz w:val="16"/>
              </w:rPr>
              <w:t>0, 0</w:t>
            </w:r>
          </w:p>
        </w:tc>
        <w:tc>
          <w:tcPr>
            <w:tcW w:type="dxa" w:w="2851"/>
          </w:tcPr>
          <w:p>
            <w:pPr>
              <w:spacing w:after="0"/>
              <w:jc w:val="left"/>
            </w:pPr>
            <w:r>
              <w:rPr>
                <w:sz w:val="16"/>
              </w:rPr>
              <w:t>NWS zone CAZ017 (SOUTHERN SACRAMENTO VALLEY), zone-level: may include parts of neighboring counties</w:t>
            </w:r>
          </w:p>
        </w:tc>
        <w:tc>
          <w:tcPr>
            <w:tcW w:type="dxa" w:w="2041"/>
          </w:tcPr>
          <w:p>
            <w:pPr>
              <w:spacing w:after="0"/>
              <w:jc w:val="left"/>
            </w:pPr>
            <w:r>
              <w:rPr>
                <w:sz w:val="16"/>
              </w:rPr>
              <w:t>within last 5 years</w:t>
            </w:r>
          </w:p>
        </w:tc>
        <w:tc>
          <w:tcPr>
            <w:tcW w:type="dxa" w:w="2901"/>
          </w:tcPr>
          <w:p>
            <w:pPr>
              <w:spacing w:after="0"/>
              <w:jc w:val="left"/>
            </w:pPr>
            <w:r>
              <w:rPr>
                <w:sz w:val="16"/>
              </w:rPr>
              <w:t>B1-c worst recorded: Drought</w:t>
            </w:r>
          </w:p>
        </w:tc>
      </w:tr>
      <w:tr>
        <w:trPr>
          <w:cantSplit/>
        </w:trPr>
        <w:tc>
          <w:tcPr>
            <w:tcW w:type="dxa" w:w="1037"/>
          </w:tcPr>
          <w:p>
            <w:pPr>
              <w:spacing w:after="0"/>
              <w:jc w:val="left"/>
            </w:pPr>
            <w:r>
              <w:rPr>
                <w:sz w:val="16"/>
              </w:rPr>
              <w:t>2019-02-04</w:t>
            </w:r>
          </w:p>
        </w:tc>
        <w:tc>
          <w:tcPr>
            <w:tcW w:type="dxa" w:w="1215"/>
          </w:tcPr>
          <w:p>
            <w:pPr>
              <w:spacing w:after="0"/>
              <w:jc w:val="left"/>
            </w:pPr>
            <w:r>
              <w:rPr>
                <w:sz w:val="16"/>
              </w:rPr>
              <w:t>Heavy Snow</w:t>
            </w:r>
          </w:p>
        </w:tc>
        <w:tc>
          <w:tcPr>
            <w:tcW w:type="dxa" w:w="1087"/>
          </w:tcPr>
          <w:p>
            <w:pPr>
              <w:spacing w:after="0"/>
              <w:jc w:val="left"/>
            </w:pPr>
          </w:p>
        </w:tc>
        <w:tc>
          <w:tcPr>
            <w:tcW w:type="dxa" w:w="1785"/>
          </w:tcPr>
          <w:p>
            <w:pPr>
              <w:spacing w:after="0"/>
              <w:jc w:val="left"/>
            </w:pPr>
            <w:r>
              <w:rPr>
                <w:sz w:val="16"/>
              </w:rPr>
              <w:t>$1,000,000 property; $0 crops, reported for the zone (2019 dollars)</w:t>
            </w:r>
          </w:p>
        </w:tc>
        <w:tc>
          <w:tcPr>
            <w:tcW w:type="dxa" w:w="1195"/>
          </w:tcPr>
          <w:p>
            <w:pPr>
              <w:spacing w:after="0"/>
              <w:jc w:val="right"/>
            </w:pPr>
            <w:r>
              <w:rPr>
                <w:sz w:val="16"/>
              </w:rPr>
              <w:t>0, 0</w:t>
            </w:r>
          </w:p>
        </w:tc>
        <w:tc>
          <w:tcPr>
            <w:tcW w:type="dxa" w:w="2851"/>
          </w:tcPr>
          <w:p>
            <w:pPr>
              <w:spacing w:after="0"/>
              <w:jc w:val="left"/>
            </w:pPr>
            <w:r>
              <w:rPr>
                <w:sz w:val="16"/>
              </w:rPr>
              <w:t>NWS zone CAZ067 (MOTHERLODE/CAMPTONVILLE TO GROVELAND), zone-level: may include parts of neighboring counties</w:t>
            </w:r>
          </w:p>
        </w:tc>
        <w:tc>
          <w:tcPr>
            <w:tcW w:type="dxa" w:w="2041"/>
          </w:tcPr>
          <w:p>
            <w:pPr>
              <w:spacing w:after="0"/>
              <w:jc w:val="left"/>
            </w:pPr>
          </w:p>
        </w:tc>
        <w:tc>
          <w:tcPr>
            <w:tcW w:type="dxa" w:w="290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2019-01-20</w:t>
            </w:r>
          </w:p>
        </w:tc>
        <w:tc>
          <w:tcPr>
            <w:tcW w:type="dxa" w:w="1215"/>
          </w:tcPr>
          <w:p>
            <w:pPr>
              <w:spacing w:after="0"/>
              <w:jc w:val="left"/>
            </w:pPr>
            <w:r>
              <w:rPr>
                <w:sz w:val="16"/>
              </w:rPr>
              <w:t>Thunderstorm Wind</w:t>
            </w:r>
          </w:p>
        </w:tc>
        <w:tc>
          <w:tcPr>
            <w:tcW w:type="dxa" w:w="1087"/>
          </w:tcPr>
          <w:p>
            <w:pPr>
              <w:spacing w:after="0"/>
              <w:jc w:val="left"/>
            </w:pPr>
            <w:r>
              <w:rPr>
                <w:sz w:val="16"/>
              </w:rPr>
              <w:t>50 kt (58 mph) estimated gust</w:t>
            </w:r>
          </w:p>
        </w:tc>
        <w:tc>
          <w:tcPr>
            <w:tcW w:type="dxa" w:w="1785"/>
          </w:tcPr>
          <w:p>
            <w:pPr>
              <w:spacing w:after="0"/>
              <w:jc w:val="left"/>
            </w:pPr>
            <w:r>
              <w:rPr>
                <w:sz w:val="16"/>
              </w:rPr>
              <w:t>$0 property; $0 crops (2019 dollars)</w:t>
            </w:r>
          </w:p>
        </w:tc>
        <w:tc>
          <w:tcPr>
            <w:tcW w:type="dxa" w:w="1195"/>
          </w:tcPr>
          <w:p>
            <w:pPr>
              <w:spacing w:after="0"/>
              <w:jc w:val="right"/>
            </w:pPr>
            <w:r>
              <w:rPr>
                <w:sz w:val="16"/>
              </w:rPr>
              <w:t>0, 0</w:t>
            </w:r>
          </w:p>
        </w:tc>
        <w:tc>
          <w:tcPr>
            <w:tcW w:type="dxa" w:w="2851"/>
          </w:tcPr>
          <w:p>
            <w:pPr>
              <w:spacing w:after="0"/>
              <w:jc w:val="left"/>
            </w:pPr>
            <w:r>
              <w:rPr>
                <w:sz w:val="16"/>
              </w:rPr>
              <w:t>WAITS STATION</w:t>
            </w:r>
          </w:p>
        </w:tc>
        <w:tc>
          <w:tcPr>
            <w:tcW w:type="dxa" w:w="2041"/>
          </w:tcPr>
          <w:p>
            <w:pPr>
              <w:spacing w:after="0"/>
              <w:jc w:val="left"/>
            </w:pPr>
          </w:p>
        </w:tc>
        <w:tc>
          <w:tcPr>
            <w:tcW w:type="dxa" w:w="2901"/>
          </w:tcPr>
          <w:p>
            <w:pPr>
              <w:spacing w:after="0"/>
              <w:jc w:val="left"/>
            </w:pPr>
            <w:r>
              <w:rPr>
                <w:sz w:val="16"/>
              </w:rPr>
              <w:t>B1-c worst recorded: Thunderstorm Wind</w:t>
            </w:r>
          </w:p>
        </w:tc>
      </w:tr>
      <w:tr>
        <w:trPr>
          <w:cantSplit/>
        </w:trPr>
        <w:tc>
          <w:tcPr>
            <w:tcW w:type="dxa" w:w="1037"/>
          </w:tcPr>
          <w:p>
            <w:pPr>
              <w:spacing w:after="0"/>
              <w:jc w:val="left"/>
            </w:pPr>
            <w:r>
              <w:rPr>
                <w:sz w:val="16"/>
              </w:rPr>
              <w:t>2017-09-08</w:t>
            </w:r>
          </w:p>
        </w:tc>
        <w:tc>
          <w:tcPr>
            <w:tcW w:type="dxa" w:w="1215"/>
          </w:tcPr>
          <w:p>
            <w:pPr>
              <w:spacing w:after="0"/>
              <w:jc w:val="left"/>
            </w:pPr>
            <w:r>
              <w:rPr>
                <w:sz w:val="16"/>
              </w:rPr>
              <w:t>Hail</w:t>
            </w:r>
          </w:p>
        </w:tc>
        <w:tc>
          <w:tcPr>
            <w:tcW w:type="dxa" w:w="1087"/>
          </w:tcPr>
          <w:p>
            <w:pPr>
              <w:spacing w:after="0"/>
              <w:jc w:val="left"/>
            </w:pPr>
            <w:r>
              <w:rPr>
                <w:sz w:val="16"/>
              </w:rPr>
              <w:t>1 in</w:t>
            </w:r>
          </w:p>
        </w:tc>
        <w:tc>
          <w:tcPr>
            <w:tcW w:type="dxa" w:w="1785"/>
          </w:tcPr>
          <w:p>
            <w:pPr>
              <w:spacing w:after="0"/>
              <w:jc w:val="left"/>
            </w:pPr>
            <w:r>
              <w:rPr>
                <w:sz w:val="16"/>
              </w:rPr>
              <w:t>$0 property; $0 crops (2017 dollars)</w:t>
            </w:r>
          </w:p>
        </w:tc>
        <w:tc>
          <w:tcPr>
            <w:tcW w:type="dxa" w:w="1195"/>
          </w:tcPr>
          <w:p>
            <w:pPr>
              <w:spacing w:after="0"/>
              <w:jc w:val="right"/>
            </w:pPr>
            <w:r>
              <w:rPr>
                <w:sz w:val="16"/>
              </w:rPr>
              <w:t>0, 0</w:t>
            </w:r>
          </w:p>
        </w:tc>
        <w:tc>
          <w:tcPr>
            <w:tcW w:type="dxa" w:w="2851"/>
          </w:tcPr>
          <w:p>
            <w:pPr>
              <w:spacing w:after="0"/>
              <w:jc w:val="left"/>
            </w:pPr>
            <w:r>
              <w:rPr>
                <w:sz w:val="16"/>
              </w:rPr>
              <w:t>KIRKWOOD</w:t>
            </w:r>
          </w:p>
        </w:tc>
        <w:tc>
          <w:tcPr>
            <w:tcW w:type="dxa" w:w="2041"/>
          </w:tcPr>
          <w:p>
            <w:pPr>
              <w:spacing w:after="0"/>
              <w:jc w:val="left"/>
            </w:pPr>
          </w:p>
        </w:tc>
        <w:tc>
          <w:tcPr>
            <w:tcW w:type="dxa" w:w="2901"/>
          </w:tcPr>
          <w:p>
            <w:pPr>
              <w:spacing w:after="0"/>
              <w:jc w:val="left"/>
            </w:pPr>
            <w:r>
              <w:rPr>
                <w:sz w:val="16"/>
              </w:rPr>
              <w:t>B1-c worst recorded: Hail</w:t>
            </w:r>
          </w:p>
        </w:tc>
      </w:tr>
      <w:tr>
        <w:trPr>
          <w:cantSplit/>
        </w:trPr>
        <w:tc>
          <w:tcPr>
            <w:tcW w:type="dxa" w:w="1037"/>
          </w:tcPr>
          <w:p>
            <w:pPr>
              <w:spacing w:after="0"/>
              <w:jc w:val="left"/>
            </w:pPr>
            <w:r>
              <w:rPr>
                <w:sz w:val="16"/>
              </w:rPr>
              <w:t>2017-02-20</w:t>
            </w:r>
          </w:p>
        </w:tc>
        <w:tc>
          <w:tcPr>
            <w:tcW w:type="dxa" w:w="1215"/>
          </w:tcPr>
          <w:p>
            <w:pPr>
              <w:spacing w:after="0"/>
              <w:jc w:val="left"/>
            </w:pPr>
            <w:r>
              <w:rPr>
                <w:sz w:val="16"/>
              </w:rPr>
              <w:t>High Wind</w:t>
            </w:r>
          </w:p>
        </w:tc>
        <w:tc>
          <w:tcPr>
            <w:tcW w:type="dxa" w:w="1087"/>
          </w:tcPr>
          <w:p>
            <w:pPr>
              <w:spacing w:after="0"/>
              <w:jc w:val="left"/>
            </w:pPr>
            <w:r>
              <w:rPr>
                <w:sz w:val="16"/>
              </w:rPr>
              <w:t>173 kt (199 mph) measured gust</w:t>
            </w:r>
          </w:p>
        </w:tc>
        <w:tc>
          <w:tcPr>
            <w:tcW w:type="dxa" w:w="1785"/>
          </w:tcPr>
          <w:p>
            <w:pPr>
              <w:spacing w:after="0"/>
              <w:jc w:val="left"/>
            </w:pPr>
            <w:r>
              <w:rPr>
                <w:sz w:val="16"/>
              </w:rPr>
              <w:t>property not reported; $0 crops, reported for the zone (2017 dollars)</w:t>
            </w:r>
          </w:p>
        </w:tc>
        <w:tc>
          <w:tcPr>
            <w:tcW w:type="dxa" w:w="1195"/>
          </w:tcPr>
          <w:p>
            <w:pPr>
              <w:spacing w:after="0"/>
              <w:jc w:val="right"/>
            </w:pPr>
            <w:r>
              <w:rPr>
                <w:sz w:val="16"/>
              </w:rPr>
              <w:t>0, 0</w:t>
            </w:r>
          </w:p>
        </w:tc>
        <w:tc>
          <w:tcPr>
            <w:tcW w:type="dxa" w:w="2851"/>
          </w:tcPr>
          <w:p>
            <w:pPr>
              <w:spacing w:after="0"/>
              <w:jc w:val="left"/>
            </w:pPr>
            <w:r>
              <w:rPr>
                <w:sz w:val="16"/>
              </w:rPr>
              <w:t>NWS zone CAZ069 (WEST SLOPE NORTHERN SIERRA NEVADA), zone-level: may include parts of neighboring counties</w:t>
            </w:r>
          </w:p>
        </w:tc>
        <w:tc>
          <w:tcPr>
            <w:tcW w:type="dxa" w:w="2041"/>
          </w:tcPr>
          <w:p>
            <w:pPr>
              <w:spacing w:after="0"/>
              <w:jc w:val="left"/>
            </w:pPr>
          </w:p>
        </w:tc>
        <w:tc>
          <w:tcPr>
            <w:tcW w:type="dxa" w:w="29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2015-10-17</w:t>
            </w:r>
          </w:p>
        </w:tc>
        <w:tc>
          <w:tcPr>
            <w:tcW w:type="dxa" w:w="1215"/>
          </w:tcPr>
          <w:p>
            <w:pPr>
              <w:spacing w:after="0"/>
              <w:jc w:val="left"/>
            </w:pPr>
            <w:r>
              <w:rPr>
                <w:sz w:val="16"/>
              </w:rPr>
              <w:t>Debris Flow</w:t>
            </w:r>
          </w:p>
        </w:tc>
        <w:tc>
          <w:tcPr>
            <w:tcW w:type="dxa" w:w="1087"/>
          </w:tcPr>
          <w:p>
            <w:pPr>
              <w:spacing w:after="0"/>
              <w:jc w:val="left"/>
            </w:pPr>
          </w:p>
        </w:tc>
        <w:tc>
          <w:tcPr>
            <w:tcW w:type="dxa" w:w="1785"/>
          </w:tcPr>
          <w:p>
            <w:pPr>
              <w:spacing w:after="0"/>
              <w:jc w:val="left"/>
            </w:pPr>
            <w:r>
              <w:rPr>
                <w:sz w:val="16"/>
              </w:rPr>
              <w:t>$100,000 property; $0 crops (2015 dollars)</w:t>
            </w:r>
          </w:p>
        </w:tc>
        <w:tc>
          <w:tcPr>
            <w:tcW w:type="dxa" w:w="1195"/>
          </w:tcPr>
          <w:p>
            <w:pPr>
              <w:spacing w:after="0"/>
              <w:jc w:val="right"/>
            </w:pPr>
            <w:r>
              <w:rPr>
                <w:sz w:val="16"/>
              </w:rPr>
              <w:t>0, 0</w:t>
            </w:r>
          </w:p>
        </w:tc>
        <w:tc>
          <w:tcPr>
            <w:tcW w:type="dxa" w:w="2851"/>
          </w:tcPr>
          <w:p>
            <w:pPr>
              <w:spacing w:after="0"/>
              <w:jc w:val="left"/>
            </w:pPr>
            <w:r>
              <w:rPr>
                <w:sz w:val="16"/>
              </w:rPr>
              <w:t>ELECTRA</w:t>
            </w:r>
          </w:p>
        </w:tc>
        <w:tc>
          <w:tcPr>
            <w:tcW w:type="dxa" w:w="2041"/>
          </w:tcPr>
          <w:p>
            <w:pPr>
              <w:spacing w:after="0"/>
              <w:jc w:val="left"/>
            </w:pPr>
          </w:p>
        </w:tc>
        <w:tc>
          <w:tcPr>
            <w:tcW w:type="dxa" w:w="2901"/>
          </w:tcPr>
          <w:p>
            <w:pPr>
              <w:spacing w:after="0"/>
              <w:jc w:val="left"/>
            </w:pPr>
            <w:r>
              <w:rPr>
                <w:sz w:val="16"/>
              </w:rPr>
              <w:t>B1-c worst recorded: Debris Flow</w:t>
            </w:r>
          </w:p>
        </w:tc>
      </w:tr>
      <w:tr>
        <w:trPr>
          <w:cantSplit/>
        </w:trPr>
        <w:tc>
          <w:tcPr>
            <w:tcW w:type="dxa" w:w="1037"/>
          </w:tcPr>
          <w:p>
            <w:pPr>
              <w:spacing w:after="0"/>
              <w:jc w:val="left"/>
            </w:pPr>
            <w:r>
              <w:rPr>
                <w:sz w:val="16"/>
              </w:rPr>
              <w:t>2015-09-09</w:t>
            </w:r>
          </w:p>
        </w:tc>
        <w:tc>
          <w:tcPr>
            <w:tcW w:type="dxa" w:w="1215"/>
          </w:tcPr>
          <w:p>
            <w:pPr>
              <w:spacing w:after="0"/>
              <w:jc w:val="left"/>
            </w:pPr>
            <w:r>
              <w:rPr>
                <w:sz w:val="16"/>
              </w:rPr>
              <w:t>Wildfire</w:t>
            </w:r>
          </w:p>
        </w:tc>
        <w:tc>
          <w:tcPr>
            <w:tcW w:type="dxa" w:w="1087"/>
          </w:tcPr>
          <w:p>
            <w:pPr>
              <w:spacing w:after="0"/>
              <w:jc w:val="left"/>
            </w:pPr>
          </w:p>
        </w:tc>
        <w:tc>
          <w:tcPr>
            <w:tcW w:type="dxa" w:w="1785"/>
          </w:tcPr>
          <w:p>
            <w:pPr>
              <w:spacing w:after="0"/>
              <w:jc w:val="left"/>
            </w:pPr>
            <w:r>
              <w:rPr>
                <w:sz w:val="16"/>
              </w:rPr>
              <w:t>$0 property; $0 crops, reported for the zone (2015 dollars)</w:t>
            </w:r>
          </w:p>
        </w:tc>
        <w:tc>
          <w:tcPr>
            <w:tcW w:type="dxa" w:w="1195"/>
          </w:tcPr>
          <w:p>
            <w:pPr>
              <w:spacing w:after="0"/>
              <w:jc w:val="right"/>
            </w:pPr>
            <w:r>
              <w:rPr>
                <w:sz w:val="16"/>
              </w:rPr>
              <w:t>2, 1</w:t>
            </w:r>
          </w:p>
        </w:tc>
        <w:tc>
          <w:tcPr>
            <w:tcW w:type="dxa" w:w="2851"/>
          </w:tcPr>
          <w:p>
            <w:pPr>
              <w:spacing w:after="0"/>
              <w:jc w:val="left"/>
            </w:pPr>
            <w:r>
              <w:rPr>
                <w:sz w:val="16"/>
              </w:rPr>
              <w:t>NWS zone CAZ069 (West Slope Northern Sierra Nevada), zone-level: may include parts of neighboring counties</w:t>
            </w:r>
          </w:p>
        </w:tc>
        <w:tc>
          <w:tcPr>
            <w:tcW w:type="dxa" w:w="2041"/>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2013-10-27</w:t>
            </w:r>
          </w:p>
        </w:tc>
        <w:tc>
          <w:tcPr>
            <w:tcW w:type="dxa" w:w="1215"/>
          </w:tcPr>
          <w:p>
            <w:pPr>
              <w:spacing w:after="0"/>
              <w:jc w:val="left"/>
            </w:pPr>
            <w:r>
              <w:rPr>
                <w:sz w:val="16"/>
              </w:rPr>
              <w:t>Strong Wind</w:t>
            </w:r>
          </w:p>
        </w:tc>
        <w:tc>
          <w:tcPr>
            <w:tcW w:type="dxa" w:w="1087"/>
          </w:tcPr>
          <w:p>
            <w:pPr>
              <w:spacing w:after="0"/>
              <w:jc w:val="left"/>
            </w:pPr>
            <w:r>
              <w:rPr>
                <w:sz w:val="16"/>
              </w:rPr>
              <w:t>43 kt (49 mph) measured gust</w:t>
            </w:r>
          </w:p>
        </w:tc>
        <w:tc>
          <w:tcPr>
            <w:tcW w:type="dxa" w:w="1785"/>
          </w:tcPr>
          <w:p>
            <w:pPr>
              <w:spacing w:after="0"/>
              <w:jc w:val="left"/>
            </w:pPr>
            <w:r>
              <w:rPr>
                <w:sz w:val="16"/>
              </w:rPr>
              <w:t>damage not reported</w:t>
            </w:r>
          </w:p>
        </w:tc>
        <w:tc>
          <w:tcPr>
            <w:tcW w:type="dxa" w:w="1195"/>
          </w:tcPr>
          <w:p>
            <w:pPr>
              <w:spacing w:after="0"/>
              <w:jc w:val="right"/>
            </w:pPr>
            <w:r>
              <w:rPr>
                <w:sz w:val="16"/>
              </w:rPr>
              <w:t>2, 2</w:t>
            </w:r>
          </w:p>
        </w:tc>
        <w:tc>
          <w:tcPr>
            <w:tcW w:type="dxa" w:w="2851"/>
          </w:tcPr>
          <w:p>
            <w:pPr>
              <w:spacing w:after="0"/>
              <w:jc w:val="left"/>
            </w:pPr>
            <w:r>
              <w:rPr>
                <w:sz w:val="16"/>
              </w:rPr>
              <w:t>NWS zone CAZ019 (NORTHERN SAN JOAQUIN VALLEY), zone-level: may include parts of neighboring counties</w:t>
            </w:r>
          </w:p>
        </w:tc>
        <w:tc>
          <w:tcPr>
            <w:tcW w:type="dxa" w:w="2041"/>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2005-07-01</w:t>
            </w:r>
          </w:p>
        </w:tc>
        <w:tc>
          <w:tcPr>
            <w:tcW w:type="dxa" w:w="1215"/>
          </w:tcPr>
          <w:p>
            <w:pPr>
              <w:spacing w:after="0"/>
              <w:jc w:val="left"/>
            </w:pPr>
            <w:r>
              <w:rPr>
                <w:sz w:val="16"/>
              </w:rPr>
              <w:t>Heat</w:t>
            </w:r>
          </w:p>
        </w:tc>
        <w:tc>
          <w:tcPr>
            <w:tcW w:type="dxa" w:w="1087"/>
          </w:tcPr>
          <w:p>
            <w:pPr>
              <w:spacing w:after="0"/>
              <w:jc w:val="left"/>
            </w:pPr>
          </w:p>
        </w:tc>
        <w:tc>
          <w:tcPr>
            <w:tcW w:type="dxa" w:w="1785"/>
          </w:tcPr>
          <w:p>
            <w:pPr>
              <w:spacing w:after="0"/>
              <w:jc w:val="left"/>
            </w:pPr>
            <w:r>
              <w:rPr>
                <w:sz w:val="16"/>
              </w:rPr>
              <w:t>damage not reported</w:t>
            </w:r>
          </w:p>
        </w:tc>
        <w:tc>
          <w:tcPr>
            <w:tcW w:type="dxa" w:w="1195"/>
          </w:tcPr>
          <w:p>
            <w:pPr>
              <w:spacing w:after="0"/>
              <w:jc w:val="right"/>
            </w:pPr>
            <w:r>
              <w:rPr>
                <w:sz w:val="16"/>
              </w:rPr>
              <w:t>0, 0</w:t>
            </w:r>
          </w:p>
        </w:tc>
        <w:tc>
          <w:tcPr>
            <w:tcW w:type="dxa" w:w="2851"/>
          </w:tcPr>
          <w:p>
            <w:pPr>
              <w:spacing w:after="0"/>
              <w:jc w:val="left"/>
            </w:pPr>
            <w:r>
              <w:rPr>
                <w:sz w:val="16"/>
              </w:rPr>
              <w:t>NWS zone CAZ017 (YOLO T W/NE SOLANO/SACRAMENTO T X SW/X W PLACER/X W AMADOR/S SUTTER), zone-level: may include parts of neighboring counties</w:t>
            </w:r>
          </w:p>
        </w:tc>
        <w:tc>
          <w:tcPr>
            <w:tcW w:type="dxa" w:w="2041"/>
          </w:tcPr>
          <w:p>
            <w:pPr>
              <w:spacing w:after="0"/>
              <w:jc w:val="left"/>
            </w:pPr>
          </w:p>
        </w:tc>
        <w:tc>
          <w:tcPr>
            <w:tcW w:type="dxa" w:w="2901"/>
          </w:tcPr>
          <w:p>
            <w:pPr>
              <w:spacing w:after="0"/>
              <w:jc w:val="left"/>
            </w:pPr>
            <w:r>
              <w:rPr>
                <w:sz w:val="16"/>
              </w:rPr>
              <w:t>B1-c worst recorded: Excessive Heat, Heat</w:t>
            </w:r>
          </w:p>
        </w:tc>
      </w:tr>
      <w:tr>
        <w:trPr>
          <w:cantSplit/>
        </w:trPr>
        <w:tc>
          <w:tcPr>
            <w:tcW w:type="dxa" w:w="1037"/>
          </w:tcPr>
          <w:p>
            <w:pPr>
              <w:spacing w:after="0"/>
              <w:jc w:val="left"/>
            </w:pPr>
            <w:r>
              <w:rPr>
                <w:sz w:val="16"/>
              </w:rPr>
              <w:t>1998-02-02</w:t>
            </w:r>
          </w:p>
        </w:tc>
        <w:tc>
          <w:tcPr>
            <w:tcW w:type="dxa" w:w="1215"/>
          </w:tcPr>
          <w:p>
            <w:pPr>
              <w:spacing w:after="0"/>
              <w:jc w:val="left"/>
            </w:pPr>
            <w:r>
              <w:rPr>
                <w:sz w:val="16"/>
              </w:rPr>
              <w:t>Flood</w:t>
            </w:r>
          </w:p>
        </w:tc>
        <w:tc>
          <w:tcPr>
            <w:tcW w:type="dxa" w:w="1087"/>
          </w:tcPr>
          <w:p>
            <w:pPr>
              <w:spacing w:after="0"/>
              <w:jc w:val="left"/>
            </w:pPr>
          </w:p>
        </w:tc>
        <w:tc>
          <w:tcPr>
            <w:tcW w:type="dxa" w:w="1785"/>
          </w:tcPr>
          <w:p>
            <w:pPr>
              <w:spacing w:after="0"/>
              <w:jc w:val="left"/>
            </w:pPr>
            <w:r>
              <w:rPr>
                <w:sz w:val="16"/>
              </w:rPr>
              <w:t>$4,300,000 property; $7,800,000 crops, reported for the zone (1998 dollars)</w:t>
            </w:r>
          </w:p>
        </w:tc>
        <w:tc>
          <w:tcPr>
            <w:tcW w:type="dxa" w:w="1195"/>
          </w:tcPr>
          <w:p>
            <w:pPr>
              <w:spacing w:after="0"/>
              <w:jc w:val="right"/>
            </w:pPr>
            <w:r>
              <w:rPr>
                <w:sz w:val="16"/>
              </w:rPr>
              <w:t>0, 0</w:t>
            </w:r>
          </w:p>
        </w:tc>
        <w:tc>
          <w:tcPr>
            <w:tcW w:type="dxa" w:w="2851"/>
          </w:tcPr>
          <w:p>
            <w:pPr>
              <w:spacing w:after="0"/>
              <w:jc w:val="left"/>
            </w:pPr>
            <w:r>
              <w:rPr>
                <w:sz w:val="16"/>
              </w:rPr>
              <w:t>NWS zone CAZ017 (SOUTHERN SACRAMENTO VALLEY), zone-level: may include parts of neighboring counties</w:t>
            </w:r>
          </w:p>
        </w:tc>
        <w:tc>
          <w:tcPr>
            <w:tcW w:type="dxa" w:w="2041"/>
          </w:tcPr>
          <w:p>
            <w:pPr>
              <w:spacing w:after="0"/>
              <w:jc w:val="left"/>
            </w:pPr>
          </w:p>
        </w:tc>
        <w:tc>
          <w:tcPr>
            <w:tcW w:type="dxa" w:w="2901"/>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79"/>
        <w:gridCol w:w="1037"/>
        <w:gridCol w:w="1772"/>
        <w:gridCol w:w="1525"/>
        <w:gridCol w:w="1590"/>
        <w:gridCol w:w="1037"/>
        <w:gridCol w:w="1823"/>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9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r>
              <w:rPr>
                <w:sz w:val="16"/>
              </w:rPr>
              <w:t>0.0667</w:t>
            </w:r>
          </w:p>
        </w:tc>
        <w:tc>
          <w:tcPr>
            <w:tcW w:type="dxa" w:w="1462"/>
          </w:tcPr>
          <w:p>
            <w:pPr>
              <w:spacing w:after="0"/>
              <w:jc w:val="left"/>
            </w:pPr>
            <w:r>
              <w:rPr>
                <w:sz w:val="16"/>
              </w:rPr>
              <w:t>events per year</w:t>
            </w:r>
          </w:p>
        </w:tc>
        <w:tc>
          <w:tcPr>
            <w:tcW w:type="dxa" w:w="1579"/>
          </w:tcPr>
          <w:p>
            <w:pPr>
              <w:spacing w:after="0"/>
              <w:jc w:val="left"/>
            </w:pPr>
            <w:r>
              <w:rPr>
                <w:sz w:val="16"/>
              </w:rPr>
              <w:t>about 1 in 15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2</w:t>
            </w:r>
          </w:p>
        </w:tc>
        <w:tc>
          <w:tcPr>
            <w:tcW w:type="dxa" w:w="1590"/>
          </w:tcPr>
          <w:p>
            <w:pPr>
              <w:spacing w:after="0"/>
              <w:jc w:val="left"/>
            </w:pPr>
            <w:r>
              <w:rPr>
                <w:sz w:val="16"/>
              </w:rPr>
              <w:t>1994 to 2023 (30 years)</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2"/>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0</w:t>
            </w:r>
          </w:p>
        </w:tc>
        <w:tc>
          <w:tcPr>
            <w:tcW w:type="dxa" w:w="1462"/>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r>
              <w:rPr>
                <w:sz w:val="16"/>
              </w:rPr>
              <w:t>Likely</w:t>
            </w:r>
          </w:p>
        </w:tc>
        <w:tc>
          <w:tcPr>
            <w:tcW w:type="dxa" w:w="1772"/>
          </w:tcPr>
          <w:p>
            <w:pPr>
              <w:spacing w:after="0"/>
              <w:jc w:val="left"/>
            </w:pPr>
            <w:r>
              <w:rPr>
                <w:sz w:val="16"/>
              </w:rPr>
              <w:t>event-days in 12 of 30 years, 1996 to 2025 (40%)</w:t>
            </w:r>
          </w:p>
        </w:tc>
        <w:tc>
          <w:tcPr>
            <w:tcW w:type="dxa" w:w="1525"/>
          </w:tcPr>
          <w:p>
            <w:pPr>
              <w:spacing w:after="0"/>
              <w:jc w:val="right"/>
            </w:pPr>
            <w:r>
              <w:rPr>
                <w:sz w:val="16"/>
              </w:rPr>
              <w:t>0</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r>
              <w:rPr>
                <w:sz w:val="16"/>
              </w:rPr>
              <w:t>NRI models no cold wave event-days here (2005-11-12 to 2024-11-12, 19 years), but Storm Events has a record in 12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60.3</w:t>
            </w:r>
          </w:p>
        </w:tc>
        <w:tc>
          <w:tcPr>
            <w:tcW w:type="dxa" w:w="1462"/>
          </w:tcPr>
          <w:p>
            <w:pPr>
              <w:spacing w:after="0"/>
              <w:jc w:val="left"/>
            </w:pPr>
            <w:r>
              <w:rPr>
                <w:sz w:val="16"/>
              </w:rPr>
              <w:t>event-days per year</w:t>
            </w:r>
          </w:p>
        </w:tc>
        <w:tc>
          <w:tcPr>
            <w:tcW w:type="dxa" w:w="1579"/>
          </w:tcPr>
          <w:p>
            <w:pPr>
              <w:spacing w:after="0"/>
              <w:jc w:val="left"/>
            </w:pPr>
            <w:r>
              <w:rPr>
                <w:sz w:val="16"/>
              </w:rPr>
              <w:t>about 60.3 days per year</w:t>
            </w:r>
          </w:p>
        </w:tc>
        <w:tc>
          <w:tcPr>
            <w:tcW w:type="dxa" w:w="1037"/>
          </w:tcPr>
          <w:p>
            <w:pPr>
              <w:spacing w:after="0"/>
              <w:jc w:val="left"/>
            </w:pPr>
            <w:r>
              <w:rPr>
                <w:sz w:val="16"/>
              </w:rPr>
              <w:t>Likely</w:t>
            </w:r>
          </w:p>
        </w:tc>
        <w:tc>
          <w:tcPr>
            <w:tcW w:type="dxa" w:w="1772"/>
          </w:tcPr>
          <w:p>
            <w:pPr>
              <w:spacing w:after="0"/>
              <w:jc w:val="left"/>
            </w:pPr>
            <w:r>
              <w:rPr>
                <w:sz w:val="16"/>
              </w:rPr>
              <w:t>event-days in 8 of 30 years, 1996 to 2025 (26.7%)</w:t>
            </w:r>
          </w:p>
        </w:tc>
        <w:tc>
          <w:tcPr>
            <w:tcW w:type="dxa" w:w="1525"/>
          </w:tcPr>
          <w:p>
            <w:pPr>
              <w:spacing w:after="0"/>
              <w:jc w:val="right"/>
            </w:pPr>
            <w:r>
              <w:rPr>
                <w:sz w:val="16"/>
              </w:rPr>
              <w:t>1,813</w:t>
            </w:r>
          </w:p>
        </w:tc>
        <w:tc>
          <w:tcPr>
            <w:tcW w:type="dxa" w:w="159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3"/>
          </w:tcPr>
          <w:p>
            <w:pPr>
              <w:spacing w:after="0"/>
              <w:jc w:val="left"/>
            </w:pPr>
            <w:r>
              <w:rPr>
                <w:sz w:val="16"/>
              </w:rPr>
              <w:t>NRI gives about 60.3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0.0109</w:t>
            </w:r>
          </w:p>
        </w:tc>
        <w:tc>
          <w:tcPr>
            <w:tcW w:type="dxa" w:w="1462"/>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1.09%</w:t>
            </w: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0.111</w:t>
            </w:r>
          </w:p>
        </w:tc>
        <w:tc>
          <w:tcPr>
            <w:tcW w:type="dxa" w:w="1462"/>
          </w:tcPr>
          <w:p>
            <w:pPr>
              <w:spacing w:after="0"/>
              <w:jc w:val="left"/>
            </w:pPr>
            <w:r>
              <w:rPr>
                <w:sz w:val="16"/>
              </w:rPr>
              <w:t>events per year</w:t>
            </w:r>
          </w:p>
        </w:tc>
        <w:tc>
          <w:tcPr>
            <w:tcW w:type="dxa" w:w="1579"/>
          </w:tcPr>
          <w:p>
            <w:pPr>
              <w:spacing w:after="0"/>
              <w:jc w:val="left"/>
            </w:pPr>
            <w:r>
              <w:rPr>
                <w:sz w:val="16"/>
              </w:rPr>
              <w:t>about 1 in 9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4.2 (modeled)</w:t>
            </w:r>
          </w:p>
        </w:tc>
        <w:tc>
          <w:tcPr>
            <w:tcW w:type="dxa" w:w="1590"/>
          </w:tcPr>
          <w:p>
            <w:pPr>
              <w:spacing w:after="0"/>
              <w:jc w:val="left"/>
            </w:pPr>
            <w:r>
              <w:rPr>
                <w:sz w:val="16"/>
              </w:rPr>
              <w:t>1986 to 2023 (38 years)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5.89</w:t>
            </w:r>
          </w:p>
        </w:tc>
        <w:tc>
          <w:tcPr>
            <w:tcW w:type="dxa" w:w="1462"/>
          </w:tcPr>
          <w:p>
            <w:pPr>
              <w:spacing w:after="0"/>
              <w:jc w:val="left"/>
            </w:pPr>
            <w:r>
              <w:rPr>
                <w:sz w:val="16"/>
              </w:rPr>
              <w:t>event-days per year</w:t>
            </w:r>
          </w:p>
        </w:tc>
        <w:tc>
          <w:tcPr>
            <w:tcW w:type="dxa" w:w="1579"/>
          </w:tcPr>
          <w:p>
            <w:pPr>
              <w:spacing w:after="0"/>
              <w:jc w:val="left"/>
            </w:pPr>
            <w:r>
              <w:rPr>
                <w:sz w:val="16"/>
              </w:rPr>
              <w:t>about 5.89 days per year</w:t>
            </w:r>
          </w:p>
        </w:tc>
        <w:tc>
          <w:tcPr>
            <w:tcW w:type="dxa" w:w="1037"/>
          </w:tcPr>
          <w:p>
            <w:pPr>
              <w:spacing w:after="0"/>
              <w:jc w:val="left"/>
            </w:pPr>
            <w:r>
              <w:rPr>
                <w:sz w:val="16"/>
              </w:rPr>
              <w:t>Likely</w:t>
            </w:r>
          </w:p>
        </w:tc>
        <w:tc>
          <w:tcPr>
            <w:tcW w:type="dxa" w:w="1772"/>
          </w:tcPr>
          <w:p>
            <w:pPr>
              <w:spacing w:after="0"/>
              <w:jc w:val="left"/>
            </w:pPr>
            <w:r>
              <w:rPr>
                <w:sz w:val="16"/>
              </w:rPr>
              <w:t>event-days in 15 of 30 years, 1996 to 2025 (50%)</w:t>
            </w:r>
          </w:p>
        </w:tc>
        <w:tc>
          <w:tcPr>
            <w:tcW w:type="dxa" w:w="1525"/>
          </w:tcPr>
          <w:p>
            <w:pPr>
              <w:spacing w:after="0"/>
              <w:jc w:val="right"/>
            </w:pPr>
            <w:r>
              <w:rPr>
                <w:sz w:val="16"/>
              </w:rPr>
              <w:t>70.4</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p>
        </w:tc>
        <w:tc>
          <w:tcPr>
            <w:tcW w:type="dxa" w:w="1462"/>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90"/>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0"/>
          </w:tcPr>
          <w:p>
            <w:pPr>
              <w:spacing w:after="0"/>
              <w:jc w:val="right"/>
            </w:pPr>
          </w:p>
        </w:tc>
        <w:tc>
          <w:tcPr>
            <w:tcW w:type="dxa" w:w="1462"/>
          </w:tcPr>
          <w:p>
            <w:pPr>
              <w:spacing w:after="0"/>
              <w:jc w:val="left"/>
            </w:pPr>
            <w:r>
              <w:rPr>
                <w:sz w:val="16"/>
              </w:rPr>
              <w:t>event-days per year</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90"/>
          </w:tcPr>
          <w:p>
            <w:pPr>
              <w:spacing w:after="0"/>
              <w:jc w:val="left"/>
            </w:pPr>
            <w:r>
              <w:rPr>
                <w:sz w:val="16"/>
              </w:rPr>
              <w:t>1946-12-31 to 2014-02-12 (67 years)</w:t>
            </w:r>
          </w:p>
        </w:tc>
        <w:tc>
          <w:tcPr>
            <w:tcW w:type="dxa" w:w="1037"/>
          </w:tcPr>
          <w:p>
            <w:pPr>
              <w:spacing w:after="0"/>
              <w:jc w:val="left"/>
            </w:pPr>
            <w:r>
              <w:rPr>
                <w:sz w:val="16"/>
              </w:rPr>
              <w:t>countywide</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0.75</w:t>
            </w:r>
          </w:p>
        </w:tc>
        <w:tc>
          <w:tcPr>
            <w:tcW w:type="dxa" w:w="1462"/>
          </w:tcPr>
          <w:p>
            <w:pPr>
              <w:spacing w:after="0"/>
              <w:jc w:val="left"/>
            </w:pPr>
            <w:r>
              <w:rPr>
                <w:sz w:val="16"/>
              </w:rPr>
              <w:t>event-days per year</w:t>
            </w:r>
          </w:p>
        </w:tc>
        <w:tc>
          <w:tcPr>
            <w:tcW w:type="dxa" w:w="1579"/>
          </w:tcPr>
          <w:p>
            <w:pPr>
              <w:spacing w:after="0"/>
              <w:jc w:val="left"/>
            </w:pPr>
            <w:r>
              <w:rPr>
                <w:sz w:val="16"/>
              </w:rPr>
              <w:t>about 0.75 days per year</w:t>
            </w:r>
          </w:p>
        </w:tc>
        <w:tc>
          <w:tcPr>
            <w:tcW w:type="dxa" w:w="1037"/>
          </w:tcPr>
          <w:p>
            <w:pPr>
              <w:spacing w:after="0"/>
              <w:jc w:val="left"/>
            </w:pPr>
            <w:r>
              <w:rPr>
                <w:sz w:val="16"/>
              </w:rPr>
              <w:t>Likely</w:t>
            </w:r>
          </w:p>
        </w:tc>
        <w:tc>
          <w:tcPr>
            <w:tcW w:type="dxa" w:w="1772"/>
          </w:tcPr>
          <w:p>
            <w:pPr>
              <w:spacing w:after="0"/>
              <w:jc w:val="left"/>
            </w:pPr>
            <w:r>
              <w:rPr>
                <w:sz w:val="16"/>
              </w:rPr>
              <w:t>event-days in 12 of 30 years, 1996 to 2025 (40%)</w:t>
            </w:r>
          </w:p>
        </w:tc>
        <w:tc>
          <w:tcPr>
            <w:tcW w:type="dxa" w:w="1525"/>
          </w:tcPr>
          <w:p>
            <w:pPr>
              <w:spacing w:after="0"/>
              <w:jc w:val="right"/>
            </w:pPr>
            <w:r>
              <w:rPr>
                <w:sz w:val="16"/>
              </w:rPr>
              <w:t>21</w:t>
            </w:r>
          </w:p>
        </w:tc>
        <w:tc>
          <w:tcPr>
            <w:tcW w:type="dxa" w:w="1590"/>
          </w:tcPr>
          <w:p>
            <w:pPr>
              <w:spacing w:after="0"/>
              <w:jc w:val="left"/>
            </w:pPr>
            <w:r>
              <w:rPr>
                <w:sz w:val="16"/>
              </w:rPr>
              <w:t>1996 to 2023 (28 years)</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7.45</w:t>
            </w:r>
          </w:p>
        </w:tc>
        <w:tc>
          <w:tcPr>
            <w:tcW w:type="dxa" w:w="1462"/>
          </w:tcPr>
          <w:p>
            <w:pPr>
              <w:spacing w:after="0"/>
              <w:jc w:val="left"/>
            </w:pPr>
            <w:r>
              <w:rPr>
                <w:sz w:val="16"/>
              </w:rPr>
              <w:t>events per year (modeled)</w:t>
            </w:r>
          </w:p>
        </w:tc>
        <w:tc>
          <w:tcPr>
            <w:tcW w:type="dxa" w:w="1579"/>
          </w:tcPr>
          <w:p>
            <w:pPr>
              <w:spacing w:after="0"/>
              <w:jc w:val="left"/>
            </w:pPr>
            <w:r>
              <w:rPr>
                <w:sz w:val="16"/>
              </w:rPr>
              <w:t>about 7.45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13.8</w:t>
            </w:r>
          </w:p>
        </w:tc>
        <w:tc>
          <w:tcPr>
            <w:tcW w:type="dxa" w:w="1462"/>
          </w:tcPr>
          <w:p>
            <w:pPr>
              <w:spacing w:after="0"/>
              <w:jc w:val="left"/>
            </w:pPr>
            <w:r>
              <w:rPr>
                <w:sz w:val="16"/>
              </w:rPr>
              <w:t>days per year with a strike</w:t>
            </w:r>
          </w:p>
        </w:tc>
        <w:tc>
          <w:tcPr>
            <w:tcW w:type="dxa" w:w="1579"/>
          </w:tcPr>
          <w:p>
            <w:pPr>
              <w:spacing w:after="0"/>
              <w:jc w:val="left"/>
            </w:pPr>
            <w:r>
              <w:rPr>
                <w:sz w:val="16"/>
              </w:rPr>
              <w:t>about 13.8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1995 to 2023 (29 years; CONUS)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0.0435</w:t>
            </w:r>
          </w:p>
        </w:tc>
        <w:tc>
          <w:tcPr>
            <w:tcW w:type="dxa" w:w="1462"/>
          </w:tcPr>
          <w:p>
            <w:pPr>
              <w:spacing w:after="0"/>
              <w:jc w:val="left"/>
            </w:pPr>
            <w:r>
              <w:rPr>
                <w:sz w:val="16"/>
              </w:rPr>
              <w:t>events per year</w:t>
            </w:r>
          </w:p>
        </w:tc>
        <w:tc>
          <w:tcPr>
            <w:tcW w:type="dxa" w:w="1579"/>
          </w:tcPr>
          <w:p>
            <w:pPr>
              <w:spacing w:after="0"/>
              <w:jc w:val="left"/>
            </w:pPr>
            <w:r>
              <w:rPr>
                <w:sz w:val="16"/>
              </w:rPr>
              <w:t>about 1 in 23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2</w:t>
            </w:r>
          </w:p>
        </w:tc>
        <w:tc>
          <w:tcPr>
            <w:tcW w:type="dxa" w:w="1590"/>
          </w:tcPr>
          <w:p>
            <w:pPr>
              <w:spacing w:after="0"/>
              <w:jc w:val="left"/>
            </w:pPr>
            <w:r>
              <w:rPr>
                <w:sz w:val="16"/>
              </w:rPr>
              <w:t>1986 to 2023 (38 years)</w:t>
            </w:r>
          </w:p>
        </w:tc>
        <w:tc>
          <w:tcPr>
            <w:tcW w:type="dxa" w:w="1037"/>
          </w:tcPr>
          <w:p>
            <w:pPr>
              <w:spacing w:after="0"/>
              <w:jc w:val="left"/>
            </w:pPr>
            <w:r>
              <w:rPr>
                <w:sz w:val="16"/>
              </w:rPr>
              <w:t>countywide</w:t>
            </w:r>
          </w:p>
        </w:tc>
        <w:tc>
          <w:tcPr>
            <w:tcW w:type="dxa" w:w="1823"/>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0.0571</w:t>
            </w:r>
          </w:p>
        </w:tc>
        <w:tc>
          <w:tcPr>
            <w:tcW w:type="dxa" w:w="1462"/>
          </w:tcPr>
          <w:p>
            <w:pPr>
              <w:spacing w:after="0"/>
              <w:jc w:val="left"/>
            </w:pPr>
            <w:r>
              <w:rPr>
                <w:sz w:val="16"/>
              </w:rPr>
              <w:t>events per year</w:t>
            </w:r>
          </w:p>
        </w:tc>
        <w:tc>
          <w:tcPr>
            <w:tcW w:type="dxa" w:w="1579"/>
          </w:tcPr>
          <w:p>
            <w:pPr>
              <w:spacing w:after="0"/>
              <w:jc w:val="left"/>
            </w:pPr>
            <w:r>
              <w:rPr>
                <w:sz w:val="16"/>
              </w:rPr>
              <w:t>about 1 in 18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1950 to 2023 (EF2+); 1986 to 2023 (EF0-1)</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r>
              <w:rPr>
                <w:sz w:val="16"/>
              </w:rPr>
              <w:t>0.0001</w:t>
            </w:r>
          </w:p>
        </w:tc>
        <w:tc>
          <w:tcPr>
            <w:tcW w:type="dxa" w:w="1462"/>
          </w:tcPr>
          <w:p>
            <w:pPr>
              <w:spacing w:after="0"/>
              <w:jc w:val="left"/>
            </w:pPr>
            <w:r>
              <w:rPr>
                <w:sz w:val="16"/>
              </w:rPr>
              <w:t>annual probability</w:t>
            </w:r>
          </w:p>
        </w:tc>
        <w:tc>
          <w:tcPr>
            <w:tcW w:type="dxa" w:w="1579"/>
          </w:tcPr>
          <w:p>
            <w:pPr>
              <w:spacing w:after="0"/>
              <w:jc w:val="left"/>
            </w:pPr>
            <w:r>
              <w:rPr>
                <w:sz w:val="16"/>
              </w:rPr>
              <w:t>about 1 in 10,000 years</w:t>
            </w:r>
          </w:p>
        </w:tc>
        <w:tc>
          <w:tcPr>
            <w:tcW w:type="dxa" w:w="1037"/>
          </w:tcPr>
          <w:p>
            <w:pPr>
              <w:spacing w:after="0"/>
              <w:jc w:val="left"/>
            </w:pPr>
            <w:r>
              <w:rPr>
                <w:sz w:val="16"/>
              </w:rPr>
              <w:t>Unlikely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p>
        </w:tc>
      </w:tr>
      <w:tr>
        <w:trPr>
          <w:cantSplit/>
        </w:trPr>
        <w:tc>
          <w:tcPr>
            <w:tcW w:type="dxa" w:w="1037"/>
          </w:tcPr>
          <w:p>
            <w:pPr>
              <w:spacing w:after="0"/>
              <w:jc w:val="left"/>
            </w:pPr>
            <w:r>
              <w:rPr>
                <w:sz w:val="16"/>
              </w:rPr>
              <w:t>Wildfire</w:t>
            </w:r>
          </w:p>
        </w:tc>
        <w:tc>
          <w:tcPr>
            <w:tcW w:type="dxa" w:w="1250"/>
          </w:tcPr>
          <w:p>
            <w:pPr>
              <w:spacing w:after="0"/>
              <w:jc w:val="right"/>
            </w:pPr>
            <w:r>
              <w:rPr>
                <w:sz w:val="16"/>
              </w:rPr>
              <w:t>0.0106</w:t>
            </w:r>
          </w:p>
        </w:tc>
        <w:tc>
          <w:tcPr>
            <w:tcW w:type="dxa" w:w="1462"/>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1.06%</w:t>
            </w:r>
          </w:p>
        </w:tc>
        <w:tc>
          <w:tcPr>
            <w:tcW w:type="dxa" w:w="1037"/>
          </w:tcPr>
          <w:p>
            <w:pPr>
              <w:spacing w:after="0"/>
              <w:jc w:val="left"/>
            </w:pPr>
            <w:r>
              <w:rPr>
                <w:sz w:val="16"/>
              </w:rPr>
              <w:t>Likely</w:t>
            </w:r>
          </w:p>
        </w:tc>
        <w:tc>
          <w:tcPr>
            <w:tcW w:type="dxa" w:w="1772"/>
          </w:tcPr>
          <w:p>
            <w:pPr>
              <w:spacing w:after="0"/>
              <w:jc w:val="left"/>
            </w:pPr>
            <w:r>
              <w:rPr>
                <w:sz w:val="16"/>
              </w:rPr>
              <w:t>Storm Events records in 15 of 30 years, 1996 to 2025 (50%)</w:t>
            </w:r>
          </w:p>
        </w:tc>
        <w:tc>
          <w:tcPr>
            <w:tcW w:type="dxa" w:w="1525"/>
          </w:tcPr>
          <w:p>
            <w:pPr>
              <w:spacing w:after="0"/>
              <w:jc w:val="right"/>
            </w:pPr>
            <w:r>
              <w:rPr>
                <w:sz w:val="16"/>
              </w:rPr>
              <w:t>not shown</w:t>
            </w:r>
          </w:p>
        </w:tc>
        <w:tc>
          <w:tcPr>
            <w:tcW w:type="dxa" w:w="1590"/>
          </w:tcPr>
          <w:p>
            <w:pPr>
              <w:spacing w:after="0"/>
              <w:jc w:val="left"/>
            </w:pPr>
            <w:r>
              <w:rPr>
                <w:sz w:val="16"/>
              </w:rPr>
              <w:t>modeled</w:t>
            </w:r>
          </w:p>
        </w:tc>
        <w:tc>
          <w:tcPr>
            <w:tcW w:type="dxa" w:w="1037"/>
          </w:tcPr>
          <w:p>
            <w:pPr>
              <w:spacing w:after="0"/>
              <w:jc w:val="left"/>
            </w:pPr>
            <w:r>
              <w:rPr>
                <w:sz w:val="16"/>
              </w:rPr>
              <w:t>see B1-f</w:t>
            </w:r>
          </w:p>
        </w:tc>
        <w:tc>
          <w:tcPr>
            <w:tcW w:type="dxa" w:w="182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17.3</w:t>
            </w:r>
          </w:p>
        </w:tc>
        <w:tc>
          <w:tcPr>
            <w:tcW w:type="dxa" w:w="1462"/>
          </w:tcPr>
          <w:p>
            <w:pPr>
              <w:spacing w:after="0"/>
              <w:jc w:val="left"/>
            </w:pPr>
            <w:r>
              <w:rPr>
                <w:sz w:val="16"/>
              </w:rPr>
              <w:t>event-days per year</w:t>
            </w:r>
          </w:p>
        </w:tc>
        <w:tc>
          <w:tcPr>
            <w:tcW w:type="dxa" w:w="1579"/>
          </w:tcPr>
          <w:p>
            <w:pPr>
              <w:spacing w:after="0"/>
              <w:jc w:val="left"/>
            </w:pPr>
            <w:r>
              <w:rPr>
                <w:sz w:val="16"/>
              </w:rPr>
              <w:t>about 17.3 days per year</w:t>
            </w:r>
          </w:p>
        </w:tc>
        <w:tc>
          <w:tcPr>
            <w:tcW w:type="dxa" w:w="1037"/>
          </w:tcPr>
          <w:p>
            <w:pPr>
              <w:spacing w:after="0"/>
              <w:jc w:val="left"/>
            </w:pPr>
            <w:r>
              <w:rPr>
                <w:sz w:val="16"/>
              </w:rPr>
              <w:t>Highly likely</w:t>
            </w:r>
          </w:p>
        </w:tc>
        <w:tc>
          <w:tcPr>
            <w:tcW w:type="dxa" w:w="1772"/>
          </w:tcPr>
          <w:p>
            <w:pPr>
              <w:spacing w:after="0"/>
              <w:jc w:val="left"/>
            </w:pPr>
            <w:r>
              <w:rPr>
                <w:sz w:val="16"/>
              </w:rPr>
              <w:t>event-days in 27 of 30 years, 1996 to 2025 (90%)</w:t>
            </w:r>
          </w:p>
        </w:tc>
        <w:tc>
          <w:tcPr>
            <w:tcW w:type="dxa" w:w="1525"/>
          </w:tcPr>
          <w:p>
            <w:pPr>
              <w:spacing w:after="0"/>
              <w:jc w:val="right"/>
            </w:pPr>
            <w:r>
              <w:rPr>
                <w:sz w:val="16"/>
              </w:rPr>
              <w:t>327</w:t>
            </w:r>
          </w:p>
        </w:tc>
        <w:tc>
          <w:tcPr>
            <w:tcW w:type="dxa" w:w="1590"/>
          </w:tcPr>
          <w:p>
            <w:pPr>
              <w:spacing w:after="0"/>
              <w:jc w:val="left"/>
            </w:pPr>
            <w:r>
              <w:rPr>
                <w:sz w:val="16"/>
              </w:rPr>
              <w:t>2005-11-12 to 2024-11-12 (19 years)</w:t>
            </w:r>
          </w:p>
        </w:tc>
        <w:tc>
          <w:tcPr>
            <w:tcW w:type="dxa" w:w="1037"/>
          </w:tcPr>
          <w:p>
            <w:pPr>
              <w:spacing w:after="0"/>
              <w:jc w:val="left"/>
            </w:pPr>
            <w:r>
              <w:rPr>
                <w:sz w:val="16"/>
              </w:rPr>
              <w:t>countywide</w:t>
            </w:r>
          </w:p>
        </w:tc>
        <w:tc>
          <w:tcPr>
            <w:tcW w:type="dxa" w:w="182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7 of 10</w:t>
            </w:r>
          </w:p>
        </w:tc>
        <w:tc>
          <w:tcPr>
            <w:tcW w:type="dxa" w:w="876"/>
          </w:tcPr>
          <w:p>
            <w:pPr>
              <w:spacing w:after="0"/>
              <w:jc w:val="right"/>
            </w:pPr>
            <w:r>
              <w:rPr>
                <w:sz w:val="16"/>
              </w:rPr>
              <w:t>85.7</w:t>
            </w:r>
          </w:p>
        </w:tc>
        <w:tc>
          <w:tcPr>
            <w:tcW w:type="dxa" w:w="680"/>
          </w:tcPr>
          <w:p>
            <w:pPr>
              <w:spacing w:after="0"/>
              <w:jc w:val="right"/>
            </w:pPr>
            <w:r>
              <w:rPr>
                <w:sz w:val="16"/>
              </w:rPr>
              <w:t>87.3</w:t>
            </w:r>
          </w:p>
        </w:tc>
        <w:tc>
          <w:tcPr>
            <w:tcW w:type="dxa" w:w="648"/>
          </w:tcPr>
          <w:p>
            <w:pPr>
              <w:spacing w:after="0"/>
              <w:jc w:val="right"/>
            </w:pPr>
            <w:r>
              <w:rPr>
                <w:sz w:val="16"/>
              </w:rPr>
              <w:t>90.2</w:t>
            </w:r>
          </w:p>
        </w:tc>
        <w:tc>
          <w:tcPr>
            <w:tcW w:type="dxa" w:w="3520"/>
          </w:tcPr>
          <w:p>
            <w:pPr>
              <w:spacing w:after="0"/>
              <w:jc w:val="left"/>
            </w:pPr>
            <w:r>
              <w:rPr>
                <w:sz w:val="16"/>
              </w:rPr>
              <w:t>Relatively Moderate 7, Not Applicable 3</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6 of 10</w:t>
            </w:r>
          </w:p>
        </w:tc>
        <w:tc>
          <w:tcPr>
            <w:tcW w:type="dxa" w:w="876"/>
          </w:tcPr>
          <w:p>
            <w:pPr>
              <w:spacing w:after="0"/>
              <w:jc w:val="right"/>
            </w:pPr>
            <w:r>
              <w:rPr>
                <w:sz w:val="16"/>
              </w:rPr>
              <w:t>92.3</w:t>
            </w:r>
          </w:p>
        </w:tc>
        <w:tc>
          <w:tcPr>
            <w:tcW w:type="dxa" w:w="680"/>
          </w:tcPr>
          <w:p>
            <w:pPr>
              <w:spacing w:after="0"/>
              <w:jc w:val="right"/>
            </w:pPr>
            <w:r>
              <w:rPr>
                <w:sz w:val="16"/>
              </w:rPr>
              <w:t>98.9</w:t>
            </w:r>
          </w:p>
        </w:tc>
        <w:tc>
          <w:tcPr>
            <w:tcW w:type="dxa" w:w="648"/>
          </w:tcPr>
          <w:p>
            <w:pPr>
              <w:spacing w:after="0"/>
              <w:jc w:val="right"/>
            </w:pPr>
            <w:r>
              <w:rPr>
                <w:sz w:val="16"/>
              </w:rPr>
              <w:t>99.9</w:t>
            </w:r>
          </w:p>
        </w:tc>
        <w:tc>
          <w:tcPr>
            <w:tcW w:type="dxa" w:w="3520"/>
          </w:tcPr>
          <w:p>
            <w:pPr>
              <w:spacing w:after="0"/>
              <w:jc w:val="left"/>
            </w:pPr>
            <w:r>
              <w:rPr>
                <w:sz w:val="16"/>
              </w:rPr>
              <w:t>Very High 1, Relatively High 3, Relatively Moderate 2, No Rating 4</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37.6</w:t>
            </w:r>
          </w:p>
        </w:tc>
        <w:tc>
          <w:tcPr>
            <w:tcW w:type="dxa" w:w="680"/>
          </w:tcPr>
          <w:p>
            <w:pPr>
              <w:spacing w:after="0"/>
              <w:jc w:val="right"/>
            </w:pPr>
            <w:r>
              <w:rPr>
                <w:sz w:val="16"/>
              </w:rPr>
              <w:t>58.9</w:t>
            </w:r>
          </w:p>
        </w:tc>
        <w:tc>
          <w:tcPr>
            <w:tcW w:type="dxa" w:w="648"/>
          </w:tcPr>
          <w:p>
            <w:pPr>
              <w:spacing w:after="0"/>
              <w:jc w:val="right"/>
            </w:pPr>
            <w:r>
              <w:rPr>
                <w:sz w:val="16"/>
              </w:rPr>
              <w:t>78.0</w:t>
            </w:r>
          </w:p>
        </w:tc>
        <w:tc>
          <w:tcPr>
            <w:tcW w:type="dxa" w:w="3520"/>
          </w:tcPr>
          <w:p>
            <w:pPr>
              <w:spacing w:after="0"/>
              <w:jc w:val="left"/>
            </w:pPr>
            <w:r>
              <w:rPr>
                <w:sz w:val="16"/>
              </w:rPr>
              <w:t>Relatively Moderate 1, Relatively Low 8,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21.7</w:t>
            </w:r>
          </w:p>
        </w:tc>
        <w:tc>
          <w:tcPr>
            <w:tcW w:type="dxa" w:w="680"/>
          </w:tcPr>
          <w:p>
            <w:pPr>
              <w:spacing w:after="0"/>
              <w:jc w:val="right"/>
            </w:pPr>
            <w:r>
              <w:rPr>
                <w:sz w:val="16"/>
              </w:rPr>
              <w:t>30.6</w:t>
            </w:r>
          </w:p>
        </w:tc>
        <w:tc>
          <w:tcPr>
            <w:tcW w:type="dxa" w:w="648"/>
          </w:tcPr>
          <w:p>
            <w:pPr>
              <w:spacing w:after="0"/>
              <w:jc w:val="right"/>
            </w:pPr>
            <w:r>
              <w:rPr>
                <w:sz w:val="16"/>
              </w:rPr>
              <w:t>38.5</w:t>
            </w:r>
          </w:p>
        </w:tc>
        <w:tc>
          <w:tcPr>
            <w:tcW w:type="dxa" w:w="3520"/>
          </w:tcPr>
          <w:p>
            <w:pPr>
              <w:spacing w:after="0"/>
              <w:jc w:val="left"/>
            </w:pPr>
            <w:r>
              <w:rPr>
                <w:sz w:val="16"/>
              </w:rPr>
              <w:t>Relatively Low 1, Very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47.3</w:t>
            </w:r>
          </w:p>
        </w:tc>
        <w:tc>
          <w:tcPr>
            <w:tcW w:type="dxa" w:w="680"/>
          </w:tcPr>
          <w:p>
            <w:pPr>
              <w:spacing w:after="0"/>
              <w:jc w:val="right"/>
            </w:pPr>
            <w:r>
              <w:rPr>
                <w:sz w:val="16"/>
              </w:rPr>
              <w:t>85.3</w:t>
            </w:r>
          </w:p>
        </w:tc>
        <w:tc>
          <w:tcPr>
            <w:tcW w:type="dxa" w:w="648"/>
          </w:tcPr>
          <w:p>
            <w:pPr>
              <w:spacing w:after="0"/>
              <w:jc w:val="right"/>
            </w:pPr>
            <w:r>
              <w:rPr>
                <w:sz w:val="16"/>
              </w:rPr>
              <w:t>93.2</w:t>
            </w:r>
          </w:p>
        </w:tc>
        <w:tc>
          <w:tcPr>
            <w:tcW w:type="dxa" w:w="3520"/>
          </w:tcPr>
          <w:p>
            <w:pPr>
              <w:spacing w:after="0"/>
              <w:jc w:val="left"/>
            </w:pPr>
            <w:r>
              <w:rPr>
                <w:sz w:val="16"/>
              </w:rPr>
              <w:t>Relatively High 5, Relatively Moderate 4,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36.4</w:t>
            </w:r>
          </w:p>
        </w:tc>
        <w:tc>
          <w:tcPr>
            <w:tcW w:type="dxa" w:w="680"/>
          </w:tcPr>
          <w:p>
            <w:pPr>
              <w:spacing w:after="0"/>
              <w:jc w:val="right"/>
            </w:pPr>
            <w:r>
              <w:rPr>
                <w:sz w:val="16"/>
              </w:rPr>
              <w:t>71.4</w:t>
            </w:r>
          </w:p>
        </w:tc>
        <w:tc>
          <w:tcPr>
            <w:tcW w:type="dxa" w:w="648"/>
          </w:tcPr>
          <w:p>
            <w:pPr>
              <w:spacing w:after="0"/>
              <w:jc w:val="right"/>
            </w:pPr>
            <w:r>
              <w:rPr>
                <w:sz w:val="16"/>
              </w:rPr>
              <w:t>98.8</w:t>
            </w:r>
          </w:p>
        </w:tc>
        <w:tc>
          <w:tcPr>
            <w:tcW w:type="dxa" w:w="3520"/>
          </w:tcPr>
          <w:p>
            <w:pPr>
              <w:spacing w:after="0"/>
              <w:jc w:val="left"/>
            </w:pPr>
            <w:r>
              <w:rPr>
                <w:sz w:val="16"/>
              </w:rPr>
              <w:t>Very High 2, Relatively High 1, Relatively Moderate 6, Relatively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95.4</w:t>
            </w:r>
          </w:p>
        </w:tc>
        <w:tc>
          <w:tcPr>
            <w:tcW w:type="dxa" w:w="680"/>
          </w:tcPr>
          <w:p>
            <w:pPr>
              <w:spacing w:after="0"/>
              <w:jc w:val="right"/>
            </w:pPr>
            <w:r>
              <w:rPr>
                <w:sz w:val="16"/>
              </w:rPr>
              <w:t>97.4</w:t>
            </w:r>
          </w:p>
        </w:tc>
        <w:tc>
          <w:tcPr>
            <w:tcW w:type="dxa" w:w="648"/>
          </w:tcPr>
          <w:p>
            <w:pPr>
              <w:spacing w:after="0"/>
              <w:jc w:val="right"/>
            </w:pPr>
            <w:r>
              <w:rPr>
                <w:sz w:val="16"/>
              </w:rPr>
              <w:t>99.0</w:t>
            </w:r>
          </w:p>
        </w:tc>
        <w:tc>
          <w:tcPr>
            <w:tcW w:type="dxa" w:w="3520"/>
          </w:tcPr>
          <w:p>
            <w:pPr>
              <w:spacing w:after="0"/>
              <w:jc w:val="left"/>
            </w:pPr>
            <w:r>
              <w:rPr>
                <w:sz w:val="16"/>
              </w:rPr>
              <w:t>Relatively Moderate 9, Relatively Low 1</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51.6</w:t>
            </w:r>
          </w:p>
        </w:tc>
        <w:tc>
          <w:tcPr>
            <w:tcW w:type="dxa" w:w="680"/>
          </w:tcPr>
          <w:p>
            <w:pPr>
              <w:spacing w:after="0"/>
              <w:jc w:val="right"/>
            </w:pPr>
            <w:r>
              <w:rPr>
                <w:sz w:val="16"/>
              </w:rPr>
              <w:t>78.5</w:t>
            </w:r>
          </w:p>
        </w:tc>
        <w:tc>
          <w:tcPr>
            <w:tcW w:type="dxa" w:w="648"/>
          </w:tcPr>
          <w:p>
            <w:pPr>
              <w:spacing w:after="0"/>
              <w:jc w:val="right"/>
            </w:pPr>
            <w:r>
              <w:rPr>
                <w:sz w:val="16"/>
              </w:rPr>
              <w:t>87.8</w:t>
            </w:r>
          </w:p>
        </w:tc>
        <w:tc>
          <w:tcPr>
            <w:tcW w:type="dxa" w:w="3520"/>
          </w:tcPr>
          <w:p>
            <w:pPr>
              <w:spacing w:after="0"/>
              <w:jc w:val="left"/>
            </w:pPr>
            <w:r>
              <w:rPr>
                <w:sz w:val="16"/>
              </w:rPr>
              <w:t>Relatively High 5, Relatively Moderate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12.1</w:t>
            </w:r>
          </w:p>
        </w:tc>
        <w:tc>
          <w:tcPr>
            <w:tcW w:type="dxa" w:w="680"/>
          </w:tcPr>
          <w:p>
            <w:pPr>
              <w:spacing w:after="0"/>
              <w:jc w:val="right"/>
            </w:pPr>
            <w:r>
              <w:rPr>
                <w:sz w:val="16"/>
              </w:rPr>
              <w:t>19.7</w:t>
            </w:r>
          </w:p>
        </w:tc>
        <w:tc>
          <w:tcPr>
            <w:tcW w:type="dxa" w:w="648"/>
          </w:tcPr>
          <w:p>
            <w:pPr>
              <w:spacing w:after="0"/>
              <w:jc w:val="right"/>
            </w:pPr>
            <w:r>
              <w:rPr>
                <w:sz w:val="16"/>
              </w:rPr>
              <w:t>26.5</w:t>
            </w:r>
          </w:p>
        </w:tc>
        <w:tc>
          <w:tcPr>
            <w:tcW w:type="dxa" w:w="3520"/>
          </w:tcPr>
          <w:p>
            <w:pPr>
              <w:spacing w:after="0"/>
              <w:jc w:val="left"/>
            </w:pPr>
            <w:r>
              <w:rPr>
                <w:sz w:val="16"/>
              </w:rPr>
              <w:t>Relatively Low 5, Very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3.1</w:t>
            </w:r>
          </w:p>
        </w:tc>
        <w:tc>
          <w:tcPr>
            <w:tcW w:type="dxa" w:w="680"/>
          </w:tcPr>
          <w:p>
            <w:pPr>
              <w:spacing w:after="0"/>
              <w:jc w:val="right"/>
            </w:pPr>
            <w:r>
              <w:rPr>
                <w:sz w:val="16"/>
              </w:rPr>
              <w:t>7.0</w:t>
            </w:r>
          </w:p>
        </w:tc>
        <w:tc>
          <w:tcPr>
            <w:tcW w:type="dxa" w:w="648"/>
          </w:tcPr>
          <w:p>
            <w:pPr>
              <w:spacing w:after="0"/>
              <w:jc w:val="right"/>
            </w:pPr>
            <w:r>
              <w:rPr>
                <w:sz w:val="16"/>
              </w:rPr>
              <w:t>12.9</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10 of 10</w:t>
            </w:r>
          </w:p>
        </w:tc>
        <w:tc>
          <w:tcPr>
            <w:tcW w:type="dxa" w:w="876"/>
          </w:tcPr>
          <w:p>
            <w:pPr>
              <w:spacing w:after="0"/>
              <w:jc w:val="right"/>
            </w:pPr>
            <w:r>
              <w:rPr>
                <w:sz w:val="16"/>
              </w:rPr>
              <w:t>43.9</w:t>
            </w:r>
          </w:p>
        </w:tc>
        <w:tc>
          <w:tcPr>
            <w:tcW w:type="dxa" w:w="680"/>
          </w:tcPr>
          <w:p>
            <w:pPr>
              <w:spacing w:after="0"/>
              <w:jc w:val="right"/>
            </w:pPr>
            <w:r>
              <w:rPr>
                <w:sz w:val="16"/>
              </w:rPr>
              <w:t>63.7</w:t>
            </w:r>
          </w:p>
        </w:tc>
        <w:tc>
          <w:tcPr>
            <w:tcW w:type="dxa" w:w="648"/>
          </w:tcPr>
          <w:p>
            <w:pPr>
              <w:spacing w:after="0"/>
              <w:jc w:val="right"/>
            </w:pPr>
            <w:r>
              <w:rPr>
                <w:sz w:val="16"/>
              </w:rPr>
              <w:t>74.3</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98.6</w:t>
            </w:r>
          </w:p>
        </w:tc>
        <w:tc>
          <w:tcPr>
            <w:tcW w:type="dxa" w:w="680"/>
          </w:tcPr>
          <w:p>
            <w:pPr>
              <w:spacing w:after="0"/>
              <w:jc w:val="right"/>
            </w:pPr>
            <w:r>
              <w:rPr>
                <w:sz w:val="16"/>
              </w:rPr>
              <w:t>99.1</w:t>
            </w:r>
          </w:p>
        </w:tc>
        <w:tc>
          <w:tcPr>
            <w:tcW w:type="dxa" w:w="648"/>
          </w:tcPr>
          <w:p>
            <w:pPr>
              <w:spacing w:after="0"/>
              <w:jc w:val="right"/>
            </w:pPr>
            <w:r>
              <w:rPr>
                <w:sz w:val="16"/>
              </w:rPr>
              <w:t>99.9</w:t>
            </w:r>
          </w:p>
        </w:tc>
        <w:tc>
          <w:tcPr>
            <w:tcW w:type="dxa" w:w="3520"/>
          </w:tcPr>
          <w:p>
            <w:pPr>
              <w:spacing w:after="0"/>
              <w:jc w:val="left"/>
            </w:pPr>
            <w:r>
              <w:rPr>
                <w:sz w:val="16"/>
              </w:rPr>
              <w:t>Very High 6, Relatively High 4</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70.9</w:t>
            </w:r>
          </w:p>
        </w:tc>
        <w:tc>
          <w:tcPr>
            <w:tcW w:type="dxa" w:w="680"/>
          </w:tcPr>
          <w:p>
            <w:pPr>
              <w:spacing w:after="0"/>
              <w:jc w:val="right"/>
            </w:pPr>
            <w:r>
              <w:rPr>
                <w:sz w:val="16"/>
              </w:rPr>
              <w:t>94.3</w:t>
            </w:r>
          </w:p>
        </w:tc>
        <w:tc>
          <w:tcPr>
            <w:tcW w:type="dxa" w:w="648"/>
          </w:tcPr>
          <w:p>
            <w:pPr>
              <w:spacing w:after="0"/>
              <w:jc w:val="right"/>
            </w:pPr>
            <w:r>
              <w:rPr>
                <w:sz w:val="16"/>
              </w:rPr>
              <w:t>99.7</w:t>
            </w:r>
          </w:p>
        </w:tc>
        <w:tc>
          <w:tcPr>
            <w:tcW w:type="dxa" w:w="3520"/>
          </w:tcPr>
          <w:p>
            <w:pPr>
              <w:spacing w:after="0"/>
              <w:jc w:val="left"/>
            </w:pPr>
            <w:r>
              <w:rPr>
                <w:sz w:val="16"/>
              </w:rPr>
              <w:t>Very High 5, Relatively High 2,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Amador County</w:t>
            </w:r>
          </w:p>
        </w:tc>
        <w:tc>
          <w:tcPr>
            <w:tcW w:type="dxa" w:w="899"/>
          </w:tcPr>
          <w:p>
            <w:pPr>
              <w:spacing w:after="0"/>
              <w:jc w:val="left"/>
            </w:pPr>
            <w:r>
              <w:rPr>
                <w:sz w:val="16"/>
              </w:rPr>
              <w:t>County</w:t>
            </w:r>
          </w:p>
        </w:tc>
        <w:tc>
          <w:tcPr>
            <w:tcW w:type="dxa" w:w="3496"/>
          </w:tcPr>
          <w:p>
            <w:pPr>
              <w:spacing w:after="0"/>
              <w:jc w:val="left"/>
            </w:pPr>
            <w:r>
              <w:rPr>
                <w:sz w:val="16"/>
              </w:rPr>
              <w:t>Approved, expires 2031-03-15</w:t>
            </w:r>
          </w:p>
        </w:tc>
        <w:tc>
          <w:tcPr>
            <w:tcW w:type="dxa" w:w="2788"/>
          </w:tcPr>
          <w:p>
            <w:pPr>
              <w:spacing w:after="0"/>
              <w:jc w:val="right"/>
            </w:pPr>
            <w:r>
              <w:rPr>
                <w:sz w:val="16"/>
              </w:rPr>
              <w:t>FMA RL 0, SRL 0; any 0</w:t>
            </w:r>
          </w:p>
        </w:tc>
        <w:tc>
          <w:tcPr>
            <w:tcW w:type="dxa" w:w="1961"/>
          </w:tcPr>
          <w:p>
            <w:pPr>
              <w:spacing w:after="0"/>
              <w:jc w:val="right"/>
            </w:pPr>
            <w:r>
              <w:rPr>
                <w:sz w:val="16"/>
              </w:rPr>
              <w:t>$4,669,097.01</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Amador City city</w:t>
            </w:r>
          </w:p>
        </w:tc>
        <w:tc>
          <w:tcPr>
            <w:tcW w:type="dxa" w:w="899"/>
          </w:tcPr>
          <w:p>
            <w:pPr>
              <w:spacing w:after="0"/>
              <w:jc w:val="left"/>
            </w:pPr>
            <w:r>
              <w:rPr>
                <w:sz w:val="16"/>
              </w:rPr>
              <w:t>City</w:t>
            </w:r>
          </w:p>
        </w:tc>
        <w:tc>
          <w:tcPr>
            <w:tcW w:type="dxa" w:w="3496"/>
          </w:tcPr>
          <w:p>
            <w:pPr>
              <w:spacing w:after="0"/>
              <w:jc w:val="left"/>
            </w:pPr>
            <w:r>
              <w:rPr>
                <w:sz w:val="16"/>
              </w:rPr>
              <w:t>Approved, expires 2031-03-15</w:t>
            </w:r>
          </w:p>
        </w:tc>
        <w:tc>
          <w:tcPr>
            <w:tcW w:type="dxa" w:w="2788"/>
          </w:tcPr>
          <w:p>
            <w:pPr>
              <w:spacing w:after="0"/>
              <w:jc w:val="right"/>
            </w:pPr>
            <w:r>
              <w:rPr>
                <w:sz w:val="16"/>
              </w:rPr>
              <w:t>FMA RL 0, SRL 0; any 0</w:t>
            </w:r>
          </w:p>
        </w:tc>
        <w:tc>
          <w:tcPr>
            <w:tcW w:type="dxa" w:w="1961"/>
          </w:tcPr>
          <w:p>
            <w:pPr>
              <w:spacing w:after="0"/>
              <w:jc w:val="right"/>
            </w:pPr>
            <w:r>
              <w:rPr>
                <w:sz w:val="16"/>
              </w:rPr>
              <w:t>$16,324.13</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Ione city</w:t>
            </w:r>
          </w:p>
        </w:tc>
        <w:tc>
          <w:tcPr>
            <w:tcW w:type="dxa" w:w="899"/>
          </w:tcPr>
          <w:p>
            <w:pPr>
              <w:spacing w:after="0"/>
              <w:jc w:val="left"/>
            </w:pPr>
            <w:r>
              <w:rPr>
                <w:sz w:val="16"/>
              </w:rPr>
              <w:t>City</w:t>
            </w:r>
          </w:p>
        </w:tc>
        <w:tc>
          <w:tcPr>
            <w:tcW w:type="dxa" w:w="3496"/>
          </w:tcPr>
          <w:p>
            <w:pPr>
              <w:spacing w:after="0"/>
              <w:jc w:val="left"/>
            </w:pPr>
            <w:r>
              <w:rPr>
                <w:sz w:val="16"/>
              </w:rPr>
              <w:t>Approved, expires 2031-03-15</w:t>
            </w:r>
          </w:p>
        </w:tc>
        <w:tc>
          <w:tcPr>
            <w:tcW w:type="dxa" w:w="2788"/>
          </w:tcPr>
          <w:p>
            <w:pPr>
              <w:spacing w:after="0"/>
              <w:jc w:val="right"/>
            </w:pPr>
            <w:r>
              <w:rPr>
                <w:sz w:val="16"/>
              </w:rPr>
              <w:t>FMA RL 0, SRL 0; any 0</w:t>
            </w:r>
          </w:p>
        </w:tc>
        <w:tc>
          <w:tcPr>
            <w:tcW w:type="dxa" w:w="1961"/>
          </w:tcPr>
          <w:p>
            <w:pPr>
              <w:spacing w:after="0"/>
              <w:jc w:val="right"/>
            </w:pPr>
            <w:r>
              <w:rPr>
                <w:sz w:val="16"/>
              </w:rPr>
              <w:t>$50,165.24</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Jackson city</w:t>
            </w:r>
          </w:p>
        </w:tc>
        <w:tc>
          <w:tcPr>
            <w:tcW w:type="dxa" w:w="899"/>
          </w:tcPr>
          <w:p>
            <w:pPr>
              <w:spacing w:after="0"/>
              <w:jc w:val="left"/>
            </w:pPr>
            <w:r>
              <w:rPr>
                <w:sz w:val="16"/>
              </w:rPr>
              <w:t>City</w:t>
            </w:r>
          </w:p>
        </w:tc>
        <w:tc>
          <w:tcPr>
            <w:tcW w:type="dxa" w:w="3496"/>
          </w:tcPr>
          <w:p>
            <w:pPr>
              <w:spacing w:after="0"/>
              <w:jc w:val="left"/>
            </w:pPr>
            <w:r>
              <w:rPr>
                <w:sz w:val="16"/>
              </w:rPr>
              <w:t>Approved, expires 2031-03-15</w:t>
            </w:r>
          </w:p>
        </w:tc>
        <w:tc>
          <w:tcPr>
            <w:tcW w:type="dxa" w:w="2788"/>
          </w:tcPr>
          <w:p>
            <w:pPr>
              <w:spacing w:after="0"/>
              <w:jc w:val="right"/>
            </w:pPr>
            <w:r>
              <w:rPr>
                <w:sz w:val="16"/>
              </w:rPr>
              <w:t>FMA RL 0, SRL 0; any 4</w:t>
            </w:r>
          </w:p>
        </w:tc>
        <w:tc>
          <w:tcPr>
            <w:tcW w:type="dxa" w:w="1961"/>
          </w:tcPr>
          <w:p>
            <w:pPr>
              <w:spacing w:after="0"/>
              <w:jc w:val="right"/>
            </w:pPr>
            <w:r>
              <w:rPr>
                <w:sz w:val="16"/>
              </w:rPr>
              <w:t>$551,433.44</w:t>
            </w:r>
          </w:p>
        </w:tc>
        <w:tc>
          <w:tcPr>
            <w:tcW w:type="dxa" w:w="2386"/>
          </w:tcPr>
          <w:p>
            <w:pPr>
              <w:spacing w:after="0"/>
              <w:jc w:val="right"/>
            </w:pPr>
            <w:r>
              <w:rPr>
                <w:sz w:val="16"/>
              </w:rPr>
              <w:t>3; 0</w:t>
            </w:r>
          </w:p>
        </w:tc>
        <w:tc>
          <w:tcPr>
            <w:tcW w:type="dxa" w:w="857"/>
          </w:tcPr>
          <w:p>
            <w:pPr>
              <w:spacing w:after="0"/>
              <w:jc w:val="left"/>
            </w:pPr>
          </w:p>
        </w:tc>
      </w:tr>
      <w:tr>
        <w:trPr>
          <w:cantSplit/>
        </w:trPr>
        <w:tc>
          <w:tcPr>
            <w:tcW w:type="dxa" w:w="1725"/>
          </w:tcPr>
          <w:p>
            <w:pPr>
              <w:spacing w:after="0"/>
              <w:jc w:val="left"/>
            </w:pPr>
            <w:r>
              <w:rPr>
                <w:sz w:val="16"/>
              </w:rPr>
              <w:t>Plymouth city</w:t>
            </w:r>
          </w:p>
        </w:tc>
        <w:tc>
          <w:tcPr>
            <w:tcW w:type="dxa" w:w="899"/>
          </w:tcPr>
          <w:p>
            <w:pPr>
              <w:spacing w:after="0"/>
              <w:jc w:val="left"/>
            </w:pPr>
            <w:r>
              <w:rPr>
                <w:sz w:val="16"/>
              </w:rPr>
              <w:t>City</w:t>
            </w:r>
          </w:p>
        </w:tc>
        <w:tc>
          <w:tcPr>
            <w:tcW w:type="dxa" w:w="3496"/>
          </w:tcPr>
          <w:p>
            <w:pPr>
              <w:spacing w:after="0"/>
              <w:jc w:val="left"/>
            </w:pPr>
            <w:r>
              <w:rPr>
                <w:sz w:val="16"/>
              </w:rPr>
              <w:t>Approved, expires 2031-03-15</w:t>
            </w:r>
          </w:p>
        </w:tc>
        <w:tc>
          <w:tcPr>
            <w:tcW w:type="dxa" w:w="2788"/>
          </w:tcPr>
          <w:p>
            <w:pPr>
              <w:spacing w:after="0"/>
              <w:jc w:val="right"/>
            </w:pPr>
            <w:r>
              <w:rPr>
                <w:sz w:val="16"/>
              </w:rPr>
              <w:t>FMA RL 0, SRL 0; any 0</w:t>
            </w:r>
          </w:p>
        </w:tc>
        <w:tc>
          <w:tcPr>
            <w:tcW w:type="dxa" w:w="1961"/>
          </w:tcPr>
          <w:p>
            <w:pPr>
              <w:spacing w:after="0"/>
              <w:jc w:val="right"/>
            </w:pPr>
            <w:r>
              <w:rPr>
                <w:sz w:val="16"/>
              </w:rPr>
              <w:t>$188,494.52</w:t>
            </w:r>
          </w:p>
        </w:tc>
        <w:tc>
          <w:tcPr>
            <w:tcW w:type="dxa" w:w="2386"/>
          </w:tcPr>
          <w:p>
            <w:pPr>
              <w:spacing w:after="0"/>
              <w:jc w:val="right"/>
            </w:pPr>
            <w:r>
              <w:rPr>
                <w:sz w:val="16"/>
              </w:rPr>
              <w:t>1; 0</w:t>
            </w:r>
          </w:p>
        </w:tc>
        <w:tc>
          <w:tcPr>
            <w:tcW w:type="dxa" w:w="857"/>
          </w:tcPr>
          <w:p>
            <w:pPr>
              <w:spacing w:after="0"/>
              <w:jc w:val="left"/>
            </w:pPr>
          </w:p>
        </w:tc>
      </w:tr>
      <w:tr>
        <w:trPr>
          <w:cantSplit/>
        </w:trPr>
        <w:tc>
          <w:tcPr>
            <w:tcW w:type="dxa" w:w="1725"/>
          </w:tcPr>
          <w:p>
            <w:pPr>
              <w:spacing w:after="0"/>
              <w:jc w:val="left"/>
            </w:pPr>
            <w:r>
              <w:rPr>
                <w:sz w:val="16"/>
              </w:rPr>
              <w:t>Sutter Creek city</w:t>
            </w:r>
          </w:p>
        </w:tc>
        <w:tc>
          <w:tcPr>
            <w:tcW w:type="dxa" w:w="899"/>
          </w:tcPr>
          <w:p>
            <w:pPr>
              <w:spacing w:after="0"/>
              <w:jc w:val="left"/>
            </w:pPr>
            <w:r>
              <w:rPr>
                <w:sz w:val="16"/>
              </w:rPr>
              <w:t>City</w:t>
            </w:r>
          </w:p>
        </w:tc>
        <w:tc>
          <w:tcPr>
            <w:tcW w:type="dxa" w:w="3496"/>
          </w:tcPr>
          <w:p>
            <w:pPr>
              <w:spacing w:after="0"/>
              <w:jc w:val="left"/>
            </w:pPr>
            <w:r>
              <w:rPr>
                <w:sz w:val="16"/>
              </w:rPr>
              <w:t>Approved, expires 2031-03-15</w:t>
            </w:r>
          </w:p>
        </w:tc>
        <w:tc>
          <w:tcPr>
            <w:tcW w:type="dxa" w:w="2788"/>
          </w:tcPr>
          <w:p>
            <w:pPr>
              <w:spacing w:after="0"/>
              <w:jc w:val="right"/>
            </w:pPr>
            <w:r>
              <w:rPr>
                <w:sz w:val="16"/>
              </w:rPr>
              <w:t>FMA RL 0, SRL 0; any 1</w:t>
            </w:r>
          </w:p>
        </w:tc>
        <w:tc>
          <w:tcPr>
            <w:tcW w:type="dxa" w:w="1961"/>
          </w:tcPr>
          <w:p>
            <w:pPr>
              <w:spacing w:after="0"/>
              <w:jc w:val="right"/>
            </w:pPr>
            <w:r>
              <w:rPr>
                <w:sz w:val="16"/>
              </w:rPr>
              <w:t>$227,683.87</w:t>
            </w:r>
          </w:p>
        </w:tc>
        <w:tc>
          <w:tcPr>
            <w:tcW w:type="dxa" w:w="2386"/>
          </w:tcPr>
          <w:p>
            <w:pPr>
              <w:spacing w:after="0"/>
              <w:jc w:val="right"/>
            </w:pPr>
            <w:r>
              <w:rPr>
                <w:sz w:val="16"/>
              </w:rPr>
              <w:t>2;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2026-03-16</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$1,222,991</w:t>
            </w:r>
          </w:p>
        </w:tc>
        <w:tc>
          <w:tcPr>
            <w:tcW w:type="dxa" w:w="1136"/>
          </w:tcPr>
          <w:p>
            <w:pPr>
              <w:spacing w:after="0"/>
              <w:jc w:val="right"/>
            </w:pPr>
          </w:p>
        </w:tc>
        <w:tc>
          <w:tcPr>
            <w:tcW w:type="dxa" w:w="1045"/>
          </w:tcPr>
          <w:p>
            <w:pPr>
              <w:spacing w:after="0"/>
              <w:jc w:val="right"/>
            </w:pPr>
            <w:r>
              <w:rPr>
                <w:sz w:val="16"/>
              </w:rPr>
              <w:t>10</w:t>
            </w:r>
          </w:p>
        </w:tc>
        <w:tc>
          <w:tcPr>
            <w:tcW w:type="dxa" w:w="1126"/>
          </w:tcPr>
          <w:p>
            <w:pPr>
              <w:spacing w:after="0"/>
              <w:jc w:val="right"/>
            </w:pPr>
            <w:r>
              <w:rPr>
                <w:sz w:val="16"/>
              </w:rPr>
              <w:t>$9</w:t>
            </w:r>
          </w:p>
        </w:tc>
        <w:tc>
          <w:tcPr>
            <w:tcW w:type="dxa" w:w="1126"/>
          </w:tcPr>
          <w:p>
            <w:pPr>
              <w:spacing w:after="0"/>
              <w:jc w:val="right"/>
            </w:pPr>
          </w:p>
        </w:tc>
        <w:tc>
          <w:tcPr>
            <w:tcW w:type="dxa" w:w="1173"/>
          </w:tcPr>
          <w:p>
            <w:pPr>
              <w:spacing w:after="0"/>
              <w:jc w:val="right"/>
            </w:pPr>
            <w:r>
              <w:rPr>
                <w:sz w:val="16"/>
              </w:rPr>
              <w:t>$1,826,667</w:t>
            </w:r>
          </w:p>
        </w:tc>
        <w:tc>
          <w:tcPr>
            <w:tcW w:type="dxa" w:w="1305"/>
          </w:tcPr>
          <w:p>
            <w:pPr>
              <w:spacing w:after="0"/>
              <w:jc w:val="right"/>
            </w:pPr>
            <w:r>
              <w:rPr>
                <w:sz w:val="16"/>
              </w:rPr>
              <w:t>0.0007%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3"/>
          </w:tcPr>
          <w:p>
            <w:pPr>
              <w:spacing w:after="0"/>
              <w:jc w:val="right"/>
            </w:pPr>
            <w:r>
              <w:rPr>
                <w:sz w:val="16"/>
              </w:rPr>
              <w:t>$0</w:t>
            </w: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$28,337,582</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$7,899,606</w:t>
            </w:r>
          </w:p>
        </w:tc>
        <w:tc>
          <w:tcPr>
            <w:tcW w:type="dxa" w:w="1173"/>
          </w:tcPr>
          <w:p>
            <w:pPr>
              <w:spacing w:after="0"/>
              <w:jc w:val="right"/>
            </w:pPr>
          </w:p>
        </w:tc>
        <w:tc>
          <w:tcPr>
            <w:tcW w:type="dxa" w:w="1305"/>
          </w:tcPr>
          <w:p>
            <w:pPr>
              <w:spacing w:after="0"/>
              <w:jc w:val="right"/>
            </w:pPr>
            <w:r>
              <w:rPr>
                <w:sz w:val="16"/>
              </w:rPr>
              <w:t>27.9%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$15,372,535,730</w:t>
            </w:r>
          </w:p>
        </w:tc>
        <w:tc>
          <w:tcPr>
            <w:tcW w:type="dxa" w:w="1136"/>
          </w:tcPr>
          <w:p>
            <w:pPr>
              <w:spacing w:after="0"/>
              <w:jc w:val="right"/>
            </w:pPr>
          </w:p>
        </w:tc>
        <w:tc>
          <w:tcPr>
            <w:tcW w:type="dxa" w:w="1045"/>
          </w:tcPr>
          <w:p>
            <w:pPr>
              <w:spacing w:after="0"/>
              <w:jc w:val="right"/>
            </w:pPr>
            <w:r>
              <w:rPr>
                <w:sz w:val="16"/>
              </w:rPr>
              <w:t>40,474</w:t>
            </w:r>
          </w:p>
        </w:tc>
        <w:tc>
          <w:tcPr>
            <w:tcW w:type="dxa" w:w="1126"/>
          </w:tcPr>
          <w:p>
            <w:pPr>
              <w:spacing w:after="0"/>
              <w:jc w:val="right"/>
            </w:pPr>
            <w:r>
              <w:rPr>
                <w:sz w:val="16"/>
              </w:rPr>
              <w:t>$513,019</w:t>
            </w:r>
          </w:p>
        </w:tc>
        <w:tc>
          <w:tcPr>
            <w:tcW w:type="dxa" w:w="1126"/>
          </w:tcPr>
          <w:p>
            <w:pPr>
              <w:spacing w:after="0"/>
              <w:jc w:val="right"/>
            </w:pPr>
          </w:p>
        </w:tc>
        <w:tc>
          <w:tcPr>
            <w:tcW w:type="dxa" w:w="1173"/>
          </w:tcPr>
          <w:p>
            <w:pPr>
              <w:spacing w:after="0"/>
              <w:jc w:val="right"/>
            </w:pPr>
            <w:r>
              <w:rPr>
                <w:sz w:val="16"/>
              </w:rPr>
              <w:t>$51,297</w:t>
            </w:r>
          </w:p>
        </w:tc>
        <w:tc>
          <w:tcPr>
            <w:tcW w:type="dxa" w:w="1305"/>
          </w:tcPr>
          <w:p>
            <w:pPr>
              <w:spacing w:after="0"/>
              <w:jc w:val="right"/>
            </w:pPr>
            <w:r>
              <w:rPr>
                <w:sz w:val="16"/>
              </w:rPr>
              <w:t>0.00334%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$9,121,759,562</w:t>
            </w:r>
          </w:p>
        </w:tc>
        <w:tc>
          <w:tcPr>
            <w:tcW w:type="dxa" w:w="1136"/>
          </w:tcPr>
          <w:p>
            <w:pPr>
              <w:spacing w:after="0"/>
              <w:jc w:val="right"/>
            </w:pPr>
            <w:r>
              <w:rPr>
                <w:sz w:val="16"/>
              </w:rPr>
              <w:t>$39,951,055</w:t>
            </w:r>
          </w:p>
        </w:tc>
        <w:tc>
          <w:tcPr>
            <w:tcW w:type="dxa" w:w="1045"/>
          </w:tcPr>
          <w:p>
            <w:pPr>
              <w:spacing w:after="0"/>
              <w:jc w:val="right"/>
            </w:pPr>
            <w:r>
              <w:rPr>
                <w:sz w:val="16"/>
              </w:rPr>
              <w:t>40,427</w:t>
            </w:r>
          </w:p>
        </w:tc>
        <w:tc>
          <w:tcPr>
            <w:tcW w:type="dxa" w:w="1126"/>
          </w:tcPr>
          <w:p>
            <w:pPr>
              <w:spacing w:after="0"/>
              <w:jc w:val="right"/>
            </w:pPr>
            <w:r>
              <w:rPr>
                <w:sz w:val="16"/>
              </w:rPr>
              <w:t>$1,034</w:t>
            </w:r>
          </w:p>
        </w:tc>
        <w:tc>
          <w:tcPr>
            <w:tcW w:type="dxa" w:w="1126"/>
          </w:tcPr>
          <w:p>
            <w:pPr>
              <w:spacing w:after="0"/>
              <w:jc w:val="right"/>
            </w:pPr>
            <w:r>
              <w:rPr>
                <w:sz w:val="16"/>
              </w:rPr>
              <w:t>$2,620</w:t>
            </w:r>
          </w:p>
        </w:tc>
        <w:tc>
          <w:tcPr>
            <w:tcW w:type="dxa" w:w="1173"/>
          </w:tcPr>
          <w:p>
            <w:pPr>
              <w:spacing w:after="0"/>
              <w:jc w:val="right"/>
            </w:pPr>
            <w:r>
              <w:rPr>
                <w:sz w:val="16"/>
              </w:rPr>
              <w:t>$15,497</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$9,121,759,562</w:t>
            </w:r>
          </w:p>
        </w:tc>
        <w:tc>
          <w:tcPr>
            <w:tcW w:type="dxa" w:w="1136"/>
          </w:tcPr>
          <w:p>
            <w:pPr>
              <w:spacing w:after="0"/>
              <w:jc w:val="right"/>
            </w:pPr>
            <w:r>
              <w:rPr>
                <w:sz w:val="16"/>
              </w:rPr>
              <w:t>$39,951,055</w:t>
            </w:r>
          </w:p>
        </w:tc>
        <w:tc>
          <w:tcPr>
            <w:tcW w:type="dxa" w:w="1045"/>
          </w:tcPr>
          <w:p>
            <w:pPr>
              <w:spacing w:after="0"/>
              <w:jc w:val="right"/>
            </w:pPr>
            <w:r>
              <w:rPr>
                <w:sz w:val="16"/>
              </w:rPr>
              <w:t>40,427</w:t>
            </w:r>
          </w:p>
        </w:tc>
        <w:tc>
          <w:tcPr>
            <w:tcW w:type="dxa" w:w="1126"/>
          </w:tcPr>
          <w:p>
            <w:pPr>
              <w:spacing w:after="0"/>
              <w:jc w:val="right"/>
            </w:pPr>
            <w:r>
              <w:rPr>
                <w:sz w:val="16"/>
              </w:rPr>
              <w:t>$319</w:t>
            </w:r>
          </w:p>
        </w:tc>
        <w:tc>
          <w:tcPr>
            <w:tcW w:type="dxa" w:w="1126"/>
          </w:tcPr>
          <w:p>
            <w:pPr>
              <w:spacing w:after="0"/>
              <w:jc w:val="right"/>
            </w:pPr>
            <w:r>
              <w:rPr>
                <w:sz w:val="16"/>
              </w:rPr>
              <w:t>$29,068</w:t>
            </w:r>
          </w:p>
        </w:tc>
        <w:tc>
          <w:tcPr>
            <w:tcW w:type="dxa" w:w="1173"/>
          </w:tcPr>
          <w:p>
            <w:pPr>
              <w:spacing w:after="0"/>
              <w:jc w:val="right"/>
            </w:pPr>
            <w:r>
              <w:rPr>
                <w:sz w:val="16"/>
              </w:rPr>
              <w:t>$1,228,881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$9,119,605,115</w:t>
            </w:r>
          </w:p>
        </w:tc>
        <w:tc>
          <w:tcPr>
            <w:tcW w:type="dxa" w:w="1136"/>
          </w:tcPr>
          <w:p>
            <w:pPr>
              <w:spacing w:after="0"/>
              <w:jc w:val="right"/>
            </w:pPr>
            <w:r>
              <w:rPr>
                <w:sz w:val="16"/>
              </w:rPr>
              <w:t>$26,034,121</w:t>
            </w:r>
          </w:p>
        </w:tc>
        <w:tc>
          <w:tcPr>
            <w:tcW w:type="dxa" w:w="1045"/>
          </w:tcPr>
          <w:p>
            <w:pPr>
              <w:spacing w:after="0"/>
              <w:jc w:val="right"/>
            </w:pPr>
            <w:r>
              <w:rPr>
                <w:sz w:val="16"/>
              </w:rPr>
              <w:t>1,260</w:t>
            </w:r>
          </w:p>
        </w:tc>
        <w:tc>
          <w:tcPr>
            <w:tcW w:type="dxa" w:w="1126"/>
          </w:tcPr>
          <w:p>
            <w:pPr>
              <w:spacing w:after="0"/>
              <w:jc w:val="right"/>
            </w:pPr>
            <w:r>
              <w:rPr>
                <w:sz w:val="16"/>
              </w:rPr>
              <w:t>$12,040,833</w:t>
            </w:r>
          </w:p>
        </w:tc>
        <w:tc>
          <w:tcPr>
            <w:tcW w:type="dxa" w:w="1126"/>
          </w:tcPr>
          <w:p>
            <w:pPr>
              <w:spacing w:after="0"/>
              <w:jc w:val="right"/>
            </w:pPr>
            <w:r>
              <w:rPr>
                <w:sz w:val="16"/>
              </w:rPr>
              <w:t>$31,019</w:t>
            </w:r>
          </w:p>
        </w:tc>
        <w:tc>
          <w:tcPr>
            <w:tcW w:type="dxa" w:w="1173"/>
          </w:tcPr>
          <w:p>
            <w:pPr>
              <w:spacing w:after="0"/>
              <w:jc w:val="right"/>
            </w:pPr>
            <w:r>
              <w:rPr>
                <w:sz w:val="16"/>
              </w:rPr>
              <w:t>$410,464</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$1,613,964,696</w:t>
            </w:r>
          </w:p>
        </w:tc>
        <w:tc>
          <w:tcPr>
            <w:tcW w:type="dxa" w:w="1136"/>
          </w:tcPr>
          <w:p>
            <w:pPr>
              <w:spacing w:after="0"/>
              <w:jc w:val="right"/>
            </w:pPr>
          </w:p>
        </w:tc>
        <w:tc>
          <w:tcPr>
            <w:tcW w:type="dxa" w:w="1045"/>
          </w:tcPr>
          <w:p>
            <w:pPr>
              <w:spacing w:after="0"/>
              <w:jc w:val="right"/>
            </w:pPr>
            <w:r>
              <w:rPr>
                <w:sz w:val="16"/>
              </w:rPr>
              <w:t>7,368</w:t>
            </w:r>
          </w:p>
        </w:tc>
        <w:tc>
          <w:tcPr>
            <w:tcW w:type="dxa" w:w="1126"/>
          </w:tcPr>
          <w:p>
            <w:pPr>
              <w:spacing w:after="0"/>
              <w:jc w:val="right"/>
            </w:pPr>
            <w:r>
              <w:rPr>
                <w:sz w:val="16"/>
              </w:rPr>
              <w:t>$4,740</w:t>
            </w:r>
          </w:p>
        </w:tc>
        <w:tc>
          <w:tcPr>
            <w:tcW w:type="dxa" w:w="1126"/>
          </w:tcPr>
          <w:p>
            <w:pPr>
              <w:spacing w:after="0"/>
              <w:jc w:val="right"/>
            </w:pPr>
          </w:p>
        </w:tc>
        <w:tc>
          <w:tcPr>
            <w:tcW w:type="dxa" w:w="1173"/>
          </w:tcPr>
          <w:p>
            <w:pPr>
              <w:spacing w:after="0"/>
              <w:jc w:val="right"/>
            </w:pPr>
            <w:r>
              <w:rPr>
                <w:sz w:val="16"/>
              </w:rPr>
              <w:t>$99,235</w:t>
            </w:r>
          </w:p>
        </w:tc>
        <w:tc>
          <w:tcPr>
            <w:tcW w:type="dxa" w:w="1305"/>
          </w:tcPr>
          <w:p>
            <w:pPr>
              <w:spacing w:after="0"/>
              <w:jc w:val="right"/>
            </w:pPr>
            <w:r>
              <w:rPr>
                <w:sz w:val="16"/>
              </w:rPr>
              <w:t>0.000294%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$9,121,759,562</w:t>
            </w:r>
          </w:p>
        </w:tc>
        <w:tc>
          <w:tcPr>
            <w:tcW w:type="dxa" w:w="1136"/>
          </w:tcPr>
          <w:p>
            <w:pPr>
              <w:spacing w:after="0"/>
              <w:jc w:val="right"/>
            </w:pPr>
          </w:p>
        </w:tc>
        <w:tc>
          <w:tcPr>
            <w:tcW w:type="dxa" w:w="1045"/>
          </w:tcPr>
          <w:p>
            <w:pPr>
              <w:spacing w:after="0"/>
              <w:jc w:val="right"/>
            </w:pPr>
            <w:r>
              <w:rPr>
                <w:sz w:val="16"/>
              </w:rPr>
              <w:t>40,427</w:t>
            </w:r>
          </w:p>
        </w:tc>
        <w:tc>
          <w:tcPr>
            <w:tcW w:type="dxa" w:w="1126"/>
          </w:tcPr>
          <w:p>
            <w:pPr>
              <w:spacing w:after="0"/>
              <w:jc w:val="right"/>
            </w:pPr>
            <w:r>
              <w:rPr>
                <w:sz w:val="16"/>
              </w:rPr>
              <w:t>$2,874</w:t>
            </w:r>
          </w:p>
        </w:tc>
        <w:tc>
          <w:tcPr>
            <w:tcW w:type="dxa" w:w="1126"/>
          </w:tcPr>
          <w:p>
            <w:pPr>
              <w:spacing w:after="0"/>
              <w:jc w:val="right"/>
            </w:pPr>
          </w:p>
        </w:tc>
        <w:tc>
          <w:tcPr>
            <w:tcW w:type="dxa" w:w="1173"/>
          </w:tcPr>
          <w:p>
            <w:pPr>
              <w:spacing w:after="0"/>
              <w:jc w:val="right"/>
            </w:pPr>
            <w:r>
              <w:rPr>
                <w:sz w:val="16"/>
              </w:rPr>
              <w:t>$244,139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$9,121,759,562</w:t>
            </w:r>
          </w:p>
        </w:tc>
        <w:tc>
          <w:tcPr>
            <w:tcW w:type="dxa" w:w="1136"/>
          </w:tcPr>
          <w:p>
            <w:pPr>
              <w:spacing w:after="0"/>
              <w:jc w:val="right"/>
            </w:pPr>
            <w:r>
              <w:rPr>
                <w:sz w:val="16"/>
              </w:rPr>
              <w:t>$39,951,055</w:t>
            </w:r>
          </w:p>
        </w:tc>
        <w:tc>
          <w:tcPr>
            <w:tcW w:type="dxa" w:w="1045"/>
          </w:tcPr>
          <w:p>
            <w:pPr>
              <w:spacing w:after="0"/>
              <w:jc w:val="right"/>
            </w:pPr>
            <w:r>
              <w:rPr>
                <w:sz w:val="16"/>
              </w:rPr>
              <w:t>40,427</w:t>
            </w:r>
          </w:p>
        </w:tc>
        <w:tc>
          <w:tcPr>
            <w:tcW w:type="dxa" w:w="1126"/>
          </w:tcPr>
          <w:p>
            <w:pPr>
              <w:spacing w:after="0"/>
              <w:jc w:val="right"/>
            </w:pPr>
            <w:r>
              <w:rPr>
                <w:sz w:val="16"/>
              </w:rPr>
              <w:t>$13,246</w:t>
            </w:r>
          </w:p>
        </w:tc>
        <w:tc>
          <w:tcPr>
            <w:tcW w:type="dxa" w:w="1126"/>
          </w:tcPr>
          <w:p>
            <w:pPr>
              <w:spacing w:after="0"/>
              <w:jc w:val="right"/>
            </w:pPr>
            <w:r>
              <w:rPr>
                <w:sz w:val="16"/>
              </w:rPr>
              <w:t>$533</w:t>
            </w:r>
          </w:p>
        </w:tc>
        <w:tc>
          <w:tcPr>
            <w:tcW w:type="dxa" w:w="1173"/>
          </w:tcPr>
          <w:p>
            <w:pPr>
              <w:spacing w:after="0"/>
              <w:jc w:val="right"/>
            </w:pPr>
            <w:r>
              <w:rPr>
                <w:sz w:val="16"/>
              </w:rPr>
              <w:t>$22,272</w:t>
            </w:r>
          </w:p>
        </w:tc>
        <w:tc>
          <w:tcPr>
            <w:tcW w:type="dxa" w:w="1305"/>
          </w:tcPr>
          <w:p>
            <w:pPr>
              <w:spacing w:after="0"/>
              <w:jc w:val="right"/>
            </w:pPr>
            <w:r>
              <w:rPr>
                <w:sz w:val="16"/>
              </w:rPr>
              <w:t>0.000145%</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$9,121,759,562</w:t>
            </w:r>
          </w:p>
        </w:tc>
        <w:tc>
          <w:tcPr>
            <w:tcW w:type="dxa" w:w="1136"/>
          </w:tcPr>
          <w:p>
            <w:pPr>
              <w:spacing w:after="0"/>
              <w:jc w:val="right"/>
            </w:pPr>
            <w:r>
              <w:rPr>
                <w:sz w:val="16"/>
              </w:rPr>
              <w:t>$39,951,055</w:t>
            </w:r>
          </w:p>
        </w:tc>
        <w:tc>
          <w:tcPr>
            <w:tcW w:type="dxa" w:w="1045"/>
          </w:tcPr>
          <w:p>
            <w:pPr>
              <w:spacing w:after="0"/>
              <w:jc w:val="right"/>
            </w:pPr>
            <w:r>
              <w:rPr>
                <w:sz w:val="16"/>
              </w:rPr>
              <w:t>40,427</w:t>
            </w:r>
          </w:p>
        </w:tc>
        <w:tc>
          <w:tcPr>
            <w:tcW w:type="dxa" w:w="1126"/>
          </w:tcPr>
          <w:p>
            <w:pPr>
              <w:spacing w:after="0"/>
              <w:jc w:val="right"/>
            </w:pPr>
            <w:r>
              <w:rPr>
                <w:sz w:val="16"/>
              </w:rPr>
              <w:t>$18,958</w:t>
            </w:r>
          </w:p>
        </w:tc>
        <w:tc>
          <w:tcPr>
            <w:tcW w:type="dxa" w:w="1126"/>
          </w:tcPr>
          <w:p>
            <w:pPr>
              <w:spacing w:after="0"/>
              <w:jc w:val="right"/>
            </w:pPr>
            <w:r>
              <w:rPr>
                <w:sz w:val="16"/>
              </w:rPr>
              <w:t>$280</w:t>
            </w:r>
          </w:p>
        </w:tc>
        <w:tc>
          <w:tcPr>
            <w:tcW w:type="dxa" w:w="1173"/>
          </w:tcPr>
          <w:p>
            <w:pPr>
              <w:spacing w:after="0"/>
              <w:jc w:val="right"/>
            </w:pPr>
            <w:r>
              <w:rPr>
                <w:sz w:val="16"/>
              </w:rPr>
              <w:t>$6,531</w:t>
            </w:r>
          </w:p>
        </w:tc>
        <w:tc>
          <w:tcPr>
            <w:tcW w:type="dxa" w:w="1305"/>
          </w:tcPr>
          <w:p>
            <w:pPr>
              <w:spacing w:after="0"/>
              <w:jc w:val="right"/>
            </w:pPr>
            <w:r>
              <w:rPr>
                <w:sz w:val="16"/>
              </w:rPr>
              <w:t>0.000208%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$9,121,759,562</w:t>
            </w:r>
          </w:p>
        </w:tc>
        <w:tc>
          <w:tcPr>
            <w:tcW w:type="dxa" w:w="1136"/>
          </w:tcPr>
          <w:p>
            <w:pPr>
              <w:spacing w:after="0"/>
              <w:jc w:val="right"/>
            </w:pPr>
          </w:p>
        </w:tc>
        <w:tc>
          <w:tcPr>
            <w:tcW w:type="dxa" w:w="1045"/>
          </w:tcPr>
          <w:p>
            <w:pPr>
              <w:spacing w:after="0"/>
              <w:jc w:val="right"/>
            </w:pPr>
            <w:r>
              <w:rPr>
                <w:sz w:val="16"/>
              </w:rPr>
              <w:t>40,427</w:t>
            </w:r>
          </w:p>
        </w:tc>
        <w:tc>
          <w:tcPr>
            <w:tcW w:type="dxa" w:w="1126"/>
          </w:tcPr>
          <w:p>
            <w:pPr>
              <w:spacing w:after="0"/>
              <w:jc w:val="right"/>
            </w:pPr>
            <w:r>
              <w:rPr>
                <w:sz w:val="16"/>
              </w:rPr>
              <w:t>under $1</w:t>
            </w:r>
          </w:p>
        </w:tc>
        <w:tc>
          <w:tcPr>
            <w:tcW w:type="dxa" w:w="1126"/>
          </w:tcPr>
          <w:p>
            <w:pPr>
              <w:spacing w:after="0"/>
              <w:jc w:val="right"/>
            </w:pPr>
          </w:p>
        </w:tc>
        <w:tc>
          <w:tcPr>
            <w:tcW w:type="dxa" w:w="1173"/>
          </w:tcPr>
          <w:p>
            <w:pPr>
              <w:spacing w:after="0"/>
              <w:jc w:val="right"/>
            </w:pPr>
            <w:r>
              <w:rPr>
                <w:sz w:val="16"/>
              </w:rPr>
              <w:t>$10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$4,181,579,953</w:t>
            </w:r>
          </w:p>
        </w:tc>
        <w:tc>
          <w:tcPr>
            <w:tcW w:type="dxa" w:w="1136"/>
          </w:tcPr>
          <w:p>
            <w:pPr>
              <w:spacing w:after="0"/>
              <w:jc w:val="right"/>
            </w:pPr>
            <w:r>
              <w:rPr>
                <w:sz w:val="16"/>
              </w:rPr>
              <w:t>$22,039,342</w:t>
            </w:r>
          </w:p>
        </w:tc>
        <w:tc>
          <w:tcPr>
            <w:tcW w:type="dxa" w:w="1045"/>
          </w:tcPr>
          <w:p>
            <w:pPr>
              <w:spacing w:after="0"/>
              <w:jc w:val="right"/>
            </w:pPr>
            <w:r>
              <w:rPr>
                <w:sz w:val="16"/>
              </w:rPr>
              <w:t>25,463</w:t>
            </w:r>
          </w:p>
        </w:tc>
        <w:tc>
          <w:tcPr>
            <w:tcW w:type="dxa" w:w="1126"/>
          </w:tcPr>
          <w:p>
            <w:pPr>
              <w:spacing w:after="0"/>
              <w:jc w:val="right"/>
            </w:pPr>
            <w:r>
              <w:rPr>
                <w:sz w:val="16"/>
              </w:rPr>
              <w:t>$13,324,030</w:t>
            </w:r>
          </w:p>
        </w:tc>
        <w:tc>
          <w:tcPr>
            <w:tcW w:type="dxa" w:w="1126"/>
          </w:tcPr>
          <w:p>
            <w:pPr>
              <w:spacing w:after="0"/>
              <w:jc w:val="right"/>
            </w:pPr>
            <w:r>
              <w:rPr>
                <w:sz w:val="16"/>
              </w:rPr>
              <w:t>$395</w:t>
            </w:r>
          </w:p>
        </w:tc>
        <w:tc>
          <w:tcPr>
            <w:tcW w:type="dxa" w:w="1173"/>
          </w:tcPr>
          <w:p>
            <w:pPr>
              <w:spacing w:after="0"/>
              <w:jc w:val="right"/>
            </w:pPr>
            <w:r>
              <w:rPr>
                <w:sz w:val="16"/>
              </w:rPr>
              <w:t>$739,649</w:t>
            </w:r>
          </w:p>
        </w:tc>
        <w:tc>
          <w:tcPr>
            <w:tcW w:type="dxa" w:w="1305"/>
          </w:tcPr>
          <w:p>
            <w:pPr>
              <w:spacing w:after="0"/>
              <w:jc w:val="right"/>
            </w:pPr>
            <w:r>
              <w:rPr>
                <w:sz w:val="16"/>
              </w:rPr>
              <w:t>0.319%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$9,121,759,562</w:t>
            </w:r>
          </w:p>
        </w:tc>
        <w:tc>
          <w:tcPr>
            <w:tcW w:type="dxa" w:w="1136"/>
          </w:tcPr>
          <w:p>
            <w:pPr>
              <w:spacing w:after="0"/>
              <w:jc w:val="right"/>
            </w:pPr>
            <w:r>
              <w:rPr>
                <w:sz w:val="16"/>
              </w:rPr>
              <w:t>$39,951,055</w:t>
            </w:r>
          </w:p>
        </w:tc>
        <w:tc>
          <w:tcPr>
            <w:tcW w:type="dxa" w:w="1045"/>
          </w:tcPr>
          <w:p>
            <w:pPr>
              <w:spacing w:after="0"/>
              <w:jc w:val="right"/>
            </w:pPr>
            <w:r>
              <w:rPr>
                <w:sz w:val="16"/>
              </w:rPr>
              <w:t>40,427</w:t>
            </w:r>
          </w:p>
        </w:tc>
        <w:tc>
          <w:tcPr>
            <w:tcW w:type="dxa" w:w="1126"/>
          </w:tcPr>
          <w:p>
            <w:pPr>
              <w:spacing w:after="0"/>
              <w:jc w:val="right"/>
            </w:pPr>
            <w:r>
              <w:rPr>
                <w:sz w:val="16"/>
              </w:rPr>
              <w:t>$6,616</w:t>
            </w:r>
          </w:p>
        </w:tc>
        <w:tc>
          <w:tcPr>
            <w:tcW w:type="dxa" w:w="1126"/>
          </w:tcPr>
          <w:p>
            <w:pPr>
              <w:spacing w:after="0"/>
              <w:jc w:val="right"/>
            </w:pPr>
            <w:r>
              <w:rPr>
                <w:sz w:val="16"/>
              </w:rPr>
              <w:t>under $1</w:t>
            </w:r>
          </w:p>
        </w:tc>
        <w:tc>
          <w:tcPr>
            <w:tcW w:type="dxa" w:w="1173"/>
          </w:tcPr>
          <w:p>
            <w:pPr>
              <w:spacing w:after="0"/>
              <w:jc w:val="right"/>
            </w:pPr>
            <w:r>
              <w:rPr>
                <w:sz w:val="16"/>
              </w:rPr>
              <w:t>$292,489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2026-03-16 (Storm Events through 2026-06-30): 0 county-coded records, 0 with a damage value recorded (including $0), $0; 2 zone-level records, 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40,427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$9,121,759,562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$39,951,055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$33,889,198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$4,937,129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JACKSON,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SUTTER CREEK,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Amador County</w:t>
            </w:r>
          </w:p>
        </w:tc>
        <w:tc>
          <w:tcPr>
            <w:tcW w:type="dxa" w:w="1527"/>
          </w:tcPr>
          <w:p>
            <w:pPr>
              <w:spacing w:after="0"/>
              <w:jc w:val="left"/>
            </w:pPr>
            <w:r>
              <w:rPr>
                <w:sz w:val="16"/>
              </w:rPr>
              <w:t>060015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Amador City city</w:t>
            </w:r>
          </w:p>
        </w:tc>
        <w:tc>
          <w:tcPr>
            <w:tcW w:type="dxa" w:w="1527"/>
          </w:tcPr>
          <w:p>
            <w:pPr>
              <w:spacing w:after="0"/>
              <w:jc w:val="left"/>
            </w:pPr>
            <w:r>
              <w:rPr>
                <w:sz w:val="16"/>
              </w:rPr>
              <w:t>060664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Ione city</w:t>
            </w:r>
          </w:p>
        </w:tc>
        <w:tc>
          <w:tcPr>
            <w:tcW w:type="dxa" w:w="1527"/>
          </w:tcPr>
          <w:p>
            <w:pPr>
              <w:spacing w:after="0"/>
              <w:jc w:val="left"/>
            </w:pPr>
            <w:r>
              <w:rPr>
                <w:sz w:val="16"/>
              </w:rPr>
              <w:t>060016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Jackson city</w:t>
            </w:r>
          </w:p>
        </w:tc>
        <w:tc>
          <w:tcPr>
            <w:tcW w:type="dxa" w:w="1527"/>
          </w:tcPr>
          <w:p>
            <w:pPr>
              <w:spacing w:after="0"/>
              <w:jc w:val="left"/>
            </w:pPr>
            <w:r>
              <w:rPr>
                <w:sz w:val="16"/>
              </w:rPr>
              <w:t>060448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372"/>
          </w:tcPr>
          <w:p>
            <w:pPr>
              <w:spacing w:after="0"/>
              <w:jc w:val="right"/>
            </w:pPr>
            <w:r>
              <w:rPr>
                <w:sz w:val="16"/>
              </w:rPr>
              <w:t>4</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Plymouth city</w:t>
            </w:r>
          </w:p>
        </w:tc>
        <w:tc>
          <w:tcPr>
            <w:tcW w:type="dxa" w:w="1527"/>
          </w:tcPr>
          <w:p>
            <w:pPr>
              <w:spacing w:after="0"/>
              <w:jc w:val="left"/>
            </w:pPr>
            <w:r>
              <w:rPr>
                <w:sz w:val="16"/>
              </w:rPr>
              <w:t>060455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Sutter Creek city</w:t>
            </w:r>
          </w:p>
        </w:tc>
        <w:tc>
          <w:tcPr>
            <w:tcW w:type="dxa" w:w="1527"/>
          </w:tcPr>
          <w:p>
            <w:pPr>
              <w:spacing w:after="0"/>
              <w:jc w:val="left"/>
            </w:pPr>
            <w:r>
              <w:rPr>
                <w:sz w:val="16"/>
              </w:rPr>
              <w:t>060458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Amador County, CA: risk-assessment baseline packet, release 2026-10 (data as of 2026-09-28; County area 06005).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Amador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Amador County, CA: Risk-assessment baseline packet</dc:title>
  <dc:subject>Hazard Plain release 2026-10, as of 2026-09-28. Preview: automated baseline</dc:subject>
  <dc:creator>Hazard Plain</dc:creator>
  <cp:keywords>Hazard Plain; hazard mitigation; risk assessment; 06005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