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Garland County, AR</w:t>
      </w:r>
    </w:p>
    <w:p>
      <w:pPr>
        <w:spacing w:after="120" w:before="0"/>
      </w:pPr>
      <w:r>
        <w:rPr>
          <w:color w:val="555555"/>
          <w:sz w:val="24"/>
        </w:rPr>
        <w:t>Risk-assessment baseline packet</w:t>
      </w:r>
    </w:p>
    <w:p>
      <w:pPr>
        <w:spacing w:after="120" w:before="0"/>
      </w:pPr>
      <w:r>
        <w:rPr>
          <w:b/>
          <w:sz w:val="18"/>
        </w:rPr>
        <w:t xml:space="preserve">Unit: </w:t>
      </w:r>
      <w:r>
        <w:rPr>
          <w:sz w:val="18"/>
        </w:rPr>
        <w:t>County area 05051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2029-02-14</w:t>
      </w:r>
    </w:p>
    <w:p>
      <w:pPr>
        <w:keepNext/>
        <w:spacing w:after="40" w:before="0"/>
      </w:pPr>
      <w:r>
        <w:rPr>
          <w:b/>
        </w:rPr>
        <w:t xml:space="preserve">Plan: </w:t>
      </w:r>
      <w:r>
        <w:rPr/>
        <w:t>Garland County (FEMA plan 106534)</w:t>
      </w:r>
    </w:p>
    <w:p>
      <w:pPr>
        <w:keepNext/>
        <w:spacing w:after="40" w:before="0"/>
      </w:pPr>
      <w:r>
        <w:rPr>
          <w:b/>
        </w:rPr>
        <w:t xml:space="preserve">Approved: </w:t>
      </w:r>
      <w:r>
        <w:rPr/>
        <w:t>2024-02-15</w:t>
      </w:r>
    </w:p>
    <w:p>
      <w:pPr>
        <w:keepNext/>
        <w:spacing w:after="40" w:before="0"/>
      </w:pPr>
      <w:r>
        <w:rPr>
          <w:b/>
        </w:rPr>
        <w:t xml:space="preserve">Expires: </w:t>
      </w:r>
      <w:r>
        <w:rPr/>
        <w:t>2029-02-14</w:t>
      </w:r>
    </w:p>
    <w:p>
      <w:pPr>
        <w:keepNext/>
        <w:spacing w:after="40" w:before="0"/>
      </w:pPr>
      <w:r>
        <w:rPr>
          <w:b/>
        </w:rPr>
        <w:t xml:space="preserve">As of: </w:t>
      </w:r>
      <w:r>
        <w:rPr/>
        <w:t>2026-09-28</w:t>
      </w:r>
    </w:p>
    <w:p>
      <w:pPr>
        <w:keepNext/>
        <w:spacing w:after="40" w:before="0"/>
      </w:pPr>
      <w:r>
        <w:rPr>
          <w:b/>
        </w:rPr>
        <w:t xml:space="preserve">Days: </w:t>
      </w:r>
      <w:r>
        <w:rPr/>
        <w:t>870 days to expiry</w:t>
      </w:r>
    </w:p>
    <w:p>
      <w:pPr>
        <w:spacing w:after="80" w:before="0"/>
      </w:pPr>
      <w:r>
        <w:rPr>
          <w:color w:val="555555"/>
          <w:sz w:val="17"/>
        </w:rPr>
        <w:t>Every jurisdiction listed on this page (12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2024-02-15)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EM-3627-AR, DR-4873-AR, EM-3636-AR (3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4 (44 CFR 77.2); any definition: 23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208"/>
        <w:gridCol w:w="1968"/>
        <w:gridCol w:w="2013"/>
        <w:gridCol w:w="2180"/>
        <w:gridCol w:w="1037"/>
        <w:gridCol w:w="1037"/>
        <w:gridCol w:w="852"/>
        <w:gridCol w:w="912"/>
        <w:gridCol w:w="1905"/>
      </w:tblGrid>
      <w:tr>
        <w:trPr>
          <w:cantSplit/>
          <w:tblHeader/>
        </w:trPr>
        <w:tc>
          <w:tcPr>
            <w:tcW w:type="dxa" w:w="2208"/>
            <w:shd w:val="clear" w:color="auto" w:fill="E8E8E8"/>
          </w:tcPr>
          <w:p>
            <w:pPr>
              <w:spacing w:after="0"/>
              <w:jc w:val="left"/>
            </w:pPr>
            <w:r>
              <w:rPr>
                <w:b/>
                <w:sz w:val="16"/>
              </w:rPr>
              <w:t>Jurisdiction</w:t>
            </w:r>
          </w:p>
        </w:tc>
        <w:tc>
          <w:tcPr>
            <w:tcW w:type="dxa" w:w="1968"/>
            <w:shd w:val="clear" w:color="auto" w:fill="E8E8E8"/>
          </w:tcPr>
          <w:p>
            <w:pPr>
              <w:spacing w:after="0"/>
              <w:jc w:val="left"/>
            </w:pPr>
            <w:r>
              <w:rPr>
                <w:b/>
                <w:sz w:val="16"/>
              </w:rPr>
              <w:t>Type</w:t>
            </w:r>
          </w:p>
        </w:tc>
        <w:tc>
          <w:tcPr>
            <w:tcW w:type="dxa" w:w="2013"/>
            <w:shd w:val="clear" w:color="auto" w:fill="E8E8E8"/>
          </w:tcPr>
          <w:p>
            <w:pPr>
              <w:spacing w:after="0"/>
              <w:jc w:val="left"/>
            </w:pPr>
            <w:r>
              <w:rPr>
                <w:b/>
                <w:sz w:val="16"/>
              </w:rPr>
              <w:t>Status</w:t>
            </w:r>
          </w:p>
        </w:tc>
        <w:tc>
          <w:tcPr>
            <w:tcW w:type="dxa" w:w="218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12"/>
            <w:shd w:val="clear" w:color="auto" w:fill="E8E8E8"/>
          </w:tcPr>
          <w:p>
            <w:pPr>
              <w:spacing w:after="0"/>
              <w:jc w:val="left"/>
            </w:pPr>
            <w:r>
              <w:rPr>
                <w:b/>
                <w:sz w:val="16"/>
              </w:rPr>
              <w:t>Update underway</w:t>
            </w:r>
          </w:p>
        </w:tc>
        <w:tc>
          <w:tcPr>
            <w:tcW w:type="dxa" w:w="1905"/>
            <w:shd w:val="clear" w:color="auto" w:fill="E8E8E8"/>
          </w:tcPr>
          <w:p>
            <w:pPr>
              <w:spacing w:after="0"/>
              <w:jc w:val="left"/>
            </w:pPr>
            <w:r>
              <w:rPr>
                <w:b/>
                <w:sz w:val="16"/>
              </w:rPr>
              <w:t>Notes</w:t>
            </w:r>
          </w:p>
        </w:tc>
      </w:tr>
      <w:tr>
        <w:trPr>
          <w:cantSplit/>
        </w:trPr>
        <w:tc>
          <w:tcPr>
            <w:tcW w:type="dxa" w:w="2208"/>
          </w:tcPr>
          <w:p>
            <w:pPr>
              <w:spacing w:after="0"/>
              <w:jc w:val="left"/>
            </w:pPr>
            <w:r>
              <w:rPr>
                <w:sz w:val="16"/>
              </w:rPr>
              <w:t>Garland County</w:t>
            </w:r>
          </w:p>
        </w:tc>
        <w:tc>
          <w:tcPr>
            <w:tcW w:type="dxa" w:w="1968"/>
          </w:tcPr>
          <w:p>
            <w:pPr>
              <w:spacing w:after="0"/>
              <w:jc w:val="left"/>
            </w:pPr>
            <w:r>
              <w:rPr>
                <w:sz w:val="16"/>
              </w:rPr>
              <w:t>County</w:t>
            </w:r>
          </w:p>
        </w:tc>
        <w:tc>
          <w:tcPr>
            <w:tcW w:type="dxa" w:w="2013"/>
          </w:tcPr>
          <w:p>
            <w:pPr>
              <w:spacing w:after="0"/>
              <w:jc w:val="left"/>
            </w:pPr>
            <w:r>
              <w:rPr>
                <w:sz w:val="16"/>
              </w:rPr>
              <w:t>Approved, expires 2029-02-14</w:t>
            </w:r>
          </w:p>
        </w:tc>
        <w:tc>
          <w:tcPr>
            <w:tcW w:type="dxa" w:w="2180"/>
          </w:tcPr>
          <w:p>
            <w:pPr>
              <w:spacing w:after="0"/>
              <w:jc w:val="left"/>
            </w:pPr>
            <w:r>
              <w:rPr>
                <w:sz w:val="16"/>
              </w:rPr>
              <w:t>Garland County (FEMA plan 106534)</w:t>
            </w:r>
          </w:p>
        </w:tc>
        <w:tc>
          <w:tcPr>
            <w:tcW w:type="dxa" w:w="1037"/>
          </w:tcPr>
          <w:p>
            <w:pPr>
              <w:spacing w:after="0"/>
              <w:jc w:val="left"/>
            </w:pPr>
            <w:r>
              <w:rPr>
                <w:sz w:val="16"/>
              </w:rPr>
              <w:t>2024-02-15</w:t>
            </w:r>
          </w:p>
        </w:tc>
        <w:tc>
          <w:tcPr>
            <w:tcW w:type="dxa" w:w="1037"/>
          </w:tcPr>
          <w:p>
            <w:pPr>
              <w:spacing w:after="0"/>
              <w:jc w:val="left"/>
            </w:pPr>
            <w:r>
              <w:rPr>
                <w:sz w:val="16"/>
              </w:rPr>
              <w:t>2029-02-14</w:t>
            </w:r>
          </w:p>
        </w:tc>
        <w:tc>
          <w:tcPr>
            <w:tcW w:type="dxa" w:w="852"/>
          </w:tcPr>
          <w:p>
            <w:pPr>
              <w:spacing w:after="0"/>
              <w:jc w:val="right"/>
            </w:pPr>
            <w:r>
              <w:rPr>
                <w:sz w:val="16"/>
              </w:rPr>
              <w:t>870</w:t>
            </w:r>
          </w:p>
        </w:tc>
        <w:tc>
          <w:tcPr>
            <w:tcW w:type="dxa" w:w="912"/>
          </w:tcPr>
          <w:p>
            <w:pPr>
              <w:spacing w:after="0"/>
              <w:jc w:val="left"/>
            </w:pPr>
          </w:p>
        </w:tc>
        <w:tc>
          <w:tcPr>
            <w:tcW w:type="dxa" w:w="1905"/>
          </w:tcPr>
          <w:p>
            <w:pPr>
              <w:spacing w:after="0"/>
              <w:jc w:val="left"/>
            </w:pPr>
          </w:p>
        </w:tc>
      </w:tr>
      <w:tr>
        <w:trPr>
          <w:cantSplit/>
        </w:trPr>
        <w:tc>
          <w:tcPr>
            <w:tcW w:type="dxa" w:w="2208"/>
          </w:tcPr>
          <w:p>
            <w:pPr>
              <w:spacing w:after="0"/>
              <w:jc w:val="left"/>
            </w:pPr>
            <w:r>
              <w:rPr>
                <w:sz w:val="16"/>
              </w:rPr>
              <w:t>Fountain Lake town</w:t>
            </w:r>
          </w:p>
        </w:tc>
        <w:tc>
          <w:tcPr>
            <w:tcW w:type="dxa" w:w="1968"/>
          </w:tcPr>
          <w:p>
            <w:pPr>
              <w:spacing w:after="0"/>
              <w:jc w:val="left"/>
            </w:pPr>
            <w:r>
              <w:rPr>
                <w:sz w:val="16"/>
              </w:rPr>
              <w:t>Town</w:t>
            </w:r>
          </w:p>
        </w:tc>
        <w:tc>
          <w:tcPr>
            <w:tcW w:type="dxa" w:w="2013"/>
          </w:tcPr>
          <w:p>
            <w:pPr>
              <w:spacing w:after="0"/>
              <w:jc w:val="left"/>
            </w:pPr>
            <w:r>
              <w:rPr>
                <w:sz w:val="16"/>
              </w:rPr>
              <w:t>Approved, expires 2029-02-14</w:t>
            </w:r>
          </w:p>
        </w:tc>
        <w:tc>
          <w:tcPr>
            <w:tcW w:type="dxa" w:w="2180"/>
          </w:tcPr>
          <w:p>
            <w:pPr>
              <w:spacing w:after="0"/>
              <w:jc w:val="left"/>
            </w:pPr>
            <w:r>
              <w:rPr>
                <w:sz w:val="16"/>
              </w:rPr>
              <w:t>Garland County (FEMA plan 106534)</w:t>
            </w:r>
          </w:p>
        </w:tc>
        <w:tc>
          <w:tcPr>
            <w:tcW w:type="dxa" w:w="1037"/>
          </w:tcPr>
          <w:p>
            <w:pPr>
              <w:spacing w:after="0"/>
              <w:jc w:val="left"/>
            </w:pPr>
            <w:r>
              <w:rPr>
                <w:sz w:val="16"/>
              </w:rPr>
              <w:t>2024-02-15</w:t>
            </w:r>
          </w:p>
        </w:tc>
        <w:tc>
          <w:tcPr>
            <w:tcW w:type="dxa" w:w="1037"/>
          </w:tcPr>
          <w:p>
            <w:pPr>
              <w:spacing w:after="0"/>
              <w:jc w:val="left"/>
            </w:pPr>
            <w:r>
              <w:rPr>
                <w:sz w:val="16"/>
              </w:rPr>
              <w:t>2029-02-14</w:t>
            </w:r>
          </w:p>
        </w:tc>
        <w:tc>
          <w:tcPr>
            <w:tcW w:type="dxa" w:w="852"/>
          </w:tcPr>
          <w:p>
            <w:pPr>
              <w:spacing w:after="0"/>
              <w:jc w:val="right"/>
            </w:pPr>
            <w:r>
              <w:rPr>
                <w:sz w:val="16"/>
              </w:rPr>
              <w:t>870</w:t>
            </w:r>
          </w:p>
        </w:tc>
        <w:tc>
          <w:tcPr>
            <w:tcW w:type="dxa" w:w="912"/>
          </w:tcPr>
          <w:p>
            <w:pPr>
              <w:spacing w:after="0"/>
              <w:jc w:val="left"/>
            </w:pPr>
          </w:p>
        </w:tc>
        <w:tc>
          <w:tcPr>
            <w:tcW w:type="dxa" w:w="1905"/>
          </w:tcPr>
          <w:p>
            <w:pPr>
              <w:spacing w:after="0"/>
              <w:jc w:val="left"/>
            </w:pPr>
            <w:r>
              <w:rPr>
                <w:sz w:val="16"/>
              </w:rPr>
              <w:t>member approved 2024-04-24</w:t>
            </w:r>
          </w:p>
        </w:tc>
      </w:tr>
      <w:tr>
        <w:trPr>
          <w:cantSplit/>
        </w:trPr>
        <w:tc>
          <w:tcPr>
            <w:tcW w:type="dxa" w:w="2208"/>
          </w:tcPr>
          <w:p>
            <w:pPr>
              <w:spacing w:after="0"/>
              <w:jc w:val="left"/>
            </w:pPr>
            <w:r>
              <w:rPr>
                <w:sz w:val="16"/>
              </w:rPr>
              <w:t>Hot Springs city</w:t>
            </w:r>
          </w:p>
        </w:tc>
        <w:tc>
          <w:tcPr>
            <w:tcW w:type="dxa" w:w="1968"/>
          </w:tcPr>
          <w:p>
            <w:pPr>
              <w:spacing w:after="0"/>
              <w:jc w:val="left"/>
            </w:pPr>
            <w:r>
              <w:rPr>
                <w:sz w:val="16"/>
              </w:rPr>
              <w:t>City</w:t>
            </w:r>
          </w:p>
        </w:tc>
        <w:tc>
          <w:tcPr>
            <w:tcW w:type="dxa" w:w="2013"/>
          </w:tcPr>
          <w:p>
            <w:pPr>
              <w:spacing w:after="0"/>
              <w:jc w:val="left"/>
            </w:pPr>
            <w:r>
              <w:rPr>
                <w:sz w:val="16"/>
              </w:rPr>
              <w:t>Approved, expires 2029-02-14</w:t>
            </w:r>
          </w:p>
        </w:tc>
        <w:tc>
          <w:tcPr>
            <w:tcW w:type="dxa" w:w="2180"/>
          </w:tcPr>
          <w:p>
            <w:pPr>
              <w:spacing w:after="0"/>
              <w:jc w:val="left"/>
            </w:pPr>
            <w:r>
              <w:rPr>
                <w:sz w:val="16"/>
              </w:rPr>
              <w:t>Garland County (FEMA plan 106534)</w:t>
            </w:r>
          </w:p>
        </w:tc>
        <w:tc>
          <w:tcPr>
            <w:tcW w:type="dxa" w:w="1037"/>
          </w:tcPr>
          <w:p>
            <w:pPr>
              <w:spacing w:after="0"/>
              <w:jc w:val="left"/>
            </w:pPr>
            <w:r>
              <w:rPr>
                <w:sz w:val="16"/>
              </w:rPr>
              <w:t>2024-02-15</w:t>
            </w:r>
          </w:p>
        </w:tc>
        <w:tc>
          <w:tcPr>
            <w:tcW w:type="dxa" w:w="1037"/>
          </w:tcPr>
          <w:p>
            <w:pPr>
              <w:spacing w:after="0"/>
              <w:jc w:val="left"/>
            </w:pPr>
            <w:r>
              <w:rPr>
                <w:sz w:val="16"/>
              </w:rPr>
              <w:t>2029-02-14</w:t>
            </w:r>
          </w:p>
        </w:tc>
        <w:tc>
          <w:tcPr>
            <w:tcW w:type="dxa" w:w="852"/>
          </w:tcPr>
          <w:p>
            <w:pPr>
              <w:spacing w:after="0"/>
              <w:jc w:val="right"/>
            </w:pPr>
            <w:r>
              <w:rPr>
                <w:sz w:val="16"/>
              </w:rPr>
              <w:t>870</w:t>
            </w:r>
          </w:p>
        </w:tc>
        <w:tc>
          <w:tcPr>
            <w:tcW w:type="dxa" w:w="912"/>
          </w:tcPr>
          <w:p>
            <w:pPr>
              <w:spacing w:after="0"/>
              <w:jc w:val="left"/>
            </w:pPr>
          </w:p>
        </w:tc>
        <w:tc>
          <w:tcPr>
            <w:tcW w:type="dxa" w:w="1905"/>
          </w:tcPr>
          <w:p>
            <w:pPr>
              <w:spacing w:after="0"/>
              <w:jc w:val="left"/>
            </w:pPr>
            <w:r>
              <w:rPr>
                <w:sz w:val="16"/>
              </w:rPr>
              <w:t>member approved 2024-04-24</w:t>
            </w:r>
          </w:p>
        </w:tc>
      </w:tr>
      <w:tr>
        <w:trPr>
          <w:cantSplit/>
        </w:trPr>
        <w:tc>
          <w:tcPr>
            <w:tcW w:type="dxa" w:w="2208"/>
          </w:tcPr>
          <w:p>
            <w:pPr>
              <w:spacing w:after="0"/>
              <w:jc w:val="left"/>
            </w:pPr>
            <w:r>
              <w:rPr>
                <w:sz w:val="16"/>
              </w:rPr>
              <w:t>Mountain Pine city</w:t>
            </w:r>
          </w:p>
        </w:tc>
        <w:tc>
          <w:tcPr>
            <w:tcW w:type="dxa" w:w="1968"/>
          </w:tcPr>
          <w:p>
            <w:pPr>
              <w:spacing w:after="0"/>
              <w:jc w:val="left"/>
            </w:pPr>
            <w:r>
              <w:rPr>
                <w:sz w:val="16"/>
              </w:rPr>
              <w:t>City</w:t>
            </w:r>
          </w:p>
        </w:tc>
        <w:tc>
          <w:tcPr>
            <w:tcW w:type="dxa" w:w="2013"/>
          </w:tcPr>
          <w:p>
            <w:pPr>
              <w:spacing w:after="0"/>
              <w:jc w:val="left"/>
            </w:pPr>
            <w:r>
              <w:rPr>
                <w:sz w:val="16"/>
              </w:rPr>
              <w:t>Approved, expires 2029-02-14</w:t>
            </w:r>
          </w:p>
        </w:tc>
        <w:tc>
          <w:tcPr>
            <w:tcW w:type="dxa" w:w="2180"/>
          </w:tcPr>
          <w:p>
            <w:pPr>
              <w:spacing w:after="0"/>
              <w:jc w:val="left"/>
            </w:pPr>
            <w:r>
              <w:rPr>
                <w:sz w:val="16"/>
              </w:rPr>
              <w:t>Garland County (FEMA plan 106534)</w:t>
            </w:r>
          </w:p>
        </w:tc>
        <w:tc>
          <w:tcPr>
            <w:tcW w:type="dxa" w:w="1037"/>
          </w:tcPr>
          <w:p>
            <w:pPr>
              <w:spacing w:after="0"/>
              <w:jc w:val="left"/>
            </w:pPr>
            <w:r>
              <w:rPr>
                <w:sz w:val="16"/>
              </w:rPr>
              <w:t>2024-02-15</w:t>
            </w:r>
          </w:p>
        </w:tc>
        <w:tc>
          <w:tcPr>
            <w:tcW w:type="dxa" w:w="1037"/>
          </w:tcPr>
          <w:p>
            <w:pPr>
              <w:spacing w:after="0"/>
              <w:jc w:val="left"/>
            </w:pPr>
            <w:r>
              <w:rPr>
                <w:sz w:val="16"/>
              </w:rPr>
              <w:t>2029-02-14</w:t>
            </w:r>
          </w:p>
        </w:tc>
        <w:tc>
          <w:tcPr>
            <w:tcW w:type="dxa" w:w="852"/>
          </w:tcPr>
          <w:p>
            <w:pPr>
              <w:spacing w:after="0"/>
              <w:jc w:val="right"/>
            </w:pPr>
            <w:r>
              <w:rPr>
                <w:sz w:val="16"/>
              </w:rPr>
              <w:t>870</w:t>
            </w:r>
          </w:p>
        </w:tc>
        <w:tc>
          <w:tcPr>
            <w:tcW w:type="dxa" w:w="912"/>
          </w:tcPr>
          <w:p>
            <w:pPr>
              <w:spacing w:after="0"/>
              <w:jc w:val="left"/>
            </w:pPr>
          </w:p>
        </w:tc>
        <w:tc>
          <w:tcPr>
            <w:tcW w:type="dxa" w:w="1905"/>
          </w:tcPr>
          <w:p>
            <w:pPr>
              <w:spacing w:after="0"/>
              <w:jc w:val="left"/>
            </w:pPr>
            <w:r>
              <w:rPr>
                <w:sz w:val="16"/>
              </w:rPr>
              <w:t>member approved 2024-04-24</w:t>
            </w:r>
          </w:p>
        </w:tc>
      </w:tr>
      <w:tr>
        <w:trPr>
          <w:cantSplit/>
        </w:trPr>
        <w:tc>
          <w:tcPr>
            <w:tcW w:type="dxa" w:w="2208"/>
          </w:tcPr>
          <w:p>
            <w:pPr>
              <w:spacing w:after="0"/>
              <w:jc w:val="left"/>
            </w:pPr>
            <w:r>
              <w:rPr>
                <w:sz w:val="16"/>
              </w:rPr>
              <w:t>Cutter-Morning Star School District</w:t>
            </w:r>
          </w:p>
        </w:tc>
        <w:tc>
          <w:tcPr>
            <w:tcW w:type="dxa" w:w="1968"/>
          </w:tcPr>
          <w:p>
            <w:pPr>
              <w:spacing w:after="0"/>
              <w:jc w:val="left"/>
            </w:pPr>
            <w:r>
              <w:rPr>
                <w:sz w:val="16"/>
              </w:rPr>
              <w:t>School/School District</w:t>
            </w:r>
          </w:p>
        </w:tc>
        <w:tc>
          <w:tcPr>
            <w:tcW w:type="dxa" w:w="2013"/>
          </w:tcPr>
          <w:p>
            <w:pPr>
              <w:spacing w:after="0"/>
              <w:jc w:val="left"/>
            </w:pPr>
            <w:r>
              <w:rPr>
                <w:sz w:val="16"/>
              </w:rPr>
              <w:t>Approved, expires 2029-02-14</w:t>
            </w:r>
          </w:p>
        </w:tc>
        <w:tc>
          <w:tcPr>
            <w:tcW w:type="dxa" w:w="2180"/>
          </w:tcPr>
          <w:p>
            <w:pPr>
              <w:spacing w:after="0"/>
              <w:jc w:val="left"/>
            </w:pPr>
            <w:r>
              <w:rPr>
                <w:sz w:val="16"/>
              </w:rPr>
              <w:t>Garland County (FEMA plan 106534)</w:t>
            </w:r>
          </w:p>
        </w:tc>
        <w:tc>
          <w:tcPr>
            <w:tcW w:type="dxa" w:w="1037"/>
          </w:tcPr>
          <w:p>
            <w:pPr>
              <w:spacing w:after="0"/>
              <w:jc w:val="left"/>
            </w:pPr>
            <w:r>
              <w:rPr>
                <w:sz w:val="16"/>
              </w:rPr>
              <w:t>2024-02-15</w:t>
            </w:r>
          </w:p>
        </w:tc>
        <w:tc>
          <w:tcPr>
            <w:tcW w:type="dxa" w:w="1037"/>
          </w:tcPr>
          <w:p>
            <w:pPr>
              <w:spacing w:after="0"/>
              <w:jc w:val="left"/>
            </w:pPr>
            <w:r>
              <w:rPr>
                <w:sz w:val="16"/>
              </w:rPr>
              <w:t>2029-02-14</w:t>
            </w:r>
          </w:p>
        </w:tc>
        <w:tc>
          <w:tcPr>
            <w:tcW w:type="dxa" w:w="852"/>
          </w:tcPr>
          <w:p>
            <w:pPr>
              <w:spacing w:after="0"/>
              <w:jc w:val="right"/>
            </w:pPr>
            <w:r>
              <w:rPr>
                <w:sz w:val="16"/>
              </w:rPr>
              <w:t>870</w:t>
            </w:r>
          </w:p>
        </w:tc>
        <w:tc>
          <w:tcPr>
            <w:tcW w:type="dxa" w:w="912"/>
          </w:tcPr>
          <w:p>
            <w:pPr>
              <w:spacing w:after="0"/>
              <w:jc w:val="left"/>
            </w:pPr>
          </w:p>
        </w:tc>
        <w:tc>
          <w:tcPr>
            <w:tcW w:type="dxa" w:w="1905"/>
          </w:tcPr>
          <w:p>
            <w:pPr>
              <w:spacing w:after="0"/>
              <w:jc w:val="left"/>
            </w:pPr>
            <w:r>
              <w:rPr>
                <w:sz w:val="16"/>
              </w:rPr>
              <w:t>member approved 2024-04-24</w:t>
            </w:r>
          </w:p>
        </w:tc>
      </w:tr>
      <w:tr>
        <w:trPr>
          <w:cantSplit/>
        </w:trPr>
        <w:tc>
          <w:tcPr>
            <w:tcW w:type="dxa" w:w="2208"/>
          </w:tcPr>
          <w:p>
            <w:pPr>
              <w:spacing w:after="0"/>
              <w:jc w:val="left"/>
            </w:pPr>
            <w:r>
              <w:rPr>
                <w:sz w:val="16"/>
              </w:rPr>
              <w:t>Fountain Lake School District</w:t>
            </w:r>
          </w:p>
        </w:tc>
        <w:tc>
          <w:tcPr>
            <w:tcW w:type="dxa" w:w="1968"/>
          </w:tcPr>
          <w:p>
            <w:pPr>
              <w:spacing w:after="0"/>
              <w:jc w:val="left"/>
            </w:pPr>
            <w:r>
              <w:rPr>
                <w:sz w:val="16"/>
              </w:rPr>
              <w:t>School/School District</w:t>
            </w:r>
          </w:p>
        </w:tc>
        <w:tc>
          <w:tcPr>
            <w:tcW w:type="dxa" w:w="2013"/>
          </w:tcPr>
          <w:p>
            <w:pPr>
              <w:spacing w:after="0"/>
              <w:jc w:val="left"/>
            </w:pPr>
            <w:r>
              <w:rPr>
                <w:sz w:val="16"/>
              </w:rPr>
              <w:t>Approved, expires 2029-02-14</w:t>
            </w:r>
          </w:p>
        </w:tc>
        <w:tc>
          <w:tcPr>
            <w:tcW w:type="dxa" w:w="2180"/>
          </w:tcPr>
          <w:p>
            <w:pPr>
              <w:spacing w:after="0"/>
              <w:jc w:val="left"/>
            </w:pPr>
            <w:r>
              <w:rPr>
                <w:sz w:val="16"/>
              </w:rPr>
              <w:t>Garland County (FEMA plan 106534)</w:t>
            </w:r>
          </w:p>
        </w:tc>
        <w:tc>
          <w:tcPr>
            <w:tcW w:type="dxa" w:w="1037"/>
          </w:tcPr>
          <w:p>
            <w:pPr>
              <w:spacing w:after="0"/>
              <w:jc w:val="left"/>
            </w:pPr>
            <w:r>
              <w:rPr>
                <w:sz w:val="16"/>
              </w:rPr>
              <w:t>2024-02-15</w:t>
            </w:r>
          </w:p>
        </w:tc>
        <w:tc>
          <w:tcPr>
            <w:tcW w:type="dxa" w:w="1037"/>
          </w:tcPr>
          <w:p>
            <w:pPr>
              <w:spacing w:after="0"/>
              <w:jc w:val="left"/>
            </w:pPr>
            <w:r>
              <w:rPr>
                <w:sz w:val="16"/>
              </w:rPr>
              <w:t>2029-02-14</w:t>
            </w:r>
          </w:p>
        </w:tc>
        <w:tc>
          <w:tcPr>
            <w:tcW w:type="dxa" w:w="852"/>
          </w:tcPr>
          <w:p>
            <w:pPr>
              <w:spacing w:after="0"/>
              <w:jc w:val="right"/>
            </w:pPr>
            <w:r>
              <w:rPr>
                <w:sz w:val="16"/>
              </w:rPr>
              <w:t>870</w:t>
            </w:r>
          </w:p>
        </w:tc>
        <w:tc>
          <w:tcPr>
            <w:tcW w:type="dxa" w:w="912"/>
          </w:tcPr>
          <w:p>
            <w:pPr>
              <w:spacing w:after="0"/>
              <w:jc w:val="left"/>
            </w:pPr>
          </w:p>
        </w:tc>
        <w:tc>
          <w:tcPr>
            <w:tcW w:type="dxa" w:w="1905"/>
          </w:tcPr>
          <w:p>
            <w:pPr>
              <w:spacing w:after="0"/>
              <w:jc w:val="left"/>
            </w:pPr>
            <w:r>
              <w:rPr>
                <w:sz w:val="16"/>
              </w:rPr>
              <w:t>member approved 2024-04-24</w:t>
            </w:r>
          </w:p>
        </w:tc>
      </w:tr>
      <w:tr>
        <w:trPr>
          <w:cantSplit/>
        </w:trPr>
        <w:tc>
          <w:tcPr>
            <w:tcW w:type="dxa" w:w="2208"/>
          </w:tcPr>
          <w:p>
            <w:pPr>
              <w:spacing w:after="0"/>
              <w:jc w:val="left"/>
            </w:pPr>
            <w:r>
              <w:rPr>
                <w:sz w:val="16"/>
              </w:rPr>
              <w:t>Hot Springs School District</w:t>
            </w:r>
          </w:p>
        </w:tc>
        <w:tc>
          <w:tcPr>
            <w:tcW w:type="dxa" w:w="1968"/>
          </w:tcPr>
          <w:p>
            <w:pPr>
              <w:spacing w:after="0"/>
              <w:jc w:val="left"/>
            </w:pPr>
            <w:r>
              <w:rPr>
                <w:sz w:val="16"/>
              </w:rPr>
              <w:t>School/School District</w:t>
            </w:r>
          </w:p>
        </w:tc>
        <w:tc>
          <w:tcPr>
            <w:tcW w:type="dxa" w:w="2013"/>
          </w:tcPr>
          <w:p>
            <w:pPr>
              <w:spacing w:after="0"/>
              <w:jc w:val="left"/>
            </w:pPr>
            <w:r>
              <w:rPr>
                <w:sz w:val="16"/>
              </w:rPr>
              <w:t>Approved, expires 2029-02-14</w:t>
            </w:r>
          </w:p>
        </w:tc>
        <w:tc>
          <w:tcPr>
            <w:tcW w:type="dxa" w:w="2180"/>
          </w:tcPr>
          <w:p>
            <w:pPr>
              <w:spacing w:after="0"/>
              <w:jc w:val="left"/>
            </w:pPr>
            <w:r>
              <w:rPr>
                <w:sz w:val="16"/>
              </w:rPr>
              <w:t>Garland County (FEMA plan 106534)</w:t>
            </w:r>
          </w:p>
        </w:tc>
        <w:tc>
          <w:tcPr>
            <w:tcW w:type="dxa" w:w="1037"/>
          </w:tcPr>
          <w:p>
            <w:pPr>
              <w:spacing w:after="0"/>
              <w:jc w:val="left"/>
            </w:pPr>
            <w:r>
              <w:rPr>
                <w:sz w:val="16"/>
              </w:rPr>
              <w:t>2024-02-15</w:t>
            </w:r>
          </w:p>
        </w:tc>
        <w:tc>
          <w:tcPr>
            <w:tcW w:type="dxa" w:w="1037"/>
          </w:tcPr>
          <w:p>
            <w:pPr>
              <w:spacing w:after="0"/>
              <w:jc w:val="left"/>
            </w:pPr>
            <w:r>
              <w:rPr>
                <w:sz w:val="16"/>
              </w:rPr>
              <w:t>2029-02-14</w:t>
            </w:r>
          </w:p>
        </w:tc>
        <w:tc>
          <w:tcPr>
            <w:tcW w:type="dxa" w:w="852"/>
          </w:tcPr>
          <w:p>
            <w:pPr>
              <w:spacing w:after="0"/>
              <w:jc w:val="right"/>
            </w:pPr>
            <w:r>
              <w:rPr>
                <w:sz w:val="16"/>
              </w:rPr>
              <w:t>870</w:t>
            </w:r>
          </w:p>
        </w:tc>
        <w:tc>
          <w:tcPr>
            <w:tcW w:type="dxa" w:w="912"/>
          </w:tcPr>
          <w:p>
            <w:pPr>
              <w:spacing w:after="0"/>
              <w:jc w:val="left"/>
            </w:pPr>
          </w:p>
        </w:tc>
        <w:tc>
          <w:tcPr>
            <w:tcW w:type="dxa" w:w="1905"/>
          </w:tcPr>
          <w:p>
            <w:pPr>
              <w:spacing w:after="0"/>
              <w:jc w:val="left"/>
            </w:pPr>
            <w:r>
              <w:rPr>
                <w:sz w:val="16"/>
              </w:rPr>
              <w:t>member approved 2024-04-24</w:t>
            </w:r>
          </w:p>
        </w:tc>
      </w:tr>
      <w:tr>
        <w:trPr>
          <w:cantSplit/>
        </w:trPr>
        <w:tc>
          <w:tcPr>
            <w:tcW w:type="dxa" w:w="2208"/>
          </w:tcPr>
          <w:p>
            <w:pPr>
              <w:spacing w:after="0"/>
              <w:jc w:val="left"/>
            </w:pPr>
            <w:r>
              <w:rPr>
                <w:sz w:val="16"/>
              </w:rPr>
              <w:t>Jessieville School District</w:t>
            </w:r>
          </w:p>
        </w:tc>
        <w:tc>
          <w:tcPr>
            <w:tcW w:type="dxa" w:w="1968"/>
          </w:tcPr>
          <w:p>
            <w:pPr>
              <w:spacing w:after="0"/>
              <w:jc w:val="left"/>
            </w:pPr>
            <w:r>
              <w:rPr>
                <w:sz w:val="16"/>
              </w:rPr>
              <w:t>School/School District</w:t>
            </w:r>
          </w:p>
        </w:tc>
        <w:tc>
          <w:tcPr>
            <w:tcW w:type="dxa" w:w="2013"/>
          </w:tcPr>
          <w:p>
            <w:pPr>
              <w:spacing w:after="0"/>
              <w:jc w:val="left"/>
            </w:pPr>
            <w:r>
              <w:rPr>
                <w:sz w:val="16"/>
              </w:rPr>
              <w:t>Approved, expires 2029-02-14</w:t>
            </w:r>
          </w:p>
        </w:tc>
        <w:tc>
          <w:tcPr>
            <w:tcW w:type="dxa" w:w="2180"/>
          </w:tcPr>
          <w:p>
            <w:pPr>
              <w:spacing w:after="0"/>
              <w:jc w:val="left"/>
            </w:pPr>
            <w:r>
              <w:rPr>
                <w:sz w:val="16"/>
              </w:rPr>
              <w:t>Garland County (FEMA plan 106534)</w:t>
            </w:r>
          </w:p>
        </w:tc>
        <w:tc>
          <w:tcPr>
            <w:tcW w:type="dxa" w:w="1037"/>
          </w:tcPr>
          <w:p>
            <w:pPr>
              <w:spacing w:after="0"/>
              <w:jc w:val="left"/>
            </w:pPr>
            <w:r>
              <w:rPr>
                <w:sz w:val="16"/>
              </w:rPr>
              <w:t>2024-02-15</w:t>
            </w:r>
          </w:p>
        </w:tc>
        <w:tc>
          <w:tcPr>
            <w:tcW w:type="dxa" w:w="1037"/>
          </w:tcPr>
          <w:p>
            <w:pPr>
              <w:spacing w:after="0"/>
              <w:jc w:val="left"/>
            </w:pPr>
            <w:r>
              <w:rPr>
                <w:sz w:val="16"/>
              </w:rPr>
              <w:t>2029-02-14</w:t>
            </w:r>
          </w:p>
        </w:tc>
        <w:tc>
          <w:tcPr>
            <w:tcW w:type="dxa" w:w="852"/>
          </w:tcPr>
          <w:p>
            <w:pPr>
              <w:spacing w:after="0"/>
              <w:jc w:val="right"/>
            </w:pPr>
            <w:r>
              <w:rPr>
                <w:sz w:val="16"/>
              </w:rPr>
              <w:t>870</w:t>
            </w:r>
          </w:p>
        </w:tc>
        <w:tc>
          <w:tcPr>
            <w:tcW w:type="dxa" w:w="912"/>
          </w:tcPr>
          <w:p>
            <w:pPr>
              <w:spacing w:after="0"/>
              <w:jc w:val="left"/>
            </w:pPr>
          </w:p>
        </w:tc>
        <w:tc>
          <w:tcPr>
            <w:tcW w:type="dxa" w:w="1905"/>
          </w:tcPr>
          <w:p>
            <w:pPr>
              <w:spacing w:after="0"/>
              <w:jc w:val="left"/>
            </w:pPr>
          </w:p>
        </w:tc>
      </w:tr>
      <w:tr>
        <w:trPr>
          <w:cantSplit/>
        </w:trPr>
        <w:tc>
          <w:tcPr>
            <w:tcW w:type="dxa" w:w="2208"/>
          </w:tcPr>
          <w:p>
            <w:pPr>
              <w:spacing w:after="0"/>
              <w:jc w:val="left"/>
            </w:pPr>
            <w:r>
              <w:rPr>
                <w:sz w:val="16"/>
              </w:rPr>
              <w:t>Lake Hamilton School District</w:t>
            </w:r>
          </w:p>
        </w:tc>
        <w:tc>
          <w:tcPr>
            <w:tcW w:type="dxa" w:w="1968"/>
          </w:tcPr>
          <w:p>
            <w:pPr>
              <w:spacing w:after="0"/>
              <w:jc w:val="left"/>
            </w:pPr>
            <w:r>
              <w:rPr>
                <w:sz w:val="16"/>
              </w:rPr>
              <w:t>School/School District</w:t>
            </w:r>
          </w:p>
        </w:tc>
        <w:tc>
          <w:tcPr>
            <w:tcW w:type="dxa" w:w="2013"/>
          </w:tcPr>
          <w:p>
            <w:pPr>
              <w:spacing w:after="0"/>
              <w:jc w:val="left"/>
            </w:pPr>
            <w:r>
              <w:rPr>
                <w:sz w:val="16"/>
              </w:rPr>
              <w:t>Approved, expires 2029-02-14</w:t>
            </w:r>
          </w:p>
        </w:tc>
        <w:tc>
          <w:tcPr>
            <w:tcW w:type="dxa" w:w="2180"/>
          </w:tcPr>
          <w:p>
            <w:pPr>
              <w:spacing w:after="0"/>
              <w:jc w:val="left"/>
            </w:pPr>
            <w:r>
              <w:rPr>
                <w:sz w:val="16"/>
              </w:rPr>
              <w:t>Garland County (FEMA plan 106534)</w:t>
            </w:r>
          </w:p>
        </w:tc>
        <w:tc>
          <w:tcPr>
            <w:tcW w:type="dxa" w:w="1037"/>
          </w:tcPr>
          <w:p>
            <w:pPr>
              <w:spacing w:after="0"/>
              <w:jc w:val="left"/>
            </w:pPr>
            <w:r>
              <w:rPr>
                <w:sz w:val="16"/>
              </w:rPr>
              <w:t>2024-02-15</w:t>
            </w:r>
          </w:p>
        </w:tc>
        <w:tc>
          <w:tcPr>
            <w:tcW w:type="dxa" w:w="1037"/>
          </w:tcPr>
          <w:p>
            <w:pPr>
              <w:spacing w:after="0"/>
              <w:jc w:val="left"/>
            </w:pPr>
            <w:r>
              <w:rPr>
                <w:sz w:val="16"/>
              </w:rPr>
              <w:t>2029-02-14</w:t>
            </w:r>
          </w:p>
        </w:tc>
        <w:tc>
          <w:tcPr>
            <w:tcW w:type="dxa" w:w="852"/>
          </w:tcPr>
          <w:p>
            <w:pPr>
              <w:spacing w:after="0"/>
              <w:jc w:val="right"/>
            </w:pPr>
            <w:r>
              <w:rPr>
                <w:sz w:val="16"/>
              </w:rPr>
              <w:t>870</w:t>
            </w:r>
          </w:p>
        </w:tc>
        <w:tc>
          <w:tcPr>
            <w:tcW w:type="dxa" w:w="912"/>
          </w:tcPr>
          <w:p>
            <w:pPr>
              <w:spacing w:after="0"/>
              <w:jc w:val="left"/>
            </w:pPr>
          </w:p>
        </w:tc>
        <w:tc>
          <w:tcPr>
            <w:tcW w:type="dxa" w:w="1905"/>
          </w:tcPr>
          <w:p>
            <w:pPr>
              <w:spacing w:after="0"/>
              <w:jc w:val="left"/>
            </w:pPr>
            <w:r>
              <w:rPr>
                <w:sz w:val="16"/>
              </w:rPr>
              <w:t>member approved 2024-04-24</w:t>
            </w:r>
          </w:p>
        </w:tc>
      </w:tr>
      <w:tr>
        <w:trPr>
          <w:cantSplit/>
        </w:trPr>
        <w:tc>
          <w:tcPr>
            <w:tcW w:type="dxa" w:w="2208"/>
          </w:tcPr>
          <w:p>
            <w:pPr>
              <w:spacing w:after="0"/>
              <w:jc w:val="left"/>
            </w:pPr>
            <w:r>
              <w:rPr>
                <w:sz w:val="16"/>
              </w:rPr>
              <w:t>Lakeside School District</w:t>
            </w:r>
          </w:p>
        </w:tc>
        <w:tc>
          <w:tcPr>
            <w:tcW w:type="dxa" w:w="1968"/>
          </w:tcPr>
          <w:p>
            <w:pPr>
              <w:spacing w:after="0"/>
              <w:jc w:val="left"/>
            </w:pPr>
            <w:r>
              <w:rPr>
                <w:sz w:val="16"/>
              </w:rPr>
              <w:t>School/School District</w:t>
            </w:r>
          </w:p>
        </w:tc>
        <w:tc>
          <w:tcPr>
            <w:tcW w:type="dxa" w:w="2013"/>
          </w:tcPr>
          <w:p>
            <w:pPr>
              <w:spacing w:after="0"/>
              <w:jc w:val="left"/>
            </w:pPr>
            <w:r>
              <w:rPr>
                <w:sz w:val="16"/>
              </w:rPr>
              <w:t>Approved, expires 2029-02-14</w:t>
            </w:r>
          </w:p>
        </w:tc>
        <w:tc>
          <w:tcPr>
            <w:tcW w:type="dxa" w:w="2180"/>
          </w:tcPr>
          <w:p>
            <w:pPr>
              <w:spacing w:after="0"/>
              <w:jc w:val="left"/>
            </w:pPr>
            <w:r>
              <w:rPr>
                <w:sz w:val="16"/>
              </w:rPr>
              <w:t>Garland County (FEMA plan 106534)</w:t>
            </w:r>
          </w:p>
        </w:tc>
        <w:tc>
          <w:tcPr>
            <w:tcW w:type="dxa" w:w="1037"/>
          </w:tcPr>
          <w:p>
            <w:pPr>
              <w:spacing w:after="0"/>
              <w:jc w:val="left"/>
            </w:pPr>
            <w:r>
              <w:rPr>
                <w:sz w:val="16"/>
              </w:rPr>
              <w:t>2024-02-15</w:t>
            </w:r>
          </w:p>
        </w:tc>
        <w:tc>
          <w:tcPr>
            <w:tcW w:type="dxa" w:w="1037"/>
          </w:tcPr>
          <w:p>
            <w:pPr>
              <w:spacing w:after="0"/>
              <w:jc w:val="left"/>
            </w:pPr>
            <w:r>
              <w:rPr>
                <w:sz w:val="16"/>
              </w:rPr>
              <w:t>2029-02-14</w:t>
            </w:r>
          </w:p>
        </w:tc>
        <w:tc>
          <w:tcPr>
            <w:tcW w:type="dxa" w:w="852"/>
          </w:tcPr>
          <w:p>
            <w:pPr>
              <w:spacing w:after="0"/>
              <w:jc w:val="right"/>
            </w:pPr>
            <w:r>
              <w:rPr>
                <w:sz w:val="16"/>
              </w:rPr>
              <w:t>870</w:t>
            </w:r>
          </w:p>
        </w:tc>
        <w:tc>
          <w:tcPr>
            <w:tcW w:type="dxa" w:w="912"/>
          </w:tcPr>
          <w:p>
            <w:pPr>
              <w:spacing w:after="0"/>
              <w:jc w:val="left"/>
            </w:pPr>
          </w:p>
        </w:tc>
        <w:tc>
          <w:tcPr>
            <w:tcW w:type="dxa" w:w="1905"/>
          </w:tcPr>
          <w:p>
            <w:pPr>
              <w:spacing w:after="0"/>
              <w:jc w:val="left"/>
            </w:pPr>
            <w:r>
              <w:rPr>
                <w:sz w:val="16"/>
              </w:rPr>
              <w:t>member approved 2024-04-24</w:t>
            </w:r>
          </w:p>
        </w:tc>
      </w:tr>
      <w:tr>
        <w:trPr>
          <w:cantSplit/>
        </w:trPr>
        <w:tc>
          <w:tcPr>
            <w:tcW w:type="dxa" w:w="2208"/>
          </w:tcPr>
          <w:p>
            <w:pPr>
              <w:spacing w:after="0"/>
              <w:jc w:val="left"/>
            </w:pPr>
            <w:r>
              <w:rPr>
                <w:sz w:val="16"/>
              </w:rPr>
              <w:t>Mountain Pine School District</w:t>
            </w:r>
          </w:p>
        </w:tc>
        <w:tc>
          <w:tcPr>
            <w:tcW w:type="dxa" w:w="1968"/>
          </w:tcPr>
          <w:p>
            <w:pPr>
              <w:spacing w:after="0"/>
              <w:jc w:val="left"/>
            </w:pPr>
            <w:r>
              <w:rPr>
                <w:sz w:val="16"/>
              </w:rPr>
              <w:t>School/School District</w:t>
            </w:r>
          </w:p>
        </w:tc>
        <w:tc>
          <w:tcPr>
            <w:tcW w:type="dxa" w:w="2013"/>
          </w:tcPr>
          <w:p>
            <w:pPr>
              <w:spacing w:after="0"/>
              <w:jc w:val="left"/>
            </w:pPr>
            <w:r>
              <w:rPr>
                <w:sz w:val="16"/>
              </w:rPr>
              <w:t>Approved, expires 2029-02-14</w:t>
            </w:r>
          </w:p>
        </w:tc>
        <w:tc>
          <w:tcPr>
            <w:tcW w:type="dxa" w:w="2180"/>
          </w:tcPr>
          <w:p>
            <w:pPr>
              <w:spacing w:after="0"/>
              <w:jc w:val="left"/>
            </w:pPr>
            <w:r>
              <w:rPr>
                <w:sz w:val="16"/>
              </w:rPr>
              <w:t>Garland County (FEMA plan 106534)</w:t>
            </w:r>
          </w:p>
        </w:tc>
        <w:tc>
          <w:tcPr>
            <w:tcW w:type="dxa" w:w="1037"/>
          </w:tcPr>
          <w:p>
            <w:pPr>
              <w:spacing w:after="0"/>
              <w:jc w:val="left"/>
            </w:pPr>
            <w:r>
              <w:rPr>
                <w:sz w:val="16"/>
              </w:rPr>
              <w:t>2024-02-15</w:t>
            </w:r>
          </w:p>
        </w:tc>
        <w:tc>
          <w:tcPr>
            <w:tcW w:type="dxa" w:w="1037"/>
          </w:tcPr>
          <w:p>
            <w:pPr>
              <w:spacing w:after="0"/>
              <w:jc w:val="left"/>
            </w:pPr>
            <w:r>
              <w:rPr>
                <w:sz w:val="16"/>
              </w:rPr>
              <w:t>2029-02-14</w:t>
            </w:r>
          </w:p>
        </w:tc>
        <w:tc>
          <w:tcPr>
            <w:tcW w:type="dxa" w:w="852"/>
          </w:tcPr>
          <w:p>
            <w:pPr>
              <w:spacing w:after="0"/>
              <w:jc w:val="right"/>
            </w:pPr>
            <w:r>
              <w:rPr>
                <w:sz w:val="16"/>
              </w:rPr>
              <w:t>870</w:t>
            </w:r>
          </w:p>
        </w:tc>
        <w:tc>
          <w:tcPr>
            <w:tcW w:type="dxa" w:w="912"/>
          </w:tcPr>
          <w:p>
            <w:pPr>
              <w:spacing w:after="0"/>
              <w:jc w:val="left"/>
            </w:pPr>
          </w:p>
        </w:tc>
        <w:tc>
          <w:tcPr>
            <w:tcW w:type="dxa" w:w="1905"/>
          </w:tcPr>
          <w:p>
            <w:pPr>
              <w:spacing w:after="0"/>
              <w:jc w:val="left"/>
            </w:pPr>
            <w:r>
              <w:rPr>
                <w:sz w:val="16"/>
              </w:rPr>
              <w:t>member approved 2024-04-24</w:t>
            </w:r>
          </w:p>
        </w:tc>
      </w:tr>
      <w:tr>
        <w:trPr>
          <w:cantSplit/>
        </w:trPr>
        <w:tc>
          <w:tcPr>
            <w:tcW w:type="dxa" w:w="2208"/>
          </w:tcPr>
          <w:p>
            <w:pPr>
              <w:spacing w:after="0"/>
              <w:jc w:val="left"/>
            </w:pPr>
            <w:r>
              <w:rPr>
                <w:sz w:val="16"/>
              </w:rPr>
              <w:t>National Park College</w:t>
            </w:r>
          </w:p>
        </w:tc>
        <w:tc>
          <w:tcPr>
            <w:tcW w:type="dxa" w:w="1968"/>
          </w:tcPr>
          <w:p>
            <w:pPr>
              <w:spacing w:after="0"/>
              <w:jc w:val="left"/>
            </w:pPr>
            <w:r>
              <w:rPr>
                <w:sz w:val="16"/>
              </w:rPr>
              <w:t>College/University</w:t>
            </w:r>
          </w:p>
        </w:tc>
        <w:tc>
          <w:tcPr>
            <w:tcW w:type="dxa" w:w="2013"/>
          </w:tcPr>
          <w:p>
            <w:pPr>
              <w:spacing w:after="0"/>
              <w:jc w:val="left"/>
            </w:pPr>
            <w:r>
              <w:rPr>
                <w:sz w:val="16"/>
              </w:rPr>
              <w:t>Approved, expires 2029-02-14</w:t>
            </w:r>
          </w:p>
        </w:tc>
        <w:tc>
          <w:tcPr>
            <w:tcW w:type="dxa" w:w="2180"/>
          </w:tcPr>
          <w:p>
            <w:pPr>
              <w:spacing w:after="0"/>
              <w:jc w:val="left"/>
            </w:pPr>
            <w:r>
              <w:rPr>
                <w:sz w:val="16"/>
              </w:rPr>
              <w:t>Garland County (FEMA plan 106534)</w:t>
            </w:r>
          </w:p>
        </w:tc>
        <w:tc>
          <w:tcPr>
            <w:tcW w:type="dxa" w:w="1037"/>
          </w:tcPr>
          <w:p>
            <w:pPr>
              <w:spacing w:after="0"/>
              <w:jc w:val="left"/>
            </w:pPr>
            <w:r>
              <w:rPr>
                <w:sz w:val="16"/>
              </w:rPr>
              <w:t>2024-02-15</w:t>
            </w:r>
          </w:p>
        </w:tc>
        <w:tc>
          <w:tcPr>
            <w:tcW w:type="dxa" w:w="1037"/>
          </w:tcPr>
          <w:p>
            <w:pPr>
              <w:spacing w:after="0"/>
              <w:jc w:val="left"/>
            </w:pPr>
            <w:r>
              <w:rPr>
                <w:sz w:val="16"/>
              </w:rPr>
              <w:t>2029-02-14</w:t>
            </w:r>
          </w:p>
        </w:tc>
        <w:tc>
          <w:tcPr>
            <w:tcW w:type="dxa" w:w="852"/>
          </w:tcPr>
          <w:p>
            <w:pPr>
              <w:spacing w:after="0"/>
              <w:jc w:val="right"/>
            </w:pPr>
            <w:r>
              <w:rPr>
                <w:sz w:val="16"/>
              </w:rPr>
              <w:t>870</w:t>
            </w:r>
          </w:p>
        </w:tc>
        <w:tc>
          <w:tcPr>
            <w:tcW w:type="dxa" w:w="912"/>
          </w:tcPr>
          <w:p>
            <w:pPr>
              <w:spacing w:after="0"/>
              <w:jc w:val="left"/>
            </w:pPr>
          </w:p>
        </w:tc>
        <w:tc>
          <w:tcPr>
            <w:tcW w:type="dxa" w:w="1905"/>
          </w:tcPr>
          <w:p>
            <w:pPr>
              <w:spacing w:after="0"/>
              <w:jc w:val="left"/>
            </w:pPr>
            <w:r>
              <w:rPr>
                <w:sz w:val="16"/>
              </w:rPr>
              <w:t>member approved 2024-04-24</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0"/>
        <w:gridCol w:w="1037"/>
        <w:gridCol w:w="1207"/>
        <w:gridCol w:w="1342"/>
        <w:gridCol w:w="1126"/>
        <w:gridCol w:w="1126"/>
        <w:gridCol w:w="1282"/>
        <w:gridCol w:w="1160"/>
        <w:gridCol w:w="1163"/>
        <w:gridCol w:w="2083"/>
        <w:gridCol w:w="1906"/>
      </w:tblGrid>
      <w:tr>
        <w:trPr>
          <w:cantSplit/>
          <w:tblHeader/>
        </w:trPr>
        <w:tc>
          <w:tcPr>
            <w:tcW w:type="dxa" w:w="68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7"/>
            <w:shd w:val="clear" w:color="auto" w:fill="E8E8E8"/>
          </w:tcPr>
          <w:p>
            <w:pPr>
              <w:spacing w:after="0"/>
              <w:jc w:val="left"/>
            </w:pPr>
            <w:r>
              <w:rPr>
                <w:b/>
                <w:sz w:val="16"/>
              </w:rPr>
              <w:t>NRI risk rating</w:t>
            </w:r>
          </w:p>
        </w:tc>
        <w:tc>
          <w:tcPr>
            <w:tcW w:type="dxa" w:w="134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6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8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06"/>
            <w:shd w:val="clear" w:color="auto" w:fill="E8E8E8"/>
          </w:tcPr>
          <w:p>
            <w:pPr>
              <w:spacing w:after="0"/>
              <w:jc w:val="left"/>
            </w:pPr>
            <w:r>
              <w:rPr>
                <w:b/>
                <w:sz w:val="16"/>
              </w:rPr>
              <w:t>Storm Events coverage note</w:t>
            </w:r>
          </w:p>
        </w:tc>
      </w:tr>
      <w:tr>
        <w:trPr>
          <w:cantSplit/>
        </w:trPr>
        <w:tc>
          <w:tcPr>
            <w:tcW w:type="dxa" w:w="680"/>
          </w:tcPr>
          <w:p>
            <w:pPr>
              <w:spacing w:after="0"/>
              <w:jc w:val="right"/>
            </w:pPr>
            <w:r>
              <w:rPr>
                <w:sz w:val="16"/>
              </w:rPr>
              <w:t>1</w:t>
            </w:r>
          </w:p>
        </w:tc>
        <w:tc>
          <w:tcPr>
            <w:tcW w:type="dxa" w:w="1037"/>
          </w:tcPr>
          <w:p>
            <w:pPr>
              <w:spacing w:after="0"/>
              <w:jc w:val="left"/>
            </w:pPr>
            <w:r>
              <w:rPr>
                <w:sz w:val="16"/>
              </w:rPr>
              <w:t>Inland Flooding</w:t>
            </w:r>
          </w:p>
        </w:tc>
        <w:tc>
          <w:tcPr>
            <w:tcW w:type="dxa" w:w="1207"/>
          </w:tcPr>
          <w:p>
            <w:pPr>
              <w:spacing w:after="0"/>
              <w:jc w:val="left"/>
            </w:pPr>
            <w:r>
              <w:rPr>
                <w:sz w:val="16"/>
              </w:rPr>
              <w:t>Relatively Moderate</w:t>
            </w:r>
          </w:p>
        </w:tc>
        <w:tc>
          <w:tcPr>
            <w:tcW w:type="dxa" w:w="1342"/>
          </w:tcPr>
          <w:p>
            <w:pPr>
              <w:spacing w:after="0"/>
              <w:jc w:val="left"/>
            </w:pPr>
            <w:r>
              <w:rPr>
                <w:sz w:val="16"/>
              </w:rPr>
              <w:t>Relatively Moderate</w:t>
            </w:r>
          </w:p>
        </w:tc>
        <w:tc>
          <w:tcPr>
            <w:tcW w:type="dxa" w:w="1126"/>
          </w:tcPr>
          <w:p>
            <w:pPr>
              <w:spacing w:after="0"/>
              <w:jc w:val="right"/>
            </w:pPr>
            <w:r>
              <w:rPr>
                <w:sz w:val="16"/>
              </w:rPr>
              <w:t>$27,390,665</w:t>
            </w:r>
          </w:p>
        </w:tc>
        <w:tc>
          <w:tcPr>
            <w:tcW w:type="dxa" w:w="1126"/>
          </w:tcPr>
          <w:p>
            <w:pPr>
              <w:spacing w:after="0"/>
              <w:jc w:val="right"/>
            </w:pPr>
            <w:r>
              <w:rPr>
                <w:sz w:val="16"/>
              </w:rPr>
              <w:t>$45,619</w:t>
            </w:r>
          </w:p>
        </w:tc>
        <w:tc>
          <w:tcPr>
            <w:tcW w:type="dxa" w:w="1282"/>
          </w:tcPr>
          <w:p>
            <w:pPr>
              <w:spacing w:after="0"/>
              <w:jc w:val="right"/>
            </w:pPr>
            <w:r>
              <w:rPr>
                <w:sz w:val="16"/>
              </w:rPr>
              <w:t>$566,065</w:t>
            </w:r>
          </w:p>
        </w:tc>
        <w:tc>
          <w:tcPr>
            <w:tcW w:type="dxa" w:w="1160"/>
          </w:tcPr>
          <w:p>
            <w:pPr>
              <w:spacing w:after="0"/>
              <w:jc w:val="right"/>
            </w:pPr>
            <w:r>
              <w:rPr>
                <w:sz w:val="16"/>
              </w:rPr>
              <w:t>$28,002,350</w:t>
            </w:r>
          </w:p>
        </w:tc>
        <w:tc>
          <w:tcPr>
            <w:tcW w:type="dxa" w:w="1163"/>
          </w:tcPr>
          <w:p>
            <w:pPr>
              <w:spacing w:after="0"/>
              <w:jc w:val="right"/>
            </w:pPr>
            <w:r>
              <w:rPr>
                <w:sz w:val="16"/>
              </w:rPr>
              <w:t>78</w:t>
            </w:r>
          </w:p>
        </w:tc>
        <w:tc>
          <w:tcPr>
            <w:tcW w:type="dxa" w:w="2083"/>
          </w:tcPr>
          <w:p>
            <w:pPr>
              <w:spacing w:after="0"/>
              <w:jc w:val="left"/>
            </w:pPr>
          </w:p>
        </w:tc>
        <w:tc>
          <w:tcPr>
            <w:tcW w:type="dxa" w:w="1906"/>
          </w:tcPr>
          <w:p>
            <w:pPr>
              <w:spacing w:after="0"/>
              <w:jc w:val="left"/>
            </w:pPr>
          </w:p>
        </w:tc>
      </w:tr>
      <w:tr>
        <w:trPr>
          <w:cantSplit/>
        </w:trPr>
        <w:tc>
          <w:tcPr>
            <w:tcW w:type="dxa" w:w="680"/>
          </w:tcPr>
          <w:p>
            <w:pPr>
              <w:spacing w:after="0"/>
              <w:jc w:val="right"/>
            </w:pPr>
            <w:r>
              <w:rPr>
                <w:sz w:val="16"/>
              </w:rPr>
              <w:t>2</w:t>
            </w:r>
          </w:p>
        </w:tc>
        <w:tc>
          <w:tcPr>
            <w:tcW w:type="dxa" w:w="1037"/>
          </w:tcPr>
          <w:p>
            <w:pPr>
              <w:spacing w:after="0"/>
              <w:jc w:val="left"/>
            </w:pPr>
            <w:r>
              <w:rPr>
                <w:sz w:val="16"/>
              </w:rPr>
              <w:t>Tornado</w:t>
            </w:r>
          </w:p>
        </w:tc>
        <w:tc>
          <w:tcPr>
            <w:tcW w:type="dxa" w:w="1207"/>
          </w:tcPr>
          <w:p>
            <w:pPr>
              <w:spacing w:after="0"/>
              <w:jc w:val="left"/>
            </w:pPr>
            <w:r>
              <w:rPr>
                <w:sz w:val="16"/>
              </w:rPr>
              <w:t>Relatively High</w:t>
            </w:r>
          </w:p>
        </w:tc>
        <w:tc>
          <w:tcPr>
            <w:tcW w:type="dxa" w:w="1342"/>
          </w:tcPr>
          <w:p>
            <w:pPr>
              <w:spacing w:after="0"/>
              <w:jc w:val="left"/>
            </w:pPr>
            <w:r>
              <w:rPr>
                <w:sz w:val="16"/>
              </w:rPr>
              <w:t>Relatively High</w:t>
            </w:r>
          </w:p>
        </w:tc>
        <w:tc>
          <w:tcPr>
            <w:tcW w:type="dxa" w:w="1126"/>
          </w:tcPr>
          <w:p>
            <w:pPr>
              <w:spacing w:after="0"/>
              <w:jc w:val="right"/>
            </w:pPr>
            <w:r>
              <w:rPr>
                <w:sz w:val="16"/>
              </w:rPr>
              <w:t>$4,453,016</w:t>
            </w:r>
          </w:p>
        </w:tc>
        <w:tc>
          <w:tcPr>
            <w:tcW w:type="dxa" w:w="1126"/>
          </w:tcPr>
          <w:p>
            <w:pPr>
              <w:spacing w:after="0"/>
              <w:jc w:val="right"/>
            </w:pPr>
            <w:r>
              <w:rPr>
                <w:sz w:val="16"/>
              </w:rPr>
              <w:t>$250</w:t>
            </w:r>
          </w:p>
        </w:tc>
        <w:tc>
          <w:tcPr>
            <w:tcW w:type="dxa" w:w="1282"/>
          </w:tcPr>
          <w:p>
            <w:pPr>
              <w:spacing w:after="0"/>
              <w:jc w:val="right"/>
            </w:pPr>
            <w:r>
              <w:rPr>
                <w:sz w:val="16"/>
              </w:rPr>
              <w:t>$7,099,598</w:t>
            </w:r>
          </w:p>
        </w:tc>
        <w:tc>
          <w:tcPr>
            <w:tcW w:type="dxa" w:w="1160"/>
          </w:tcPr>
          <w:p>
            <w:pPr>
              <w:spacing w:after="0"/>
              <w:jc w:val="right"/>
            </w:pPr>
            <w:r>
              <w:rPr>
                <w:sz w:val="16"/>
              </w:rPr>
              <w:t>$11,552,864</w:t>
            </w:r>
          </w:p>
        </w:tc>
        <w:tc>
          <w:tcPr>
            <w:tcW w:type="dxa" w:w="1163"/>
          </w:tcPr>
          <w:p>
            <w:pPr>
              <w:spacing w:after="0"/>
              <w:jc w:val="right"/>
            </w:pPr>
            <w:r>
              <w:rPr>
                <w:sz w:val="16"/>
              </w:rPr>
              <w:t>23</w:t>
            </w:r>
          </w:p>
        </w:tc>
        <w:tc>
          <w:tcPr>
            <w:tcW w:type="dxa" w:w="2083"/>
          </w:tcPr>
          <w:p>
            <w:pPr>
              <w:spacing w:after="0"/>
              <w:jc w:val="left"/>
            </w:pPr>
          </w:p>
        </w:tc>
        <w:tc>
          <w:tcPr>
            <w:tcW w:type="dxa" w:w="1906"/>
          </w:tcPr>
          <w:p>
            <w:pPr>
              <w:spacing w:after="0"/>
              <w:jc w:val="left"/>
            </w:pPr>
          </w:p>
        </w:tc>
      </w:tr>
      <w:tr>
        <w:trPr>
          <w:cantSplit/>
        </w:trPr>
        <w:tc>
          <w:tcPr>
            <w:tcW w:type="dxa" w:w="680"/>
          </w:tcPr>
          <w:p>
            <w:pPr>
              <w:spacing w:after="0"/>
              <w:jc w:val="right"/>
            </w:pPr>
            <w:r>
              <w:rPr>
                <w:sz w:val="16"/>
              </w:rPr>
              <w:t>3</w:t>
            </w:r>
          </w:p>
        </w:tc>
        <w:tc>
          <w:tcPr>
            <w:tcW w:type="dxa" w:w="1037"/>
          </w:tcPr>
          <w:p>
            <w:pPr>
              <w:spacing w:after="0"/>
              <w:jc w:val="left"/>
            </w:pPr>
            <w:r>
              <w:rPr>
                <w:sz w:val="16"/>
              </w:rPr>
              <w:t>Ice Storm</w:t>
            </w:r>
          </w:p>
        </w:tc>
        <w:tc>
          <w:tcPr>
            <w:tcW w:type="dxa" w:w="1207"/>
          </w:tcPr>
          <w:p>
            <w:pPr>
              <w:spacing w:after="0"/>
              <w:jc w:val="left"/>
            </w:pPr>
            <w:r>
              <w:rPr>
                <w:sz w:val="16"/>
              </w:rPr>
              <w:t>Very High</w:t>
            </w:r>
          </w:p>
        </w:tc>
        <w:tc>
          <w:tcPr>
            <w:tcW w:type="dxa" w:w="1342"/>
          </w:tcPr>
          <w:p>
            <w:pPr>
              <w:spacing w:after="0"/>
              <w:jc w:val="left"/>
            </w:pPr>
            <w:r>
              <w:rPr>
                <w:sz w:val="16"/>
              </w:rPr>
              <w:t>Very High</w:t>
            </w:r>
          </w:p>
        </w:tc>
        <w:tc>
          <w:tcPr>
            <w:tcW w:type="dxa" w:w="1126"/>
          </w:tcPr>
          <w:p>
            <w:pPr>
              <w:spacing w:after="0"/>
              <w:jc w:val="right"/>
            </w:pPr>
            <w:r>
              <w:rPr>
                <w:sz w:val="16"/>
              </w:rPr>
              <w:t>$3,426,662</w:t>
            </w:r>
          </w:p>
        </w:tc>
        <w:tc>
          <w:tcPr>
            <w:tcW w:type="dxa" w:w="1126"/>
          </w:tcPr>
          <w:p>
            <w:pPr>
              <w:spacing w:after="0"/>
              <w:jc w:val="right"/>
            </w:pPr>
          </w:p>
        </w:tc>
        <w:tc>
          <w:tcPr>
            <w:tcW w:type="dxa" w:w="1282"/>
          </w:tcPr>
          <w:p>
            <w:pPr>
              <w:spacing w:after="0"/>
              <w:jc w:val="right"/>
            </w:pPr>
            <w:r>
              <w:rPr>
                <w:sz w:val="16"/>
              </w:rPr>
              <w:t>$226,738</w:t>
            </w:r>
          </w:p>
        </w:tc>
        <w:tc>
          <w:tcPr>
            <w:tcW w:type="dxa" w:w="1160"/>
          </w:tcPr>
          <w:p>
            <w:pPr>
              <w:spacing w:after="0"/>
              <w:jc w:val="right"/>
            </w:pPr>
            <w:r>
              <w:rPr>
                <w:sz w:val="16"/>
              </w:rPr>
              <w:t>$3,653,400</w:t>
            </w:r>
          </w:p>
        </w:tc>
        <w:tc>
          <w:tcPr>
            <w:tcW w:type="dxa" w:w="1163"/>
          </w:tcPr>
          <w:p>
            <w:pPr>
              <w:spacing w:after="0"/>
              <w:jc w:val="right"/>
            </w:pPr>
            <w:r>
              <w:rPr>
                <w:sz w:val="16"/>
              </w:rPr>
              <w:t>6</w:t>
            </w:r>
          </w:p>
        </w:tc>
        <w:tc>
          <w:tcPr>
            <w:tcW w:type="dxa" w:w="2083"/>
          </w:tcPr>
          <w:p>
            <w:pPr>
              <w:spacing w:after="0"/>
              <w:jc w:val="left"/>
            </w:pPr>
          </w:p>
        </w:tc>
        <w:tc>
          <w:tcPr>
            <w:tcW w:type="dxa" w:w="1906"/>
          </w:tcPr>
          <w:p>
            <w:pPr>
              <w:spacing w:after="0"/>
              <w:jc w:val="left"/>
            </w:pPr>
          </w:p>
        </w:tc>
      </w:tr>
      <w:tr>
        <w:trPr>
          <w:cantSplit/>
        </w:trPr>
        <w:tc>
          <w:tcPr>
            <w:tcW w:type="dxa" w:w="680"/>
          </w:tcPr>
          <w:p>
            <w:pPr>
              <w:spacing w:after="0"/>
              <w:jc w:val="right"/>
            </w:pPr>
            <w:r>
              <w:rPr>
                <w:sz w:val="16"/>
              </w:rPr>
              <w:t>4</w:t>
            </w:r>
          </w:p>
        </w:tc>
        <w:tc>
          <w:tcPr>
            <w:tcW w:type="dxa" w:w="1037"/>
          </w:tcPr>
          <w:p>
            <w:pPr>
              <w:spacing w:after="0"/>
              <w:jc w:val="left"/>
            </w:pPr>
            <w:r>
              <w:rPr>
                <w:sz w:val="16"/>
              </w:rPr>
              <w:t>Heat Wave</w:t>
            </w:r>
          </w:p>
        </w:tc>
        <w:tc>
          <w:tcPr>
            <w:tcW w:type="dxa" w:w="1207"/>
          </w:tcPr>
          <w:p>
            <w:pPr>
              <w:spacing w:after="0"/>
              <w:jc w:val="left"/>
            </w:pPr>
            <w:r>
              <w:rPr>
                <w:sz w:val="16"/>
              </w:rPr>
              <w:t>Relatively Moderate</w:t>
            </w:r>
          </w:p>
        </w:tc>
        <w:tc>
          <w:tcPr>
            <w:tcW w:type="dxa" w:w="1342"/>
          </w:tcPr>
          <w:p>
            <w:pPr>
              <w:spacing w:after="0"/>
              <w:jc w:val="left"/>
            </w:pPr>
            <w:r>
              <w:rPr>
                <w:sz w:val="16"/>
              </w:rPr>
              <w:t>Relatively Moderate</w:t>
            </w:r>
          </w:p>
        </w:tc>
        <w:tc>
          <w:tcPr>
            <w:tcW w:type="dxa" w:w="1126"/>
          </w:tcPr>
          <w:p>
            <w:pPr>
              <w:spacing w:after="0"/>
              <w:jc w:val="right"/>
            </w:pPr>
            <w:r>
              <w:rPr>
                <w:sz w:val="16"/>
              </w:rPr>
              <w:t>$261</w:t>
            </w:r>
          </w:p>
        </w:tc>
        <w:tc>
          <w:tcPr>
            <w:tcW w:type="dxa" w:w="1126"/>
          </w:tcPr>
          <w:p>
            <w:pPr>
              <w:spacing w:after="0"/>
              <w:jc w:val="right"/>
            </w:pPr>
            <w:r>
              <w:rPr>
                <w:sz w:val="16"/>
              </w:rPr>
              <w:t>$60</w:t>
            </w:r>
          </w:p>
        </w:tc>
        <w:tc>
          <w:tcPr>
            <w:tcW w:type="dxa" w:w="1282"/>
          </w:tcPr>
          <w:p>
            <w:pPr>
              <w:spacing w:after="0"/>
              <w:jc w:val="right"/>
            </w:pPr>
            <w:r>
              <w:rPr>
                <w:sz w:val="16"/>
              </w:rPr>
              <w:t>$3,459,707</w:t>
            </w:r>
          </w:p>
        </w:tc>
        <w:tc>
          <w:tcPr>
            <w:tcW w:type="dxa" w:w="1160"/>
          </w:tcPr>
          <w:p>
            <w:pPr>
              <w:spacing w:after="0"/>
              <w:jc w:val="right"/>
            </w:pPr>
            <w:r>
              <w:rPr>
                <w:sz w:val="16"/>
              </w:rPr>
              <w:t>$3,460,028</w:t>
            </w:r>
          </w:p>
        </w:tc>
        <w:tc>
          <w:tcPr>
            <w:tcW w:type="dxa" w:w="1163"/>
          </w:tcPr>
          <w:p>
            <w:pPr>
              <w:spacing w:after="0"/>
              <w:jc w:val="right"/>
            </w:pPr>
            <w:r>
              <w:rPr>
                <w:sz w:val="16"/>
              </w:rPr>
              <w:t>11</w:t>
            </w:r>
          </w:p>
        </w:tc>
        <w:tc>
          <w:tcPr>
            <w:tcW w:type="dxa" w:w="2083"/>
          </w:tcPr>
          <w:p>
            <w:pPr>
              <w:spacing w:after="0"/>
              <w:jc w:val="left"/>
            </w:pPr>
          </w:p>
        </w:tc>
        <w:tc>
          <w:tcPr>
            <w:tcW w:type="dxa" w:w="1906"/>
          </w:tcPr>
          <w:p>
            <w:pPr>
              <w:spacing w:after="0"/>
              <w:jc w:val="left"/>
            </w:pPr>
          </w:p>
        </w:tc>
      </w:tr>
      <w:tr>
        <w:trPr>
          <w:cantSplit/>
        </w:trPr>
        <w:tc>
          <w:tcPr>
            <w:tcW w:type="dxa" w:w="680"/>
          </w:tcPr>
          <w:p>
            <w:pPr>
              <w:spacing w:after="0"/>
              <w:jc w:val="right"/>
            </w:pPr>
            <w:r>
              <w:rPr>
                <w:sz w:val="16"/>
              </w:rPr>
              <w:t>5</w:t>
            </w:r>
          </w:p>
        </w:tc>
        <w:tc>
          <w:tcPr>
            <w:tcW w:type="dxa" w:w="1037"/>
          </w:tcPr>
          <w:p>
            <w:pPr>
              <w:spacing w:after="0"/>
              <w:jc w:val="left"/>
            </w:pPr>
            <w:r>
              <w:rPr>
                <w:sz w:val="16"/>
              </w:rPr>
              <w:t>Earthquake</w:t>
            </w:r>
          </w:p>
        </w:tc>
        <w:tc>
          <w:tcPr>
            <w:tcW w:type="dxa" w:w="1207"/>
          </w:tcPr>
          <w:p>
            <w:pPr>
              <w:spacing w:after="0"/>
              <w:jc w:val="left"/>
            </w:pPr>
            <w:r>
              <w:rPr>
                <w:sz w:val="16"/>
              </w:rPr>
              <w:t>Relatively Low</w:t>
            </w:r>
          </w:p>
        </w:tc>
        <w:tc>
          <w:tcPr>
            <w:tcW w:type="dxa" w:w="1342"/>
          </w:tcPr>
          <w:p>
            <w:pPr>
              <w:spacing w:after="0"/>
              <w:jc w:val="left"/>
            </w:pPr>
            <w:r>
              <w:rPr>
                <w:sz w:val="16"/>
              </w:rPr>
              <w:t>Relatively Moderate</w:t>
            </w:r>
          </w:p>
        </w:tc>
        <w:tc>
          <w:tcPr>
            <w:tcW w:type="dxa" w:w="1126"/>
          </w:tcPr>
          <w:p>
            <w:pPr>
              <w:spacing w:after="0"/>
              <w:jc w:val="right"/>
            </w:pPr>
            <w:r>
              <w:rPr>
                <w:sz w:val="16"/>
              </w:rPr>
              <w:t>$2,358,842</w:t>
            </w:r>
          </w:p>
        </w:tc>
        <w:tc>
          <w:tcPr>
            <w:tcW w:type="dxa" w:w="1126"/>
          </w:tcPr>
          <w:p>
            <w:pPr>
              <w:spacing w:after="0"/>
              <w:jc w:val="right"/>
            </w:pPr>
          </w:p>
        </w:tc>
        <w:tc>
          <w:tcPr>
            <w:tcW w:type="dxa" w:w="1282"/>
          </w:tcPr>
          <w:p>
            <w:pPr>
              <w:spacing w:after="0"/>
              <w:jc w:val="right"/>
            </w:pPr>
            <w:r>
              <w:rPr>
                <w:sz w:val="16"/>
              </w:rPr>
              <w:t>$934,614</w:t>
            </w:r>
          </w:p>
        </w:tc>
        <w:tc>
          <w:tcPr>
            <w:tcW w:type="dxa" w:w="1160"/>
          </w:tcPr>
          <w:p>
            <w:pPr>
              <w:spacing w:after="0"/>
              <w:jc w:val="right"/>
            </w:pPr>
            <w:r>
              <w:rPr>
                <w:sz w:val="16"/>
              </w:rPr>
              <w:t>$3,293,456</w:t>
            </w:r>
          </w:p>
        </w:tc>
        <w:tc>
          <w:tcPr>
            <w:tcW w:type="dxa" w:w="1163"/>
          </w:tcPr>
          <w:p>
            <w:pPr>
              <w:spacing w:after="0"/>
              <w:jc w:val="right"/>
            </w:pPr>
          </w:p>
        </w:tc>
        <w:tc>
          <w:tcPr>
            <w:tcW w:type="dxa" w:w="2083"/>
          </w:tcPr>
          <w:p>
            <w:pPr>
              <w:spacing w:after="0"/>
              <w:jc w:val="left"/>
            </w:pPr>
          </w:p>
        </w:tc>
        <w:tc>
          <w:tcPr>
            <w:tcW w:type="dxa" w:w="1906"/>
          </w:tcPr>
          <w:p>
            <w:pPr>
              <w:spacing w:after="0"/>
              <w:jc w:val="left"/>
            </w:pPr>
            <w:r>
              <w:rPr>
                <w:sz w:val="16"/>
              </w:rPr>
              <w:t>Not in Storm Events. Storm Events coverage of this hazard is limited; absence is not evidence of low risk.</w:t>
            </w:r>
          </w:p>
        </w:tc>
      </w:tr>
      <w:tr>
        <w:trPr>
          <w:cantSplit/>
        </w:trPr>
        <w:tc>
          <w:tcPr>
            <w:tcW w:type="dxa" w:w="680"/>
          </w:tcPr>
          <w:p>
            <w:pPr>
              <w:spacing w:after="0"/>
              <w:jc w:val="right"/>
            </w:pPr>
            <w:r>
              <w:rPr>
                <w:sz w:val="16"/>
              </w:rPr>
              <w:t>6</w:t>
            </w:r>
          </w:p>
        </w:tc>
        <w:tc>
          <w:tcPr>
            <w:tcW w:type="dxa" w:w="1037"/>
          </w:tcPr>
          <w:p>
            <w:pPr>
              <w:spacing w:after="0"/>
              <w:jc w:val="left"/>
            </w:pPr>
            <w:r>
              <w:rPr>
                <w:sz w:val="16"/>
              </w:rPr>
              <w:t>Strong Wind</w:t>
            </w:r>
          </w:p>
        </w:tc>
        <w:tc>
          <w:tcPr>
            <w:tcW w:type="dxa" w:w="1207"/>
          </w:tcPr>
          <w:p>
            <w:pPr>
              <w:spacing w:after="0"/>
              <w:jc w:val="left"/>
            </w:pPr>
            <w:r>
              <w:rPr>
                <w:sz w:val="16"/>
              </w:rPr>
              <w:t>Relatively High</w:t>
            </w:r>
          </w:p>
        </w:tc>
        <w:tc>
          <w:tcPr>
            <w:tcW w:type="dxa" w:w="1342"/>
          </w:tcPr>
          <w:p>
            <w:pPr>
              <w:spacing w:after="0"/>
              <w:jc w:val="left"/>
            </w:pPr>
            <w:r>
              <w:rPr>
                <w:sz w:val="16"/>
              </w:rPr>
              <w:t>Relatively High</w:t>
            </w:r>
          </w:p>
        </w:tc>
        <w:tc>
          <w:tcPr>
            <w:tcW w:type="dxa" w:w="1126"/>
          </w:tcPr>
          <w:p>
            <w:pPr>
              <w:spacing w:after="0"/>
              <w:jc w:val="right"/>
            </w:pPr>
            <w:r>
              <w:rPr>
                <w:sz w:val="16"/>
              </w:rPr>
              <w:t>$553,067</w:t>
            </w:r>
          </w:p>
        </w:tc>
        <w:tc>
          <w:tcPr>
            <w:tcW w:type="dxa" w:w="1126"/>
          </w:tcPr>
          <w:p>
            <w:pPr>
              <w:spacing w:after="0"/>
              <w:jc w:val="right"/>
            </w:pPr>
            <w:r>
              <w:rPr>
                <w:sz w:val="16"/>
              </w:rPr>
              <w:t>$14</w:t>
            </w:r>
          </w:p>
        </w:tc>
        <w:tc>
          <w:tcPr>
            <w:tcW w:type="dxa" w:w="1282"/>
          </w:tcPr>
          <w:p>
            <w:pPr>
              <w:spacing w:after="0"/>
              <w:jc w:val="right"/>
            </w:pPr>
            <w:r>
              <w:rPr>
                <w:sz w:val="16"/>
              </w:rPr>
              <w:t>$2,152,856</w:t>
            </w:r>
          </w:p>
        </w:tc>
        <w:tc>
          <w:tcPr>
            <w:tcW w:type="dxa" w:w="1160"/>
          </w:tcPr>
          <w:p>
            <w:pPr>
              <w:spacing w:after="0"/>
              <w:jc w:val="right"/>
            </w:pPr>
            <w:r>
              <w:rPr>
                <w:sz w:val="16"/>
              </w:rPr>
              <w:t>$2,705,937</w:t>
            </w:r>
          </w:p>
        </w:tc>
        <w:tc>
          <w:tcPr>
            <w:tcW w:type="dxa" w:w="1163"/>
          </w:tcPr>
          <w:p>
            <w:pPr>
              <w:spacing w:after="0"/>
              <w:jc w:val="right"/>
            </w:pPr>
            <w:r>
              <w:rPr>
                <w:sz w:val="16"/>
              </w:rPr>
              <w:t>263</w:t>
            </w:r>
          </w:p>
        </w:tc>
        <w:tc>
          <w:tcPr>
            <w:tcW w:type="dxa" w:w="2083"/>
          </w:tcPr>
          <w:p>
            <w:pPr>
              <w:spacing w:after="0"/>
              <w:jc w:val="left"/>
            </w:pPr>
          </w:p>
        </w:tc>
        <w:tc>
          <w:tcPr>
            <w:tcW w:type="dxa" w:w="1906"/>
          </w:tcPr>
          <w:p>
            <w:pPr>
              <w:spacing w:after="0"/>
              <w:jc w:val="left"/>
            </w:pPr>
            <w:r>
              <w:rPr>
                <w:sz w:val="16"/>
              </w:rPr>
              <w:t>Includes 4 High Wind records and 10 Strong Wind records, event types the NRI definition of this hazard leaves out.</w:t>
            </w:r>
          </w:p>
        </w:tc>
      </w:tr>
      <w:tr>
        <w:trPr>
          <w:cantSplit/>
        </w:trPr>
        <w:tc>
          <w:tcPr>
            <w:tcW w:type="dxa" w:w="680"/>
          </w:tcPr>
          <w:p>
            <w:pPr>
              <w:spacing w:after="0"/>
              <w:jc w:val="right"/>
            </w:pPr>
            <w:r>
              <w:rPr>
                <w:sz w:val="16"/>
              </w:rPr>
              <w:t>7</w:t>
            </w:r>
          </w:p>
        </w:tc>
        <w:tc>
          <w:tcPr>
            <w:tcW w:type="dxa" w:w="1037"/>
          </w:tcPr>
          <w:p>
            <w:pPr>
              <w:spacing w:after="0"/>
              <w:jc w:val="left"/>
            </w:pPr>
            <w:r>
              <w:rPr>
                <w:sz w:val="16"/>
              </w:rPr>
              <w:t>Hail</w:t>
            </w:r>
          </w:p>
        </w:tc>
        <w:tc>
          <w:tcPr>
            <w:tcW w:type="dxa" w:w="1207"/>
          </w:tcPr>
          <w:p>
            <w:pPr>
              <w:spacing w:after="0"/>
              <w:jc w:val="left"/>
            </w:pPr>
            <w:r>
              <w:rPr>
                <w:sz w:val="16"/>
              </w:rPr>
              <w:t>Relatively High</w:t>
            </w:r>
          </w:p>
        </w:tc>
        <w:tc>
          <w:tcPr>
            <w:tcW w:type="dxa" w:w="1342"/>
          </w:tcPr>
          <w:p>
            <w:pPr>
              <w:spacing w:after="0"/>
              <w:jc w:val="left"/>
            </w:pPr>
            <w:r>
              <w:rPr>
                <w:sz w:val="16"/>
              </w:rPr>
              <w:t>Relatively Moderate</w:t>
            </w:r>
          </w:p>
        </w:tc>
        <w:tc>
          <w:tcPr>
            <w:tcW w:type="dxa" w:w="1126"/>
          </w:tcPr>
          <w:p>
            <w:pPr>
              <w:spacing w:after="0"/>
              <w:jc w:val="right"/>
            </w:pPr>
            <w:r>
              <w:rPr>
                <w:sz w:val="16"/>
              </w:rPr>
              <w:t>$2,203,416</w:t>
            </w:r>
          </w:p>
        </w:tc>
        <w:tc>
          <w:tcPr>
            <w:tcW w:type="dxa" w:w="1126"/>
          </w:tcPr>
          <w:p>
            <w:pPr>
              <w:spacing w:after="0"/>
              <w:jc w:val="right"/>
            </w:pPr>
            <w:r>
              <w:rPr>
                <w:sz w:val="16"/>
              </w:rPr>
              <w:t>$8,541</w:t>
            </w:r>
          </w:p>
        </w:tc>
        <w:tc>
          <w:tcPr>
            <w:tcW w:type="dxa" w:w="1282"/>
          </w:tcPr>
          <w:p>
            <w:pPr>
              <w:spacing w:after="0"/>
              <w:jc w:val="right"/>
            </w:pPr>
            <w:r>
              <w:rPr>
                <w:sz w:val="16"/>
              </w:rPr>
              <w:t>$64,506</w:t>
            </w:r>
          </w:p>
        </w:tc>
        <w:tc>
          <w:tcPr>
            <w:tcW w:type="dxa" w:w="1160"/>
          </w:tcPr>
          <w:p>
            <w:pPr>
              <w:spacing w:after="0"/>
              <w:jc w:val="right"/>
            </w:pPr>
            <w:r>
              <w:rPr>
                <w:sz w:val="16"/>
              </w:rPr>
              <w:t>$2,276,463</w:t>
            </w:r>
          </w:p>
        </w:tc>
        <w:tc>
          <w:tcPr>
            <w:tcW w:type="dxa" w:w="1163"/>
          </w:tcPr>
          <w:p>
            <w:pPr>
              <w:spacing w:after="0"/>
              <w:jc w:val="right"/>
            </w:pPr>
            <w:r>
              <w:rPr>
                <w:sz w:val="16"/>
              </w:rPr>
              <w:t>223</w:t>
            </w:r>
          </w:p>
        </w:tc>
        <w:tc>
          <w:tcPr>
            <w:tcW w:type="dxa" w:w="2083"/>
          </w:tcPr>
          <w:p>
            <w:pPr>
              <w:spacing w:after="0"/>
              <w:jc w:val="left"/>
            </w:pPr>
          </w:p>
        </w:tc>
        <w:tc>
          <w:tcPr>
            <w:tcW w:type="dxa" w:w="1906"/>
          </w:tcPr>
          <w:p>
            <w:pPr>
              <w:spacing w:after="0"/>
              <w:jc w:val="left"/>
            </w:pPr>
          </w:p>
        </w:tc>
      </w:tr>
      <w:tr>
        <w:trPr>
          <w:cantSplit/>
        </w:trPr>
        <w:tc>
          <w:tcPr>
            <w:tcW w:type="dxa" w:w="680"/>
          </w:tcPr>
          <w:p>
            <w:pPr>
              <w:spacing w:after="0"/>
              <w:jc w:val="right"/>
            </w:pPr>
            <w:r>
              <w:rPr>
                <w:sz w:val="16"/>
              </w:rPr>
              <w:t>8</w:t>
            </w:r>
          </w:p>
        </w:tc>
        <w:tc>
          <w:tcPr>
            <w:tcW w:type="dxa" w:w="1037"/>
          </w:tcPr>
          <w:p>
            <w:pPr>
              <w:spacing w:after="0"/>
              <w:jc w:val="left"/>
            </w:pPr>
            <w:r>
              <w:rPr>
                <w:sz w:val="16"/>
              </w:rPr>
              <w:t>Lightning</w:t>
            </w:r>
          </w:p>
        </w:tc>
        <w:tc>
          <w:tcPr>
            <w:tcW w:type="dxa" w:w="1207"/>
          </w:tcPr>
          <w:p>
            <w:pPr>
              <w:spacing w:after="0"/>
              <w:jc w:val="left"/>
            </w:pPr>
            <w:r>
              <w:rPr>
                <w:sz w:val="16"/>
              </w:rPr>
              <w:t>Relatively High</w:t>
            </w:r>
          </w:p>
        </w:tc>
        <w:tc>
          <w:tcPr>
            <w:tcW w:type="dxa" w:w="1342"/>
          </w:tcPr>
          <w:p>
            <w:pPr>
              <w:spacing w:after="0"/>
              <w:jc w:val="left"/>
            </w:pPr>
            <w:r>
              <w:rPr>
                <w:sz w:val="16"/>
              </w:rPr>
              <w:t>Relatively Moderate</w:t>
            </w:r>
          </w:p>
        </w:tc>
        <w:tc>
          <w:tcPr>
            <w:tcW w:type="dxa" w:w="1126"/>
          </w:tcPr>
          <w:p>
            <w:pPr>
              <w:spacing w:after="0"/>
              <w:jc w:val="right"/>
            </w:pPr>
            <w:r>
              <w:rPr>
                <w:sz w:val="16"/>
              </w:rPr>
              <w:t>$81,538</w:t>
            </w:r>
          </w:p>
        </w:tc>
        <w:tc>
          <w:tcPr>
            <w:tcW w:type="dxa" w:w="1126"/>
          </w:tcPr>
          <w:p>
            <w:pPr>
              <w:spacing w:after="0"/>
              <w:jc w:val="right"/>
            </w:pPr>
          </w:p>
        </w:tc>
        <w:tc>
          <w:tcPr>
            <w:tcW w:type="dxa" w:w="1282"/>
          </w:tcPr>
          <w:p>
            <w:pPr>
              <w:spacing w:after="0"/>
              <w:jc w:val="right"/>
            </w:pPr>
            <w:r>
              <w:rPr>
                <w:sz w:val="16"/>
              </w:rPr>
              <w:t>$751,301</w:t>
            </w:r>
          </w:p>
        </w:tc>
        <w:tc>
          <w:tcPr>
            <w:tcW w:type="dxa" w:w="1160"/>
          </w:tcPr>
          <w:p>
            <w:pPr>
              <w:spacing w:after="0"/>
              <w:jc w:val="right"/>
            </w:pPr>
            <w:r>
              <w:rPr>
                <w:sz w:val="16"/>
              </w:rPr>
              <w:t>$832,839</w:t>
            </w:r>
          </w:p>
        </w:tc>
        <w:tc>
          <w:tcPr>
            <w:tcW w:type="dxa" w:w="1163"/>
          </w:tcPr>
          <w:p>
            <w:pPr>
              <w:spacing w:after="0"/>
              <w:jc w:val="right"/>
            </w:pPr>
            <w:r>
              <w:rPr>
                <w:sz w:val="16"/>
              </w:rPr>
              <w:t>28</w:t>
            </w:r>
          </w:p>
        </w:tc>
        <w:tc>
          <w:tcPr>
            <w:tcW w:type="dxa" w:w="2083"/>
          </w:tcPr>
          <w:p>
            <w:pPr>
              <w:spacing w:after="0"/>
              <w:jc w:val="left"/>
            </w:pPr>
          </w:p>
        </w:tc>
        <w:tc>
          <w:tcPr>
            <w:tcW w:type="dxa" w:w="1906"/>
          </w:tcPr>
          <w:p>
            <w:pPr>
              <w:spacing w:after="0"/>
              <w:jc w:val="left"/>
            </w:pPr>
          </w:p>
        </w:tc>
      </w:tr>
      <w:tr>
        <w:trPr>
          <w:cantSplit/>
        </w:trPr>
        <w:tc>
          <w:tcPr>
            <w:tcW w:type="dxa" w:w="680"/>
          </w:tcPr>
          <w:p>
            <w:pPr>
              <w:spacing w:after="0"/>
              <w:jc w:val="right"/>
            </w:pPr>
            <w:r>
              <w:rPr>
                <w:sz w:val="16"/>
              </w:rPr>
              <w:t>9</w:t>
            </w:r>
          </w:p>
        </w:tc>
        <w:tc>
          <w:tcPr>
            <w:tcW w:type="dxa" w:w="1037"/>
          </w:tcPr>
          <w:p>
            <w:pPr>
              <w:spacing w:after="0"/>
              <w:jc w:val="left"/>
            </w:pPr>
            <w:r>
              <w:rPr>
                <w:sz w:val="16"/>
              </w:rPr>
              <w:t>Cold Wave</w:t>
            </w:r>
          </w:p>
        </w:tc>
        <w:tc>
          <w:tcPr>
            <w:tcW w:type="dxa" w:w="1207"/>
          </w:tcPr>
          <w:p>
            <w:pPr>
              <w:spacing w:after="0"/>
              <w:jc w:val="left"/>
            </w:pPr>
            <w:r>
              <w:rPr>
                <w:sz w:val="16"/>
              </w:rPr>
              <w:t>Relatively Low</w:t>
            </w:r>
          </w:p>
        </w:tc>
        <w:tc>
          <w:tcPr>
            <w:tcW w:type="dxa" w:w="1342"/>
          </w:tcPr>
          <w:p>
            <w:pPr>
              <w:spacing w:after="0"/>
              <w:jc w:val="left"/>
            </w:pPr>
            <w:r>
              <w:rPr>
                <w:sz w:val="16"/>
              </w:rPr>
              <w:t>Relatively Low</w:t>
            </w:r>
          </w:p>
        </w:tc>
        <w:tc>
          <w:tcPr>
            <w:tcW w:type="dxa" w:w="1126"/>
          </w:tcPr>
          <w:p>
            <w:pPr>
              <w:spacing w:after="0"/>
              <w:jc w:val="right"/>
            </w:pPr>
            <w:r>
              <w:rPr>
                <w:sz w:val="16"/>
              </w:rPr>
              <w:t>$32,122</w:t>
            </w:r>
          </w:p>
        </w:tc>
        <w:tc>
          <w:tcPr>
            <w:tcW w:type="dxa" w:w="1126"/>
          </w:tcPr>
          <w:p>
            <w:pPr>
              <w:spacing w:after="0"/>
              <w:jc w:val="right"/>
            </w:pPr>
            <w:r>
              <w:rPr>
                <w:sz w:val="16"/>
              </w:rPr>
              <w:t>$33</w:t>
            </w:r>
          </w:p>
        </w:tc>
        <w:tc>
          <w:tcPr>
            <w:tcW w:type="dxa" w:w="1282"/>
          </w:tcPr>
          <w:p>
            <w:pPr>
              <w:spacing w:after="0"/>
              <w:jc w:val="right"/>
            </w:pPr>
            <w:r>
              <w:rPr>
                <w:sz w:val="16"/>
              </w:rPr>
              <w:t>$542,457</w:t>
            </w:r>
          </w:p>
        </w:tc>
        <w:tc>
          <w:tcPr>
            <w:tcW w:type="dxa" w:w="1160"/>
          </w:tcPr>
          <w:p>
            <w:pPr>
              <w:spacing w:after="0"/>
              <w:jc w:val="right"/>
            </w:pPr>
            <w:r>
              <w:rPr>
                <w:sz w:val="16"/>
              </w:rPr>
              <w:t>$574,612</w:t>
            </w:r>
          </w:p>
        </w:tc>
        <w:tc>
          <w:tcPr>
            <w:tcW w:type="dxa" w:w="1163"/>
          </w:tcPr>
          <w:p>
            <w:pPr>
              <w:spacing w:after="0"/>
              <w:jc w:val="right"/>
            </w:pPr>
            <w:r>
              <w:rPr>
                <w:sz w:val="16"/>
              </w:rPr>
              <w:t>8</w:t>
            </w:r>
          </w:p>
        </w:tc>
        <w:tc>
          <w:tcPr>
            <w:tcW w:type="dxa" w:w="2083"/>
          </w:tcPr>
          <w:p>
            <w:pPr>
              <w:spacing w:after="0"/>
              <w:jc w:val="left"/>
            </w:pPr>
          </w:p>
        </w:tc>
        <w:tc>
          <w:tcPr>
            <w:tcW w:type="dxa" w:w="1906"/>
          </w:tcPr>
          <w:p>
            <w:pPr>
              <w:spacing w:after="0"/>
              <w:jc w:val="left"/>
            </w:pPr>
            <w:r>
              <w:rPr>
                <w:sz w:val="16"/>
              </w:rPr>
              <w:t>Includes 8 Frost/Freeze records, event types the NRI definition of this hazard leaves out.</w:t>
            </w:r>
          </w:p>
        </w:tc>
      </w:tr>
      <w:tr>
        <w:trPr>
          <w:cantSplit/>
        </w:trPr>
        <w:tc>
          <w:tcPr>
            <w:tcW w:type="dxa" w:w="680"/>
          </w:tcPr>
          <w:p>
            <w:pPr>
              <w:spacing w:after="0"/>
              <w:jc w:val="right"/>
            </w:pPr>
            <w:r>
              <w:rPr>
                <w:sz w:val="16"/>
              </w:rPr>
              <w:t>10</w:t>
            </w:r>
          </w:p>
        </w:tc>
        <w:tc>
          <w:tcPr>
            <w:tcW w:type="dxa" w:w="1037"/>
          </w:tcPr>
          <w:p>
            <w:pPr>
              <w:spacing w:after="0"/>
              <w:jc w:val="left"/>
            </w:pPr>
            <w:r>
              <w:rPr>
                <w:sz w:val="16"/>
              </w:rPr>
              <w:t>Winter Weather</w:t>
            </w:r>
          </w:p>
        </w:tc>
        <w:tc>
          <w:tcPr>
            <w:tcW w:type="dxa" w:w="1207"/>
          </w:tcPr>
          <w:p>
            <w:pPr>
              <w:spacing w:after="0"/>
              <w:jc w:val="left"/>
            </w:pPr>
            <w:r>
              <w:rPr>
                <w:sz w:val="16"/>
              </w:rPr>
              <w:t>Relatively High</w:t>
            </w:r>
          </w:p>
        </w:tc>
        <w:tc>
          <w:tcPr>
            <w:tcW w:type="dxa" w:w="1342"/>
          </w:tcPr>
          <w:p>
            <w:pPr>
              <w:spacing w:after="0"/>
              <w:jc w:val="left"/>
            </w:pPr>
            <w:r>
              <w:rPr>
                <w:sz w:val="16"/>
              </w:rPr>
              <w:t>Relatively High</w:t>
            </w:r>
          </w:p>
        </w:tc>
        <w:tc>
          <w:tcPr>
            <w:tcW w:type="dxa" w:w="1126"/>
          </w:tcPr>
          <w:p>
            <w:pPr>
              <w:spacing w:after="0"/>
              <w:jc w:val="right"/>
            </w:pPr>
            <w:r>
              <w:rPr>
                <w:sz w:val="16"/>
              </w:rPr>
              <w:t>$276,684</w:t>
            </w:r>
          </w:p>
        </w:tc>
        <w:tc>
          <w:tcPr>
            <w:tcW w:type="dxa" w:w="1126"/>
          </w:tcPr>
          <w:p>
            <w:pPr>
              <w:spacing w:after="0"/>
              <w:jc w:val="right"/>
            </w:pPr>
            <w:r>
              <w:rPr>
                <w:sz w:val="16"/>
              </w:rPr>
              <w:t>$80</w:t>
            </w:r>
          </w:p>
        </w:tc>
        <w:tc>
          <w:tcPr>
            <w:tcW w:type="dxa" w:w="1282"/>
          </w:tcPr>
          <w:p>
            <w:pPr>
              <w:spacing w:after="0"/>
              <w:jc w:val="right"/>
            </w:pPr>
            <w:r>
              <w:rPr>
                <w:sz w:val="16"/>
              </w:rPr>
              <w:t>$33,823</w:t>
            </w:r>
          </w:p>
        </w:tc>
        <w:tc>
          <w:tcPr>
            <w:tcW w:type="dxa" w:w="1160"/>
          </w:tcPr>
          <w:p>
            <w:pPr>
              <w:spacing w:after="0"/>
              <w:jc w:val="right"/>
            </w:pPr>
            <w:r>
              <w:rPr>
                <w:sz w:val="16"/>
              </w:rPr>
              <w:t>$310,587</w:t>
            </w:r>
          </w:p>
        </w:tc>
        <w:tc>
          <w:tcPr>
            <w:tcW w:type="dxa" w:w="1163"/>
          </w:tcPr>
          <w:p>
            <w:pPr>
              <w:spacing w:after="0"/>
              <w:jc w:val="right"/>
            </w:pPr>
            <w:r>
              <w:rPr>
                <w:sz w:val="16"/>
              </w:rPr>
              <w:t>61</w:t>
            </w:r>
          </w:p>
        </w:tc>
        <w:tc>
          <w:tcPr>
            <w:tcW w:type="dxa" w:w="2083"/>
          </w:tcPr>
          <w:p>
            <w:pPr>
              <w:spacing w:after="0"/>
              <w:jc w:val="left"/>
            </w:pPr>
          </w:p>
        </w:tc>
        <w:tc>
          <w:tcPr>
            <w:tcW w:type="dxa" w:w="1906"/>
          </w:tcPr>
          <w:p>
            <w:pPr>
              <w:spacing w:after="0"/>
              <w:jc w:val="left"/>
            </w:pPr>
          </w:p>
        </w:tc>
      </w:tr>
      <w:tr>
        <w:trPr>
          <w:cantSplit/>
        </w:trPr>
        <w:tc>
          <w:tcPr>
            <w:tcW w:type="dxa" w:w="680"/>
          </w:tcPr>
          <w:p>
            <w:pPr>
              <w:spacing w:after="0"/>
              <w:jc w:val="right"/>
            </w:pPr>
            <w:r>
              <w:rPr>
                <w:sz w:val="16"/>
              </w:rPr>
              <w:t>11</w:t>
            </w:r>
          </w:p>
        </w:tc>
        <w:tc>
          <w:tcPr>
            <w:tcW w:type="dxa" w:w="1037"/>
          </w:tcPr>
          <w:p>
            <w:pPr>
              <w:spacing w:after="0"/>
              <w:jc w:val="left"/>
            </w:pPr>
            <w:r>
              <w:rPr>
                <w:sz w:val="16"/>
              </w:rPr>
              <w:t>Hurricane</w:t>
            </w:r>
          </w:p>
        </w:tc>
        <w:tc>
          <w:tcPr>
            <w:tcW w:type="dxa" w:w="1207"/>
          </w:tcPr>
          <w:p>
            <w:pPr>
              <w:spacing w:after="0"/>
              <w:jc w:val="left"/>
            </w:pPr>
            <w:r>
              <w:rPr>
                <w:sz w:val="16"/>
              </w:rPr>
              <w:t>Relatively Low</w:t>
            </w:r>
          </w:p>
        </w:tc>
        <w:tc>
          <w:tcPr>
            <w:tcW w:type="dxa" w:w="1342"/>
          </w:tcPr>
          <w:p>
            <w:pPr>
              <w:spacing w:after="0"/>
              <w:jc w:val="left"/>
            </w:pPr>
            <w:r>
              <w:rPr>
                <w:sz w:val="16"/>
              </w:rPr>
              <w:t>Relatively Low</w:t>
            </w:r>
          </w:p>
        </w:tc>
        <w:tc>
          <w:tcPr>
            <w:tcW w:type="dxa" w:w="1126"/>
          </w:tcPr>
          <w:p>
            <w:pPr>
              <w:spacing w:after="0"/>
              <w:jc w:val="right"/>
            </w:pPr>
            <w:r>
              <w:rPr>
                <w:sz w:val="16"/>
              </w:rPr>
              <w:t>$172,732</w:t>
            </w:r>
          </w:p>
        </w:tc>
        <w:tc>
          <w:tcPr>
            <w:tcW w:type="dxa" w:w="1126"/>
          </w:tcPr>
          <w:p>
            <w:pPr>
              <w:spacing w:after="0"/>
              <w:jc w:val="right"/>
            </w:pPr>
            <w:r>
              <w:rPr>
                <w:sz w:val="16"/>
              </w:rPr>
              <w:t>$3,280</w:t>
            </w:r>
          </w:p>
        </w:tc>
        <w:tc>
          <w:tcPr>
            <w:tcW w:type="dxa" w:w="1282"/>
          </w:tcPr>
          <w:p>
            <w:pPr>
              <w:spacing w:after="0"/>
              <w:jc w:val="right"/>
            </w:pPr>
            <w:r>
              <w:rPr>
                <w:sz w:val="16"/>
              </w:rPr>
              <w:t>$5,567</w:t>
            </w:r>
          </w:p>
        </w:tc>
        <w:tc>
          <w:tcPr>
            <w:tcW w:type="dxa" w:w="1160"/>
          </w:tcPr>
          <w:p>
            <w:pPr>
              <w:spacing w:after="0"/>
              <w:jc w:val="right"/>
            </w:pPr>
            <w:r>
              <w:rPr>
                <w:sz w:val="16"/>
              </w:rPr>
              <w:t>$181,579</w:t>
            </w:r>
          </w:p>
        </w:tc>
        <w:tc>
          <w:tcPr>
            <w:tcW w:type="dxa" w:w="1163"/>
          </w:tcPr>
          <w:p>
            <w:pPr>
              <w:spacing w:after="0"/>
              <w:jc w:val="right"/>
            </w:pPr>
            <w:r>
              <w:rPr>
                <w:sz w:val="16"/>
              </w:rPr>
              <w:t>5</w:t>
            </w:r>
          </w:p>
        </w:tc>
        <w:tc>
          <w:tcPr>
            <w:tcW w:type="dxa" w:w="2083"/>
          </w:tcPr>
          <w:p>
            <w:pPr>
              <w:spacing w:after="0"/>
              <w:jc w:val="left"/>
            </w:pPr>
          </w:p>
        </w:tc>
        <w:tc>
          <w:tcPr>
            <w:tcW w:type="dxa" w:w="1906"/>
          </w:tcPr>
          <w:p>
            <w:pPr>
              <w:spacing w:after="0"/>
              <w:jc w:val="left"/>
            </w:pPr>
            <w:r>
              <w:rPr>
                <w:sz w:val="16"/>
              </w:rPr>
              <w:t>Includes 3 Tropical Depression records, event types the NRI definition of this hazard leaves out.</w:t>
            </w:r>
          </w:p>
        </w:tc>
      </w:tr>
      <w:tr>
        <w:trPr>
          <w:cantSplit/>
        </w:trPr>
        <w:tc>
          <w:tcPr>
            <w:tcW w:type="dxa" w:w="680"/>
          </w:tcPr>
          <w:p>
            <w:pPr>
              <w:spacing w:after="0"/>
              <w:jc w:val="right"/>
            </w:pPr>
            <w:r>
              <w:rPr>
                <w:sz w:val="16"/>
              </w:rPr>
              <w:t>12</w:t>
            </w:r>
          </w:p>
        </w:tc>
        <w:tc>
          <w:tcPr>
            <w:tcW w:type="dxa" w:w="1037"/>
          </w:tcPr>
          <w:p>
            <w:pPr>
              <w:spacing w:after="0"/>
              <w:jc w:val="left"/>
            </w:pPr>
            <w:r>
              <w:rPr>
                <w:sz w:val="16"/>
              </w:rPr>
              <w:t>Wildfire</w:t>
            </w:r>
          </w:p>
        </w:tc>
        <w:tc>
          <w:tcPr>
            <w:tcW w:type="dxa" w:w="1207"/>
          </w:tcPr>
          <w:p>
            <w:pPr>
              <w:spacing w:after="0"/>
              <w:jc w:val="left"/>
            </w:pPr>
            <w:r>
              <w:rPr>
                <w:sz w:val="16"/>
              </w:rPr>
              <w:t>Relatively Low</w:t>
            </w:r>
          </w:p>
        </w:tc>
        <w:tc>
          <w:tcPr>
            <w:tcW w:type="dxa" w:w="1342"/>
          </w:tcPr>
          <w:p>
            <w:pPr>
              <w:spacing w:after="0"/>
              <w:jc w:val="left"/>
            </w:pPr>
            <w:r>
              <w:rPr>
                <w:sz w:val="16"/>
              </w:rPr>
              <w:t>Relatively Low</w:t>
            </w:r>
          </w:p>
        </w:tc>
        <w:tc>
          <w:tcPr>
            <w:tcW w:type="dxa" w:w="1126"/>
          </w:tcPr>
          <w:p>
            <w:pPr>
              <w:spacing w:after="0"/>
              <w:jc w:val="right"/>
            </w:pPr>
            <w:r>
              <w:rPr>
                <w:sz w:val="16"/>
              </w:rPr>
              <w:t>$127,252</w:t>
            </w:r>
          </w:p>
        </w:tc>
        <w:tc>
          <w:tcPr>
            <w:tcW w:type="dxa" w:w="1126"/>
          </w:tcPr>
          <w:p>
            <w:pPr>
              <w:spacing w:after="0"/>
              <w:jc w:val="right"/>
            </w:pPr>
            <w:r>
              <w:rPr>
                <w:sz w:val="16"/>
              </w:rPr>
              <w:t>$69</w:t>
            </w:r>
          </w:p>
        </w:tc>
        <w:tc>
          <w:tcPr>
            <w:tcW w:type="dxa" w:w="1282"/>
          </w:tcPr>
          <w:p>
            <w:pPr>
              <w:spacing w:after="0"/>
              <w:jc w:val="right"/>
            </w:pPr>
            <w:r>
              <w:rPr>
                <w:sz w:val="16"/>
              </w:rPr>
              <w:t>$28,141</w:t>
            </w:r>
          </w:p>
        </w:tc>
        <w:tc>
          <w:tcPr>
            <w:tcW w:type="dxa" w:w="1160"/>
          </w:tcPr>
          <w:p>
            <w:pPr>
              <w:spacing w:after="0"/>
              <w:jc w:val="right"/>
            </w:pPr>
            <w:r>
              <w:rPr>
                <w:sz w:val="16"/>
              </w:rPr>
              <w:t>$155,461</w:t>
            </w:r>
          </w:p>
        </w:tc>
        <w:tc>
          <w:tcPr>
            <w:tcW w:type="dxa" w:w="1163"/>
          </w:tcPr>
          <w:p>
            <w:pPr>
              <w:spacing w:after="0"/>
              <w:jc w:val="right"/>
            </w:pPr>
            <w:r>
              <w:rPr>
                <w:sz w:val="16"/>
              </w:rPr>
              <w:t>6</w:t>
            </w:r>
          </w:p>
        </w:tc>
        <w:tc>
          <w:tcPr>
            <w:tcW w:type="dxa" w:w="2083"/>
          </w:tcPr>
          <w:p>
            <w:pPr>
              <w:spacing w:after="0"/>
              <w:jc w:val="left"/>
            </w:pPr>
          </w:p>
        </w:tc>
        <w:tc>
          <w:tcPr>
            <w:tcW w:type="dxa" w:w="1906"/>
          </w:tcPr>
          <w:p>
            <w:pPr>
              <w:spacing w:after="0"/>
              <w:jc w:val="left"/>
            </w:pPr>
          </w:p>
        </w:tc>
      </w:tr>
      <w:tr>
        <w:trPr>
          <w:cantSplit/>
        </w:trPr>
        <w:tc>
          <w:tcPr>
            <w:tcW w:type="dxa" w:w="680"/>
          </w:tcPr>
          <w:p>
            <w:pPr>
              <w:spacing w:after="0"/>
              <w:jc w:val="right"/>
            </w:pPr>
            <w:r>
              <w:rPr>
                <w:sz w:val="16"/>
              </w:rPr>
              <w:t>13</w:t>
            </w:r>
          </w:p>
        </w:tc>
        <w:tc>
          <w:tcPr>
            <w:tcW w:type="dxa" w:w="1037"/>
          </w:tcPr>
          <w:p>
            <w:pPr>
              <w:spacing w:after="0"/>
              <w:jc w:val="left"/>
            </w:pPr>
            <w:r>
              <w:rPr>
                <w:sz w:val="16"/>
              </w:rPr>
              <w:t>Landslide</w:t>
            </w:r>
          </w:p>
        </w:tc>
        <w:tc>
          <w:tcPr>
            <w:tcW w:type="dxa" w:w="1207"/>
          </w:tcPr>
          <w:p>
            <w:pPr>
              <w:spacing w:after="0"/>
              <w:jc w:val="left"/>
            </w:pPr>
            <w:r>
              <w:rPr>
                <w:sz w:val="16"/>
              </w:rPr>
              <w:t>Relatively Moderate</w:t>
            </w:r>
          </w:p>
        </w:tc>
        <w:tc>
          <w:tcPr>
            <w:tcW w:type="dxa" w:w="1342"/>
          </w:tcPr>
          <w:p>
            <w:pPr>
              <w:spacing w:after="0"/>
              <w:jc w:val="left"/>
            </w:pPr>
            <w:r>
              <w:rPr>
                <w:sz w:val="16"/>
              </w:rPr>
              <w:t>Relatively Low</w:t>
            </w:r>
          </w:p>
        </w:tc>
        <w:tc>
          <w:tcPr>
            <w:tcW w:type="dxa" w:w="1126"/>
          </w:tcPr>
          <w:p>
            <w:pPr>
              <w:spacing w:after="0"/>
              <w:jc w:val="right"/>
            </w:pPr>
            <w:r>
              <w:rPr>
                <w:sz w:val="16"/>
              </w:rPr>
              <w:t>$48,944</w:t>
            </w:r>
          </w:p>
        </w:tc>
        <w:tc>
          <w:tcPr>
            <w:tcW w:type="dxa" w:w="1126"/>
          </w:tcPr>
          <w:p>
            <w:pPr>
              <w:spacing w:after="0"/>
              <w:jc w:val="right"/>
            </w:pPr>
          </w:p>
        </w:tc>
        <w:tc>
          <w:tcPr>
            <w:tcW w:type="dxa" w:w="1282"/>
          </w:tcPr>
          <w:p>
            <w:pPr>
              <w:spacing w:after="0"/>
              <w:jc w:val="right"/>
            </w:pPr>
            <w:r>
              <w:rPr>
                <w:sz w:val="16"/>
              </w:rPr>
              <w:t>$2,824</w:t>
            </w:r>
          </w:p>
        </w:tc>
        <w:tc>
          <w:tcPr>
            <w:tcW w:type="dxa" w:w="1160"/>
          </w:tcPr>
          <w:p>
            <w:pPr>
              <w:spacing w:after="0"/>
              <w:jc w:val="right"/>
            </w:pPr>
            <w:r>
              <w:rPr>
                <w:sz w:val="16"/>
              </w:rPr>
              <w:t>$51,768</w:t>
            </w:r>
          </w:p>
        </w:tc>
        <w:tc>
          <w:tcPr>
            <w:tcW w:type="dxa" w:w="1163"/>
          </w:tcPr>
          <w:p>
            <w:pPr>
              <w:spacing w:after="0"/>
              <w:jc w:val="right"/>
            </w:pPr>
            <w:r>
              <w:rPr>
                <w:sz w:val="16"/>
              </w:rPr>
              <w:t>0</w:t>
            </w:r>
          </w:p>
        </w:tc>
        <w:tc>
          <w:tcPr>
            <w:tcW w:type="dxa" w:w="2083"/>
          </w:tcPr>
          <w:p>
            <w:pPr>
              <w:spacing w:after="0"/>
              <w:jc w:val="left"/>
            </w:pPr>
          </w:p>
        </w:tc>
        <w:tc>
          <w:tcPr>
            <w:tcW w:type="dxa" w:w="190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r>
              <w:rPr>
                <w:sz w:val="16"/>
              </w:rPr>
              <w:t>14</w:t>
            </w:r>
          </w:p>
        </w:tc>
        <w:tc>
          <w:tcPr>
            <w:tcW w:type="dxa" w:w="1037"/>
          </w:tcPr>
          <w:p>
            <w:pPr>
              <w:spacing w:after="0"/>
              <w:jc w:val="left"/>
            </w:pPr>
            <w:r>
              <w:rPr>
                <w:sz w:val="16"/>
              </w:rPr>
              <w:t>Drought</w:t>
            </w:r>
          </w:p>
        </w:tc>
        <w:tc>
          <w:tcPr>
            <w:tcW w:type="dxa" w:w="1207"/>
          </w:tcPr>
          <w:p>
            <w:pPr>
              <w:spacing w:after="0"/>
              <w:jc w:val="left"/>
            </w:pPr>
            <w:r>
              <w:rPr>
                <w:sz w:val="16"/>
              </w:rPr>
              <w:t>No Rating</w:t>
            </w:r>
          </w:p>
        </w:tc>
        <w:tc>
          <w:tcPr>
            <w:tcW w:type="dxa" w:w="1342"/>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82"/>
          </w:tcPr>
          <w:p>
            <w:pPr>
              <w:spacing w:after="0"/>
              <w:jc w:val="right"/>
            </w:pPr>
          </w:p>
        </w:tc>
        <w:tc>
          <w:tcPr>
            <w:tcW w:type="dxa" w:w="1160"/>
          </w:tcPr>
          <w:p>
            <w:pPr>
              <w:spacing w:after="0"/>
              <w:jc w:val="right"/>
            </w:pPr>
            <w:r>
              <w:rPr>
                <w:sz w:val="16"/>
              </w:rPr>
              <w:t>$0</w:t>
            </w:r>
          </w:p>
        </w:tc>
        <w:tc>
          <w:tcPr>
            <w:tcW w:type="dxa" w:w="1163"/>
          </w:tcPr>
          <w:p>
            <w:pPr>
              <w:spacing w:after="0"/>
              <w:jc w:val="right"/>
            </w:pPr>
            <w:r>
              <w:rPr>
                <w:sz w:val="16"/>
              </w:rPr>
              <w:t>21</w:t>
            </w:r>
          </w:p>
        </w:tc>
        <w:tc>
          <w:tcPr>
            <w:tcW w:type="dxa" w:w="2083"/>
          </w:tcPr>
          <w:p>
            <w:pPr>
              <w:spacing w:after="0"/>
              <w:jc w:val="left"/>
            </w:pPr>
          </w:p>
        </w:tc>
        <w:tc>
          <w:tcPr>
            <w:tcW w:type="dxa" w:w="1906"/>
          </w:tcPr>
          <w:p>
            <w:pPr>
              <w:spacing w:after="0"/>
              <w:jc w:val="left"/>
            </w:pPr>
          </w:p>
        </w:tc>
      </w:tr>
      <w:tr>
        <w:trPr>
          <w:cantSplit/>
        </w:trPr>
        <w:tc>
          <w:tcPr>
            <w:tcW w:type="dxa" w:w="680"/>
          </w:tcPr>
          <w:p>
            <w:pPr>
              <w:spacing w:after="0"/>
              <w:jc w:val="right"/>
            </w:pPr>
          </w:p>
        </w:tc>
        <w:tc>
          <w:tcPr>
            <w:tcW w:type="dxa" w:w="1037"/>
          </w:tcPr>
          <w:p>
            <w:pPr>
              <w:spacing w:after="0"/>
              <w:jc w:val="left"/>
            </w:pPr>
            <w:r>
              <w:rPr>
                <w:sz w:val="16"/>
              </w:rPr>
              <w:t>Avalanche</w:t>
            </w:r>
          </w:p>
        </w:tc>
        <w:tc>
          <w:tcPr>
            <w:tcW w:type="dxa" w:w="1207"/>
          </w:tcPr>
          <w:p>
            <w:pPr>
              <w:spacing w:after="0"/>
              <w:jc w:val="left"/>
            </w:pPr>
            <w:r>
              <w:rPr>
                <w:sz w:val="16"/>
              </w:rPr>
              <w:t>Not Applicable</w:t>
            </w:r>
          </w:p>
        </w:tc>
        <w:tc>
          <w:tcPr>
            <w:tcW w:type="dxa" w:w="134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2"/>
          </w:tcPr>
          <w:p>
            <w:pPr>
              <w:spacing w:after="0"/>
              <w:jc w:val="right"/>
            </w:pPr>
          </w:p>
        </w:tc>
        <w:tc>
          <w:tcPr>
            <w:tcW w:type="dxa" w:w="1160"/>
          </w:tcPr>
          <w:p>
            <w:pPr>
              <w:spacing w:after="0"/>
              <w:jc w:val="right"/>
            </w:pPr>
          </w:p>
        </w:tc>
        <w:tc>
          <w:tcPr>
            <w:tcW w:type="dxa" w:w="1163"/>
          </w:tcPr>
          <w:p>
            <w:pPr>
              <w:spacing w:after="0"/>
              <w:jc w:val="right"/>
            </w:pPr>
            <w:r>
              <w:rPr>
                <w:sz w:val="16"/>
              </w:rPr>
              <w:t>0</w:t>
            </w:r>
          </w:p>
        </w:tc>
        <w:tc>
          <w:tcPr>
            <w:tcW w:type="dxa" w:w="2083"/>
          </w:tcPr>
          <w:p>
            <w:pPr>
              <w:spacing w:after="0"/>
              <w:jc w:val="left"/>
            </w:pPr>
            <w:r>
              <w:rPr>
                <w:sz w:val="16"/>
              </w:rPr>
              <w:t>NRI rates avalanche Not Applicable for this county, and no federal declaration for this county names it.</w:t>
            </w:r>
          </w:p>
        </w:tc>
        <w:tc>
          <w:tcPr>
            <w:tcW w:type="dxa" w:w="1906"/>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Coastal Flooding</w:t>
            </w:r>
          </w:p>
        </w:tc>
        <w:tc>
          <w:tcPr>
            <w:tcW w:type="dxa" w:w="1207"/>
          </w:tcPr>
          <w:p>
            <w:pPr>
              <w:spacing w:after="0"/>
              <w:jc w:val="left"/>
            </w:pPr>
            <w:r>
              <w:rPr>
                <w:sz w:val="16"/>
              </w:rPr>
              <w:t>Not Applicable</w:t>
            </w:r>
          </w:p>
        </w:tc>
        <w:tc>
          <w:tcPr>
            <w:tcW w:type="dxa" w:w="134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2"/>
          </w:tcPr>
          <w:p>
            <w:pPr>
              <w:spacing w:after="0"/>
              <w:jc w:val="right"/>
            </w:pPr>
          </w:p>
        </w:tc>
        <w:tc>
          <w:tcPr>
            <w:tcW w:type="dxa" w:w="1160"/>
          </w:tcPr>
          <w:p>
            <w:pPr>
              <w:spacing w:after="0"/>
              <w:jc w:val="right"/>
            </w:pPr>
          </w:p>
        </w:tc>
        <w:tc>
          <w:tcPr>
            <w:tcW w:type="dxa" w:w="1163"/>
          </w:tcPr>
          <w:p>
            <w:pPr>
              <w:spacing w:after="0"/>
              <w:jc w:val="right"/>
            </w:pPr>
            <w:r>
              <w:rPr>
                <w:sz w:val="16"/>
              </w:rPr>
              <w:t>0</w:t>
            </w:r>
          </w:p>
        </w:tc>
        <w:tc>
          <w:tcPr>
            <w:tcW w:type="dxa" w:w="2083"/>
          </w:tcPr>
          <w:p>
            <w:pPr>
              <w:spacing w:after="0"/>
              <w:jc w:val="left"/>
            </w:pPr>
            <w:r>
              <w:rPr>
                <w:sz w:val="16"/>
              </w:rPr>
              <w:t>NRI rates coastal flooding Not Applicable for this county, and no federal declaration for this county names it.</w:t>
            </w:r>
          </w:p>
        </w:tc>
        <w:tc>
          <w:tcPr>
            <w:tcW w:type="dxa" w:w="1906"/>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Tsunami</w:t>
            </w:r>
          </w:p>
        </w:tc>
        <w:tc>
          <w:tcPr>
            <w:tcW w:type="dxa" w:w="1207"/>
          </w:tcPr>
          <w:p>
            <w:pPr>
              <w:spacing w:after="0"/>
              <w:jc w:val="left"/>
            </w:pPr>
            <w:r>
              <w:rPr>
                <w:sz w:val="16"/>
              </w:rPr>
              <w:t>Not Applicable</w:t>
            </w:r>
          </w:p>
        </w:tc>
        <w:tc>
          <w:tcPr>
            <w:tcW w:type="dxa" w:w="134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2"/>
          </w:tcPr>
          <w:p>
            <w:pPr>
              <w:spacing w:after="0"/>
              <w:jc w:val="right"/>
            </w:pPr>
          </w:p>
        </w:tc>
        <w:tc>
          <w:tcPr>
            <w:tcW w:type="dxa" w:w="1160"/>
          </w:tcPr>
          <w:p>
            <w:pPr>
              <w:spacing w:after="0"/>
              <w:jc w:val="right"/>
            </w:pPr>
          </w:p>
        </w:tc>
        <w:tc>
          <w:tcPr>
            <w:tcW w:type="dxa" w:w="1163"/>
          </w:tcPr>
          <w:p>
            <w:pPr>
              <w:spacing w:after="0"/>
              <w:jc w:val="right"/>
            </w:pPr>
            <w:r>
              <w:rPr>
                <w:sz w:val="16"/>
              </w:rPr>
              <w:t>0</w:t>
            </w:r>
          </w:p>
        </w:tc>
        <w:tc>
          <w:tcPr>
            <w:tcW w:type="dxa" w:w="2083"/>
          </w:tcPr>
          <w:p>
            <w:pPr>
              <w:spacing w:after="0"/>
              <w:jc w:val="left"/>
            </w:pPr>
            <w:r>
              <w:rPr>
                <w:sz w:val="16"/>
              </w:rPr>
              <w:t>NRI rates tsunami Not Applicable for this county, and no federal declaration for this county names it.</w:t>
            </w:r>
          </w:p>
        </w:tc>
        <w:tc>
          <w:tcPr>
            <w:tcW w:type="dxa" w:w="190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p>
        </w:tc>
        <w:tc>
          <w:tcPr>
            <w:tcW w:type="dxa" w:w="1037"/>
          </w:tcPr>
          <w:p>
            <w:pPr>
              <w:spacing w:after="0"/>
              <w:jc w:val="left"/>
            </w:pPr>
            <w:r>
              <w:rPr>
                <w:sz w:val="16"/>
              </w:rPr>
              <w:t>Volcanic Activity</w:t>
            </w:r>
          </w:p>
        </w:tc>
        <w:tc>
          <w:tcPr>
            <w:tcW w:type="dxa" w:w="1207"/>
          </w:tcPr>
          <w:p>
            <w:pPr>
              <w:spacing w:after="0"/>
              <w:jc w:val="left"/>
            </w:pPr>
            <w:r>
              <w:rPr>
                <w:sz w:val="16"/>
              </w:rPr>
              <w:t>Not Applicable</w:t>
            </w:r>
          </w:p>
        </w:tc>
        <w:tc>
          <w:tcPr>
            <w:tcW w:type="dxa" w:w="134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2"/>
          </w:tcPr>
          <w:p>
            <w:pPr>
              <w:spacing w:after="0"/>
              <w:jc w:val="right"/>
            </w:pPr>
          </w:p>
        </w:tc>
        <w:tc>
          <w:tcPr>
            <w:tcW w:type="dxa" w:w="1160"/>
          </w:tcPr>
          <w:p>
            <w:pPr>
              <w:spacing w:after="0"/>
              <w:jc w:val="right"/>
            </w:pPr>
          </w:p>
        </w:tc>
        <w:tc>
          <w:tcPr>
            <w:tcW w:type="dxa" w:w="1163"/>
          </w:tcPr>
          <w:p>
            <w:pPr>
              <w:spacing w:after="0"/>
              <w:jc w:val="right"/>
            </w:pPr>
            <w:r>
              <w:rPr>
                <w:sz w:val="16"/>
              </w:rPr>
              <w:t>0</w:t>
            </w:r>
          </w:p>
        </w:tc>
        <w:tc>
          <w:tcPr>
            <w:tcW w:type="dxa" w:w="2083"/>
          </w:tcPr>
          <w:p>
            <w:pPr>
              <w:spacing w:after="0"/>
              <w:jc w:val="left"/>
            </w:pPr>
            <w:r>
              <w:rPr>
                <w:sz w:val="16"/>
              </w:rPr>
              <w:t>NRI rates volcanic activity Not Applicable for this county, and no federal declaration for this county names it.</w:t>
            </w:r>
          </w:p>
        </w:tc>
        <w:tc>
          <w:tcPr>
            <w:tcW w:type="dxa" w:w="1906"/>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30 of 30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30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30 of 30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30 of 30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30 of 30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30 of 30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30 of 30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30 of 30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30 of 30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30 of 30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30 of 30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30 of 30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28 of 30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30 of 30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7"/>
        <w:gridCol w:w="1695"/>
        <w:gridCol w:w="1507"/>
        <w:gridCol w:w="1801"/>
        <w:gridCol w:w="2111"/>
        <w:gridCol w:w="1606"/>
        <w:gridCol w:w="1567"/>
        <w:gridCol w:w="2149"/>
      </w:tblGrid>
      <w:tr>
        <w:trPr>
          <w:cantSplit/>
          <w:tblHeader/>
        </w:trPr>
        <w:tc>
          <w:tcPr>
            <w:tcW w:type="dxa" w:w="1677"/>
            <w:shd w:val="clear" w:color="auto" w:fill="E8E8E8"/>
          </w:tcPr>
          <w:p>
            <w:pPr>
              <w:spacing w:after="0"/>
              <w:jc w:val="left"/>
            </w:pPr>
            <w:r>
              <w:rPr>
                <w:b/>
                <w:sz w:val="16"/>
              </w:rPr>
              <w:t>Hazard</w:t>
            </w:r>
          </w:p>
        </w:tc>
        <w:tc>
          <w:tcPr>
            <w:tcW w:type="dxa" w:w="1695"/>
            <w:shd w:val="clear" w:color="auto" w:fill="E8E8E8"/>
          </w:tcPr>
          <w:p>
            <w:pPr>
              <w:spacing w:after="0"/>
              <w:jc w:val="left"/>
            </w:pPr>
            <w:r>
              <w:rPr>
                <w:b/>
                <w:sz w:val="16"/>
              </w:rPr>
              <w:t>Scale</w:t>
            </w:r>
          </w:p>
        </w:tc>
        <w:tc>
          <w:tcPr>
            <w:tcW w:type="dxa" w:w="1507"/>
            <w:shd w:val="clear" w:color="auto" w:fill="E8E8E8"/>
          </w:tcPr>
          <w:p>
            <w:pPr>
              <w:spacing w:after="0"/>
              <w:jc w:val="right"/>
            </w:pPr>
            <w:r>
              <w:rPr>
                <w:b/>
                <w:sz w:val="16"/>
              </w:rPr>
              <w:t>Records</w:t>
            </w:r>
          </w:p>
          <w:p>
            <w:pPr>
              <w:spacing w:after="0"/>
              <w:jc w:val="right"/>
            </w:pPr>
            <w:r>
              <w:rPr>
                <w:i/>
                <w:color w:val="555555"/>
                <w:sz w:val="14"/>
              </w:rPr>
              <w:t>count, years</w:t>
            </w:r>
          </w:p>
        </w:tc>
        <w:tc>
          <w:tcPr>
            <w:tcW w:type="dxa" w:w="1801"/>
            <w:shd w:val="clear" w:color="auto" w:fill="E8E8E8"/>
          </w:tcPr>
          <w:p>
            <w:pPr>
              <w:spacing w:after="0"/>
              <w:jc w:val="left"/>
            </w:pPr>
            <w:r>
              <w:rPr>
                <w:b/>
                <w:sz w:val="16"/>
              </w:rPr>
              <w:t>Observed range</w:t>
            </w:r>
          </w:p>
        </w:tc>
        <w:tc>
          <w:tcPr>
            <w:tcW w:type="dxa" w:w="2111"/>
            <w:shd w:val="clear" w:color="auto" w:fill="E8E8E8"/>
          </w:tcPr>
          <w:p>
            <w:pPr>
              <w:spacing w:after="0"/>
              <w:jc w:val="left"/>
            </w:pPr>
            <w:r>
              <w:rPr>
                <w:b/>
                <w:sz w:val="16"/>
              </w:rPr>
              <w:t>Worst recorded event</w:t>
            </w:r>
          </w:p>
        </w:tc>
        <w:tc>
          <w:tcPr>
            <w:tcW w:type="dxa" w:w="1606"/>
            <w:shd w:val="clear" w:color="auto" w:fill="E8E8E8"/>
          </w:tcPr>
          <w:p>
            <w:pPr>
              <w:spacing w:after="0"/>
              <w:jc w:val="left"/>
            </w:pPr>
            <w:r>
              <w:rPr>
                <w:b/>
                <w:sz w:val="16"/>
              </w:rPr>
              <w:t>Most damaging (when different)</w:t>
            </w:r>
          </w:p>
        </w:tc>
        <w:tc>
          <w:tcPr>
            <w:tcW w:type="dxa" w:w="1567"/>
            <w:shd w:val="clear" w:color="auto" w:fill="E8E8E8"/>
          </w:tcPr>
          <w:p>
            <w:pPr>
              <w:spacing w:after="0"/>
              <w:jc w:val="left"/>
            </w:pPr>
            <w:r>
              <w:rPr>
                <w:b/>
                <w:sz w:val="16"/>
              </w:rPr>
              <w:t>How it applies to members</w:t>
            </w:r>
          </w:p>
        </w:tc>
        <w:tc>
          <w:tcPr>
            <w:tcW w:type="dxa" w:w="2149"/>
            <w:shd w:val="clear" w:color="auto" w:fill="E8E8E8"/>
          </w:tcPr>
          <w:p>
            <w:pPr>
              <w:spacing w:after="0"/>
              <w:jc w:val="left"/>
            </w:pPr>
            <w:r>
              <w:rPr>
                <w:b/>
                <w:sz w:val="16"/>
              </w:rPr>
              <w:t>Note</w:t>
            </w:r>
          </w:p>
        </w:tc>
      </w:tr>
      <w:tr>
        <w:trPr>
          <w:cantSplit/>
        </w:trPr>
        <w:tc>
          <w:tcPr>
            <w:tcW w:type="dxa" w:w="1677"/>
          </w:tcPr>
          <w:p>
            <w:pPr>
              <w:spacing w:after="0"/>
              <w:jc w:val="left"/>
            </w:pPr>
            <w:r>
              <w:rPr>
                <w:sz w:val="16"/>
              </w:rPr>
              <w:t>Avalanche</w:t>
            </w:r>
          </w:p>
        </w:tc>
        <w:tc>
          <w:tcPr>
            <w:tcW w:type="dxa" w:w="1695"/>
          </w:tcPr>
          <w:p>
            <w:pPr>
              <w:spacing w:after="0"/>
              <w:jc w:val="left"/>
            </w:pPr>
            <w:r>
              <w:rPr>
                <w:sz w:val="16"/>
              </w:rPr>
              <w:t>none (count and damage)</w:t>
            </w:r>
          </w:p>
        </w:tc>
        <w:tc>
          <w:tcPr>
            <w:tcW w:type="dxa" w:w="1507"/>
          </w:tcPr>
          <w:p>
            <w:pPr>
              <w:spacing w:after="0"/>
              <w:jc w:val="right"/>
            </w:pPr>
            <w:r>
              <w:rPr>
                <w:sz w:val="16"/>
              </w:rPr>
              <w:t>0</w:t>
            </w:r>
          </w:p>
        </w:tc>
        <w:tc>
          <w:tcPr>
            <w:tcW w:type="dxa" w:w="1801"/>
          </w:tcPr>
          <w:p>
            <w:pPr>
              <w:spacing w:after="0"/>
              <w:jc w:val="left"/>
            </w:pPr>
          </w:p>
        </w:tc>
        <w:tc>
          <w:tcPr>
            <w:tcW w:type="dxa" w:w="2111"/>
          </w:tcPr>
          <w:p>
            <w:pPr>
              <w:spacing w:after="0"/>
              <w:jc w:val="left"/>
            </w:pPr>
          </w:p>
        </w:tc>
        <w:tc>
          <w:tcPr>
            <w:tcW w:type="dxa" w:w="1606"/>
          </w:tcPr>
          <w:p>
            <w:pPr>
              <w:spacing w:after="0"/>
              <w:jc w:val="left"/>
            </w:pPr>
          </w:p>
        </w:tc>
        <w:tc>
          <w:tcPr>
            <w:tcW w:type="dxa" w:w="1567"/>
          </w:tcPr>
          <w:p>
            <w:pPr>
              <w:spacing w:after="0"/>
              <w:jc w:val="left"/>
            </w:pPr>
          </w:p>
        </w:tc>
        <w:tc>
          <w:tcPr>
            <w:tcW w:type="dxa" w:w="2149"/>
          </w:tcPr>
          <w:p>
            <w:pPr>
              <w:spacing w:after="0"/>
              <w:jc w:val="left"/>
            </w:pPr>
            <w:r>
              <w:rPr>
                <w:sz w:val="16"/>
              </w:rPr>
              <w:t>Physical measure: in event narratives only; local data required.</w:t>
            </w:r>
          </w:p>
        </w:tc>
      </w:tr>
      <w:tr>
        <w:trPr>
          <w:cantSplit/>
        </w:trPr>
        <w:tc>
          <w:tcPr>
            <w:tcW w:type="dxa" w:w="1677"/>
          </w:tcPr>
          <w:p>
            <w:pPr>
              <w:spacing w:after="0"/>
              <w:jc w:val="left"/>
            </w:pPr>
            <w:r>
              <w:rPr>
                <w:sz w:val="16"/>
              </w:rPr>
              <w:t>Coastal Flood, Storm Surge/Tide</w:t>
            </w:r>
          </w:p>
        </w:tc>
        <w:tc>
          <w:tcPr>
            <w:tcW w:type="dxa" w:w="1695"/>
          </w:tcPr>
          <w:p>
            <w:pPr>
              <w:spacing w:after="0"/>
              <w:jc w:val="left"/>
            </w:pPr>
            <w:r>
              <w:rPr>
                <w:sz w:val="16"/>
              </w:rPr>
              <w:t>none in data (FIRM for depth)</w:t>
            </w:r>
          </w:p>
        </w:tc>
        <w:tc>
          <w:tcPr>
            <w:tcW w:type="dxa" w:w="1507"/>
          </w:tcPr>
          <w:p>
            <w:pPr>
              <w:spacing w:after="0"/>
              <w:jc w:val="right"/>
            </w:pPr>
            <w:r>
              <w:rPr>
                <w:sz w:val="16"/>
              </w:rPr>
              <w:t>0</w:t>
            </w:r>
          </w:p>
        </w:tc>
        <w:tc>
          <w:tcPr>
            <w:tcW w:type="dxa" w:w="1801"/>
          </w:tcPr>
          <w:p>
            <w:pPr>
              <w:spacing w:after="0"/>
              <w:jc w:val="left"/>
            </w:pPr>
          </w:p>
        </w:tc>
        <w:tc>
          <w:tcPr>
            <w:tcW w:type="dxa" w:w="2111"/>
          </w:tcPr>
          <w:p>
            <w:pPr>
              <w:spacing w:after="0"/>
              <w:jc w:val="left"/>
            </w:pPr>
          </w:p>
        </w:tc>
        <w:tc>
          <w:tcPr>
            <w:tcW w:type="dxa" w:w="1606"/>
          </w:tcPr>
          <w:p>
            <w:pPr>
              <w:spacing w:after="0"/>
              <w:jc w:val="left"/>
            </w:pPr>
          </w:p>
        </w:tc>
        <w:tc>
          <w:tcPr>
            <w:tcW w:type="dxa" w:w="1567"/>
          </w:tcPr>
          <w:p>
            <w:pPr>
              <w:spacing w:after="0"/>
              <w:jc w:val="left"/>
            </w:pPr>
          </w:p>
        </w:tc>
        <w:tc>
          <w:tcPr>
            <w:tcW w:type="dxa" w:w="2149"/>
          </w:tcPr>
          <w:p>
            <w:pPr>
              <w:spacing w:after="0"/>
              <w:jc w:val="left"/>
            </w:pPr>
            <w:r>
              <w:rPr>
                <w:sz w:val="16"/>
              </w:rPr>
              <w:t>Flood depth: see the FEMA Flood Insurance Rate Map.</w:t>
            </w:r>
          </w:p>
        </w:tc>
      </w:tr>
      <w:tr>
        <w:trPr>
          <w:cantSplit/>
        </w:trPr>
        <w:tc>
          <w:tcPr>
            <w:tcW w:type="dxa" w:w="1677"/>
          </w:tcPr>
          <w:p>
            <w:pPr>
              <w:spacing w:after="0"/>
              <w:jc w:val="left"/>
            </w:pPr>
            <w:r>
              <w:rPr>
                <w:sz w:val="16"/>
              </w:rPr>
              <w:t>Cold/Wind Chill, Extreme Cold/Wind Chill</w:t>
            </w:r>
          </w:p>
        </w:tc>
        <w:tc>
          <w:tcPr>
            <w:tcW w:type="dxa" w:w="1695"/>
          </w:tcPr>
          <w:p>
            <w:pPr>
              <w:spacing w:after="0"/>
              <w:jc w:val="left"/>
            </w:pPr>
            <w:r>
              <w:rPr>
                <w:sz w:val="16"/>
              </w:rPr>
              <w:t>wind chill</w:t>
            </w:r>
          </w:p>
        </w:tc>
        <w:tc>
          <w:tcPr>
            <w:tcW w:type="dxa" w:w="1507"/>
          </w:tcPr>
          <w:p>
            <w:pPr>
              <w:spacing w:after="0"/>
              <w:jc w:val="right"/>
            </w:pPr>
            <w:r>
              <w:rPr>
                <w:sz w:val="16"/>
              </w:rPr>
              <w:t>0</w:t>
            </w:r>
          </w:p>
        </w:tc>
        <w:tc>
          <w:tcPr>
            <w:tcW w:type="dxa" w:w="1801"/>
          </w:tcPr>
          <w:p>
            <w:pPr>
              <w:spacing w:after="0"/>
              <w:jc w:val="left"/>
            </w:pPr>
          </w:p>
        </w:tc>
        <w:tc>
          <w:tcPr>
            <w:tcW w:type="dxa" w:w="2111"/>
          </w:tcPr>
          <w:p>
            <w:pPr>
              <w:spacing w:after="0"/>
              <w:jc w:val="left"/>
            </w:pPr>
          </w:p>
        </w:tc>
        <w:tc>
          <w:tcPr>
            <w:tcW w:type="dxa" w:w="1606"/>
          </w:tcPr>
          <w:p>
            <w:pPr>
              <w:spacing w:after="0"/>
              <w:jc w:val="left"/>
            </w:pPr>
          </w:p>
        </w:tc>
        <w:tc>
          <w:tcPr>
            <w:tcW w:type="dxa" w:w="1567"/>
          </w:tcPr>
          <w:p>
            <w:pPr>
              <w:spacing w:after="0"/>
              <w:jc w:val="left"/>
            </w:pPr>
          </w:p>
        </w:tc>
        <w:tc>
          <w:tcPr>
            <w:tcW w:type="dxa" w:w="2149"/>
          </w:tcPr>
          <w:p>
            <w:pPr>
              <w:spacing w:after="0"/>
              <w:jc w:val="left"/>
            </w:pPr>
            <w:r>
              <w:rPr>
                <w:sz w:val="16"/>
              </w:rPr>
              <w:t>Wind chill: in event narratives only; local data required.</w:t>
            </w:r>
          </w:p>
        </w:tc>
      </w:tr>
      <w:tr>
        <w:trPr>
          <w:cantSplit/>
        </w:trPr>
        <w:tc>
          <w:tcPr>
            <w:tcW w:type="dxa" w:w="1677"/>
          </w:tcPr>
          <w:p>
            <w:pPr>
              <w:spacing w:after="0"/>
              <w:jc w:val="left"/>
            </w:pPr>
            <w:r>
              <w:rPr>
                <w:sz w:val="16"/>
              </w:rPr>
              <w:t>Frost/Freeze (outside NRI Cold Wave definition)</w:t>
            </w:r>
          </w:p>
        </w:tc>
        <w:tc>
          <w:tcPr>
            <w:tcW w:type="dxa" w:w="1695"/>
          </w:tcPr>
          <w:p>
            <w:pPr>
              <w:spacing w:after="0"/>
              <w:jc w:val="left"/>
            </w:pPr>
            <w:r>
              <w:rPr>
                <w:sz w:val="16"/>
              </w:rPr>
              <w:t>crop damage</w:t>
            </w:r>
          </w:p>
        </w:tc>
        <w:tc>
          <w:tcPr>
            <w:tcW w:type="dxa" w:w="1507"/>
          </w:tcPr>
          <w:p>
            <w:pPr>
              <w:spacing w:after="0"/>
              <w:jc w:val="right"/>
            </w:pPr>
            <w:r>
              <w:rPr>
                <w:sz w:val="16"/>
              </w:rPr>
              <w:t>8, 2007 to 2014 (8 zone-level)</w:t>
            </w:r>
          </w:p>
        </w:tc>
        <w:tc>
          <w:tcPr>
            <w:tcW w:type="dxa" w:w="1801"/>
          </w:tcPr>
          <w:p>
            <w:pPr>
              <w:spacing w:after="0"/>
              <w:jc w:val="left"/>
            </w:pPr>
          </w:p>
        </w:tc>
        <w:tc>
          <w:tcPr>
            <w:tcW w:type="dxa" w:w="2111"/>
          </w:tcPr>
          <w:p>
            <w:pPr>
              <w:spacing w:after="0"/>
              <w:jc w:val="left"/>
            </w:pPr>
            <w:r>
              <w:rPr>
                <w:sz w:val="16"/>
              </w:rPr>
              <w:t>No crop damage reported in 8 records.</w:t>
            </w:r>
          </w:p>
        </w:tc>
        <w:tc>
          <w:tcPr>
            <w:tcW w:type="dxa" w:w="1606"/>
          </w:tcPr>
          <w:p>
            <w:pPr>
              <w:spacing w:after="0"/>
              <w:jc w:val="left"/>
            </w:pPr>
          </w:p>
        </w:tc>
        <w:tc>
          <w:tcPr>
            <w:tcW w:type="dxa" w:w="1567"/>
          </w:tcPr>
          <w:p>
            <w:pPr>
              <w:spacing w:after="0"/>
              <w:jc w:val="left"/>
            </w:pPr>
            <w:r>
              <w:rPr>
                <w:sz w:val="16"/>
              </w:rPr>
              <w:t>Zone-level records: applies countywide; national data do not locate these events within the county.</w:t>
            </w:r>
          </w:p>
        </w:tc>
        <w:tc>
          <w:tcPr>
            <w:tcW w:type="dxa" w:w="2149"/>
          </w:tcPr>
          <w:p>
            <w:pPr>
              <w:spacing w:after="0"/>
              <w:jc w:val="left"/>
            </w:pPr>
            <w:r>
              <w:rPr>
                <w:sz w:val="16"/>
              </w:rPr>
              <w:t>Temperature: in event narratives only; local data required.</w:t>
            </w:r>
          </w:p>
        </w:tc>
      </w:tr>
      <w:tr>
        <w:trPr>
          <w:cantSplit/>
        </w:trPr>
        <w:tc>
          <w:tcPr>
            <w:tcW w:type="dxa" w:w="1677"/>
          </w:tcPr>
          <w:p>
            <w:pPr>
              <w:spacing w:after="0"/>
              <w:jc w:val="left"/>
            </w:pPr>
            <w:r>
              <w:rPr>
                <w:sz w:val="16"/>
              </w:rPr>
              <w:t>Drought</w:t>
            </w:r>
          </w:p>
        </w:tc>
        <w:tc>
          <w:tcPr>
            <w:tcW w:type="dxa" w:w="1695"/>
          </w:tcPr>
          <w:p>
            <w:pPr>
              <w:spacing w:after="0"/>
              <w:jc w:val="left"/>
            </w:pPr>
            <w:r>
              <w:rPr>
                <w:sz w:val="16"/>
              </w:rPr>
              <w:t>US Drought Monitor D-scale</w:t>
            </w:r>
          </w:p>
        </w:tc>
        <w:tc>
          <w:tcPr>
            <w:tcW w:type="dxa" w:w="1507"/>
          </w:tcPr>
          <w:p>
            <w:pPr>
              <w:spacing w:after="0"/>
              <w:jc w:val="right"/>
            </w:pPr>
            <w:r>
              <w:rPr>
                <w:sz w:val="16"/>
              </w:rPr>
              <w:t>21, 2000 to 2017 (21 zone-level)</w:t>
            </w:r>
          </w:p>
        </w:tc>
        <w:tc>
          <w:tcPr>
            <w:tcW w:type="dxa" w:w="1801"/>
          </w:tcPr>
          <w:p>
            <w:pPr>
              <w:spacing w:after="0"/>
              <w:jc w:val="left"/>
            </w:pPr>
            <w:r>
              <w:rPr>
                <w:sz w:val="16"/>
              </w:rPr>
              <w:t>1 day to 225 days (median 113 days); 5 with a recorded value</w:t>
            </w:r>
          </w:p>
        </w:tc>
        <w:tc>
          <w:tcPr>
            <w:tcW w:type="dxa" w:w="2111"/>
          </w:tcPr>
          <w:p>
            <w:pPr>
              <w:spacing w:after="0"/>
              <w:jc w:val="left"/>
            </w:pPr>
            <w:r>
              <w:rPr>
                <w:sz w:val="16"/>
              </w:rPr>
              <w:t>225 days (about 7.4 months), 2012-06-19 to 2013-01-29, a run of 8 consecutive Storm Events drought records, zone-level</w:t>
            </w:r>
          </w:p>
        </w:tc>
        <w:tc>
          <w:tcPr>
            <w:tcW w:type="dxa" w:w="1606"/>
          </w:tcPr>
          <w:p>
            <w:pPr>
              <w:spacing w:after="0"/>
              <w:jc w:val="left"/>
            </w:pPr>
          </w:p>
        </w:tc>
        <w:tc>
          <w:tcPr>
            <w:tcW w:type="dxa" w:w="1567"/>
          </w:tcPr>
          <w:p>
            <w:pPr>
              <w:spacing w:after="0"/>
              <w:jc w:val="left"/>
            </w:pPr>
            <w:r>
              <w:rPr>
                <w:sz w:val="16"/>
              </w:rPr>
              <w:t>Zone-level records: applies countywide; national data do not locate these events within the county.</w:t>
            </w:r>
          </w:p>
        </w:tc>
        <w:tc>
          <w:tcPr>
            <w:tcW w:type="dxa" w:w="214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7"/>
          </w:tcPr>
          <w:p>
            <w:pPr>
              <w:spacing w:after="0"/>
              <w:jc w:val="left"/>
            </w:pPr>
            <w:r>
              <w:rPr>
                <w:sz w:val="16"/>
              </w:rPr>
              <w:t>Earthquake</w:t>
            </w:r>
          </w:p>
        </w:tc>
        <w:tc>
          <w:tcPr>
            <w:tcW w:type="dxa" w:w="1695"/>
          </w:tcPr>
          <w:p>
            <w:pPr>
              <w:spacing w:after="0"/>
              <w:jc w:val="left"/>
            </w:pPr>
            <w:r>
              <w:rPr>
                <w:sz w:val="16"/>
              </w:rPr>
              <w:t>Modified Mercalli (local data)</w:t>
            </w:r>
          </w:p>
        </w:tc>
        <w:tc>
          <w:tcPr>
            <w:tcW w:type="dxa" w:w="1507"/>
          </w:tcPr>
          <w:p>
            <w:pPr>
              <w:spacing w:after="0"/>
              <w:jc w:val="right"/>
            </w:pPr>
            <w:r>
              <w:rPr>
                <w:sz w:val="16"/>
              </w:rPr>
              <w:t>0</w:t>
            </w:r>
          </w:p>
        </w:tc>
        <w:tc>
          <w:tcPr>
            <w:tcW w:type="dxa" w:w="1801"/>
          </w:tcPr>
          <w:p>
            <w:pPr>
              <w:spacing w:after="0"/>
              <w:jc w:val="left"/>
            </w:pPr>
          </w:p>
        </w:tc>
        <w:tc>
          <w:tcPr>
            <w:tcW w:type="dxa" w:w="2111"/>
          </w:tcPr>
          <w:p>
            <w:pPr>
              <w:spacing w:after="0"/>
              <w:jc w:val="left"/>
            </w:pPr>
          </w:p>
        </w:tc>
        <w:tc>
          <w:tcPr>
            <w:tcW w:type="dxa" w:w="1606"/>
          </w:tcPr>
          <w:p>
            <w:pPr>
              <w:spacing w:after="0"/>
              <w:jc w:val="left"/>
            </w:pPr>
          </w:p>
        </w:tc>
        <w:tc>
          <w:tcPr>
            <w:tcW w:type="dxa" w:w="1567"/>
          </w:tcPr>
          <w:p>
            <w:pPr>
              <w:spacing w:after="0"/>
              <w:jc w:val="left"/>
            </w:pPr>
          </w:p>
        </w:tc>
        <w:tc>
          <w:tcPr>
            <w:tcW w:type="dxa" w:w="2149"/>
          </w:tcPr>
          <w:p>
            <w:pPr>
              <w:spacing w:after="0"/>
              <w:jc w:val="left"/>
            </w:pPr>
            <w:r>
              <w:rPr>
                <w:sz w:val="16"/>
              </w:rPr>
              <w:t>No Storm Events record; local data required (e.g., USGS).</w:t>
            </w:r>
          </w:p>
        </w:tc>
      </w:tr>
      <w:tr>
        <w:trPr>
          <w:cantSplit/>
        </w:trPr>
        <w:tc>
          <w:tcPr>
            <w:tcW w:type="dxa" w:w="1677"/>
          </w:tcPr>
          <w:p>
            <w:pPr>
              <w:spacing w:after="0"/>
              <w:jc w:val="left"/>
            </w:pPr>
            <w:r>
              <w:rPr>
                <w:sz w:val="16"/>
              </w:rPr>
              <w:t>Hail</w:t>
            </w:r>
          </w:p>
        </w:tc>
        <w:tc>
          <w:tcPr>
            <w:tcW w:type="dxa" w:w="1695"/>
          </w:tcPr>
          <w:p>
            <w:pPr>
              <w:spacing w:after="0"/>
              <w:jc w:val="left"/>
            </w:pPr>
            <w:r>
              <w:rPr>
                <w:sz w:val="16"/>
              </w:rPr>
              <w:t>hail size (inches)</w:t>
            </w:r>
          </w:p>
        </w:tc>
        <w:tc>
          <w:tcPr>
            <w:tcW w:type="dxa" w:w="1507"/>
          </w:tcPr>
          <w:p>
            <w:pPr>
              <w:spacing w:after="0"/>
              <w:jc w:val="right"/>
            </w:pPr>
            <w:r>
              <w:rPr>
                <w:sz w:val="16"/>
              </w:rPr>
              <w:t>305, 1956 to 2026</w:t>
            </w:r>
          </w:p>
        </w:tc>
        <w:tc>
          <w:tcPr>
            <w:tcW w:type="dxa" w:w="1801"/>
          </w:tcPr>
          <w:p>
            <w:pPr>
              <w:spacing w:after="0"/>
              <w:jc w:val="left"/>
            </w:pPr>
            <w:r>
              <w:rPr>
                <w:sz w:val="16"/>
              </w:rPr>
              <w:t>0.75 in to 4 in (median 1 in); 305 with a recorded value</w:t>
            </w:r>
          </w:p>
        </w:tc>
        <w:tc>
          <w:tcPr>
            <w:tcW w:type="dxa" w:w="2111"/>
          </w:tcPr>
          <w:p>
            <w:pPr>
              <w:spacing w:after="0"/>
              <w:jc w:val="left"/>
            </w:pPr>
            <w:r>
              <w:rPr>
                <w:sz w:val="16"/>
              </w:rPr>
              <w:t>4 in hail, 2023-06-14</w:t>
            </w:r>
          </w:p>
        </w:tc>
        <w:tc>
          <w:tcPr>
            <w:tcW w:type="dxa" w:w="1606"/>
          </w:tcPr>
          <w:p>
            <w:pPr>
              <w:spacing w:after="0"/>
              <w:jc w:val="left"/>
            </w:pPr>
            <w:r>
              <w:rPr>
                <w:sz w:val="16"/>
              </w:rPr>
              <w:t>Hail, 1994-04-25, $5,000 property; crops not recorded (1994 dollars)</w:t>
            </w:r>
          </w:p>
        </w:tc>
        <w:tc>
          <w:tcPr>
            <w:tcW w:type="dxa" w:w="1567"/>
          </w:tcPr>
          <w:p>
            <w:pPr>
              <w:spacing w:after="0"/>
              <w:jc w:val="left"/>
            </w:pPr>
            <w:r>
              <w:rPr>
                <w:sz w:val="16"/>
              </w:rPr>
              <w:t>Event records naming member places: Hot Springs city (82 records), Mountain Pine city (15 records), Fountain Lake town (3 records).</w:t>
            </w:r>
          </w:p>
        </w:tc>
        <w:tc>
          <w:tcPr>
            <w:tcW w:type="dxa" w:w="2149"/>
          </w:tcPr>
          <w:p>
            <w:pPr>
              <w:spacing w:after="0"/>
              <w:jc w:val="left"/>
            </w:pPr>
          </w:p>
        </w:tc>
      </w:tr>
      <w:tr>
        <w:trPr>
          <w:cantSplit/>
        </w:trPr>
        <w:tc>
          <w:tcPr>
            <w:tcW w:type="dxa" w:w="1677"/>
          </w:tcPr>
          <w:p>
            <w:pPr>
              <w:spacing w:after="0"/>
              <w:jc w:val="left"/>
            </w:pPr>
            <w:r>
              <w:rPr>
                <w:sz w:val="16"/>
              </w:rPr>
              <w:t>Excessive Heat, Heat</w:t>
            </w:r>
          </w:p>
        </w:tc>
        <w:tc>
          <w:tcPr>
            <w:tcW w:type="dxa" w:w="1695"/>
          </w:tcPr>
          <w:p>
            <w:pPr>
              <w:spacing w:after="0"/>
              <w:jc w:val="left"/>
            </w:pPr>
            <w:r>
              <w:rPr>
                <w:sz w:val="16"/>
              </w:rPr>
              <w:t>heat index (narratives)</w:t>
            </w:r>
          </w:p>
        </w:tc>
        <w:tc>
          <w:tcPr>
            <w:tcW w:type="dxa" w:w="1507"/>
          </w:tcPr>
          <w:p>
            <w:pPr>
              <w:spacing w:after="0"/>
              <w:jc w:val="right"/>
            </w:pPr>
            <w:r>
              <w:rPr>
                <w:sz w:val="16"/>
              </w:rPr>
              <w:t>11, 2007 to 2015 (11 zone-level)</w:t>
            </w:r>
          </w:p>
        </w:tc>
        <w:tc>
          <w:tcPr>
            <w:tcW w:type="dxa" w:w="1801"/>
          </w:tcPr>
          <w:p>
            <w:pPr>
              <w:spacing w:after="0"/>
              <w:jc w:val="left"/>
            </w:pPr>
            <w:r>
              <w:rPr>
                <w:sz w:val="16"/>
              </w:rPr>
              <w:t>1 day to 42 days (median 7 days); 7 with a recorded value</w:t>
            </w:r>
          </w:p>
        </w:tc>
        <w:tc>
          <w:tcPr>
            <w:tcW w:type="dxa" w:w="2111"/>
          </w:tcPr>
          <w:p>
            <w:pPr>
              <w:spacing w:after="0"/>
              <w:jc w:val="left"/>
            </w:pPr>
            <w:r>
              <w:rPr>
                <w:sz w:val="16"/>
              </w:rPr>
              <w:t>42 days, 2012-06-25 to 2012-08-05, from 3 records, 1 of them a monthly summary (a monthly summary record covers most or all of a month; it does not count days at wave conditions), zone-level</w:t>
            </w:r>
          </w:p>
        </w:tc>
        <w:tc>
          <w:tcPr>
            <w:tcW w:type="dxa" w:w="1606"/>
          </w:tcPr>
          <w:p>
            <w:pPr>
              <w:spacing w:after="0"/>
              <w:jc w:val="left"/>
            </w:pPr>
          </w:p>
        </w:tc>
        <w:tc>
          <w:tcPr>
            <w:tcW w:type="dxa" w:w="1567"/>
          </w:tcPr>
          <w:p>
            <w:pPr>
              <w:spacing w:after="0"/>
              <w:jc w:val="left"/>
            </w:pPr>
            <w:r>
              <w:rPr>
                <w:sz w:val="16"/>
              </w:rPr>
              <w:t>Zone-level records: applies countywide; national data do not locate these events within the county.</w:t>
            </w:r>
          </w:p>
        </w:tc>
        <w:tc>
          <w:tcPr>
            <w:tcW w:type="dxa" w:w="2149"/>
          </w:tcPr>
          <w:p>
            <w:pPr>
              <w:spacing w:after="0"/>
              <w:jc w:val="left"/>
            </w:pPr>
            <w:r>
              <w:rPr>
                <w:sz w:val="16"/>
              </w:rPr>
              <w:t>Heat index: in event narratives only; local data required.</w:t>
            </w:r>
          </w:p>
        </w:tc>
      </w:tr>
      <w:tr>
        <w:trPr>
          <w:cantSplit/>
        </w:trPr>
        <w:tc>
          <w:tcPr>
            <w:tcW w:type="dxa" w:w="1677"/>
          </w:tcPr>
          <w:p>
            <w:pPr>
              <w:spacing w:after="0"/>
              <w:jc w:val="left"/>
            </w:pPr>
            <w:r>
              <w:rPr>
                <w:sz w:val="16"/>
              </w:rPr>
              <w:t>Hurricane, Tropical Storm, Tropical Depression</w:t>
            </w:r>
          </w:p>
        </w:tc>
        <w:tc>
          <w:tcPr>
            <w:tcW w:type="dxa" w:w="1695"/>
          </w:tcPr>
          <w:p>
            <w:pPr>
              <w:spacing w:after="0"/>
              <w:jc w:val="left"/>
            </w:pPr>
            <w:r>
              <w:rPr>
                <w:sz w:val="16"/>
              </w:rPr>
              <w:t>Saffir-Simpson</w:t>
            </w:r>
          </w:p>
        </w:tc>
        <w:tc>
          <w:tcPr>
            <w:tcW w:type="dxa" w:w="1507"/>
          </w:tcPr>
          <w:p>
            <w:pPr>
              <w:spacing w:after="0"/>
              <w:jc w:val="right"/>
            </w:pPr>
            <w:r>
              <w:rPr>
                <w:sz w:val="16"/>
              </w:rPr>
              <w:t>5, 2005 to 2012 (5 zone-level)</w:t>
            </w:r>
          </w:p>
        </w:tc>
        <w:tc>
          <w:tcPr>
            <w:tcW w:type="dxa" w:w="1801"/>
          </w:tcPr>
          <w:p>
            <w:pPr>
              <w:spacing w:after="0"/>
              <w:jc w:val="left"/>
            </w:pPr>
          </w:p>
        </w:tc>
        <w:tc>
          <w:tcPr>
            <w:tcW w:type="dxa" w:w="2111"/>
          </w:tcPr>
          <w:p>
            <w:pPr>
              <w:spacing w:after="0"/>
              <w:jc w:val="left"/>
            </w:pPr>
            <w:r>
              <w:rPr>
                <w:sz w:val="16"/>
              </w:rPr>
              <w:t>Strongest recorded (records with damage, a wind speed or direct casualties first, then storm type, category and wind): Tropical Storm record, 2008-09-13 to 2008-09-14, $2,000,000 property; $0 crops, reported for the zone (2008 dollars), 1 direct injury (reported for the zone); NWS zone ARZ042 (GARLAND), zone-level: may include parts of neighboring counties</w:t>
            </w:r>
          </w:p>
        </w:tc>
        <w:tc>
          <w:tcPr>
            <w:tcW w:type="dxa" w:w="1606"/>
          </w:tcPr>
          <w:p>
            <w:pPr>
              <w:spacing w:after="0"/>
              <w:jc w:val="left"/>
            </w:pPr>
          </w:p>
        </w:tc>
        <w:tc>
          <w:tcPr>
            <w:tcW w:type="dxa" w:w="1567"/>
          </w:tcPr>
          <w:p>
            <w:pPr>
              <w:spacing w:after="0"/>
              <w:jc w:val="left"/>
            </w:pPr>
            <w:r>
              <w:rPr>
                <w:sz w:val="16"/>
              </w:rPr>
              <w:t>Zone-level records: applies countywide; national data do not locate these events within the county.</w:t>
            </w:r>
          </w:p>
        </w:tc>
        <w:tc>
          <w:tcPr>
            <w:tcW w:type="dxa" w:w="214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77"/>
          </w:tcPr>
          <w:p>
            <w:pPr>
              <w:spacing w:after="0"/>
              <w:jc w:val="left"/>
            </w:pPr>
            <w:r>
              <w:rPr>
                <w:sz w:val="16"/>
              </w:rPr>
              <w:t>Ice Storm</w:t>
            </w:r>
          </w:p>
        </w:tc>
        <w:tc>
          <w:tcPr>
            <w:tcW w:type="dxa" w:w="1695"/>
          </w:tcPr>
          <w:p>
            <w:pPr>
              <w:spacing w:after="0"/>
              <w:jc w:val="left"/>
            </w:pPr>
            <w:r>
              <w:rPr>
                <w:sz w:val="16"/>
              </w:rPr>
              <w:t>Sperry-Piltz (local data)</w:t>
            </w:r>
          </w:p>
        </w:tc>
        <w:tc>
          <w:tcPr>
            <w:tcW w:type="dxa" w:w="1507"/>
          </w:tcPr>
          <w:p>
            <w:pPr>
              <w:spacing w:after="0"/>
              <w:jc w:val="right"/>
            </w:pPr>
            <w:r>
              <w:rPr>
                <w:sz w:val="16"/>
              </w:rPr>
              <w:t>6, 1998 to 2023 (6 zone-level)</w:t>
            </w:r>
          </w:p>
        </w:tc>
        <w:tc>
          <w:tcPr>
            <w:tcW w:type="dxa" w:w="1801"/>
          </w:tcPr>
          <w:p>
            <w:pPr>
              <w:spacing w:after="0"/>
              <w:jc w:val="left"/>
            </w:pPr>
          </w:p>
        </w:tc>
        <w:tc>
          <w:tcPr>
            <w:tcW w:type="dxa" w:w="2111"/>
          </w:tcPr>
          <w:p>
            <w:pPr>
              <w:spacing w:after="0"/>
              <w:jc w:val="left"/>
            </w:pPr>
            <w:r>
              <w:rPr>
                <w:sz w:val="16"/>
              </w:rPr>
              <w:t>Ice Storm, 2014-02-04, $700,000 property; $0 crops, reported for the zone (2014 dollars); NWS zone ARZ042 (GARLAND), zone-level: may include parts of neighboring counties</w:t>
            </w:r>
          </w:p>
        </w:tc>
        <w:tc>
          <w:tcPr>
            <w:tcW w:type="dxa" w:w="1606"/>
          </w:tcPr>
          <w:p>
            <w:pPr>
              <w:spacing w:after="0"/>
              <w:jc w:val="left"/>
            </w:pPr>
          </w:p>
        </w:tc>
        <w:tc>
          <w:tcPr>
            <w:tcW w:type="dxa" w:w="1567"/>
          </w:tcPr>
          <w:p>
            <w:pPr>
              <w:spacing w:after="0"/>
              <w:jc w:val="left"/>
            </w:pPr>
            <w:r>
              <w:rPr>
                <w:sz w:val="16"/>
              </w:rPr>
              <w:t>Zone-level records: applies countywide; national data do not locate these events within the county.</w:t>
            </w:r>
          </w:p>
        </w:tc>
        <w:tc>
          <w:tcPr>
            <w:tcW w:type="dxa" w:w="2149"/>
          </w:tcPr>
          <w:p>
            <w:pPr>
              <w:spacing w:after="0"/>
              <w:jc w:val="left"/>
            </w:pPr>
            <w:r>
              <w:rPr>
                <w:sz w:val="16"/>
              </w:rPr>
              <w:t>Ice thickness: in event narratives only; local data required.</w:t>
            </w:r>
          </w:p>
        </w:tc>
      </w:tr>
      <w:tr>
        <w:trPr>
          <w:cantSplit/>
        </w:trPr>
        <w:tc>
          <w:tcPr>
            <w:tcW w:type="dxa" w:w="1677"/>
          </w:tcPr>
          <w:p>
            <w:pPr>
              <w:spacing w:after="0"/>
              <w:jc w:val="left"/>
            </w:pPr>
            <w:r>
              <w:rPr>
                <w:sz w:val="16"/>
              </w:rPr>
              <w:t>Flash Flood, Flood, Lakeshore Flood</w:t>
            </w:r>
          </w:p>
        </w:tc>
        <w:tc>
          <w:tcPr>
            <w:tcW w:type="dxa" w:w="1695"/>
          </w:tcPr>
          <w:p>
            <w:pPr>
              <w:spacing w:after="0"/>
              <w:jc w:val="left"/>
            </w:pPr>
            <w:r>
              <w:rPr>
                <w:sz w:val="16"/>
              </w:rPr>
              <w:t>damage and flood days (FIRM for depth)</w:t>
            </w:r>
          </w:p>
        </w:tc>
        <w:tc>
          <w:tcPr>
            <w:tcW w:type="dxa" w:w="1507"/>
          </w:tcPr>
          <w:p>
            <w:pPr>
              <w:spacing w:after="0"/>
              <w:jc w:val="right"/>
            </w:pPr>
            <w:r>
              <w:rPr>
                <w:sz w:val="16"/>
              </w:rPr>
              <w:t>78, 1996 to 2026</w:t>
            </w:r>
          </w:p>
        </w:tc>
        <w:tc>
          <w:tcPr>
            <w:tcW w:type="dxa" w:w="1801"/>
          </w:tcPr>
          <w:p>
            <w:pPr>
              <w:spacing w:after="0"/>
              <w:jc w:val="left"/>
            </w:pPr>
          </w:p>
        </w:tc>
        <w:tc>
          <w:tcPr>
            <w:tcW w:type="dxa" w:w="2111"/>
          </w:tcPr>
          <w:p>
            <w:pPr>
              <w:spacing w:after="0"/>
              <w:jc w:val="left"/>
            </w:pPr>
            <w:r>
              <w:rPr>
                <w:sz w:val="16"/>
              </w:rPr>
              <w:t>Flood, 2011-05-01, $3,000,000 property; $1,000,000 crops (2011 dollars)</w:t>
            </w:r>
          </w:p>
        </w:tc>
        <w:tc>
          <w:tcPr>
            <w:tcW w:type="dxa" w:w="1606"/>
          </w:tcPr>
          <w:p>
            <w:pPr>
              <w:spacing w:after="0"/>
              <w:jc w:val="left"/>
            </w:pPr>
          </w:p>
        </w:tc>
        <w:tc>
          <w:tcPr>
            <w:tcW w:type="dxa" w:w="1567"/>
          </w:tcPr>
          <w:p>
            <w:pPr>
              <w:spacing w:after="0"/>
              <w:jc w:val="left"/>
            </w:pPr>
            <w:r>
              <w:rPr>
                <w:sz w:val="16"/>
              </w:rPr>
              <w:t>Event records naming member places: Hot Springs city (24 records), Mountain Pine city (1 record).</w:t>
            </w:r>
          </w:p>
        </w:tc>
        <w:tc>
          <w:tcPr>
            <w:tcW w:type="dxa" w:w="214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77"/>
          </w:tcPr>
          <w:p>
            <w:pPr>
              <w:spacing w:after="0"/>
              <w:jc w:val="left"/>
            </w:pPr>
            <w:r>
              <w:rPr>
                <w:sz w:val="16"/>
              </w:rPr>
              <w:t>Debris Flow</w:t>
            </w:r>
          </w:p>
        </w:tc>
        <w:tc>
          <w:tcPr>
            <w:tcW w:type="dxa" w:w="1695"/>
          </w:tcPr>
          <w:p>
            <w:pPr>
              <w:spacing w:after="0"/>
              <w:jc w:val="left"/>
            </w:pPr>
            <w:r>
              <w:rPr>
                <w:sz w:val="16"/>
              </w:rPr>
              <w:t>none (count and damage)</w:t>
            </w:r>
          </w:p>
        </w:tc>
        <w:tc>
          <w:tcPr>
            <w:tcW w:type="dxa" w:w="1507"/>
          </w:tcPr>
          <w:p>
            <w:pPr>
              <w:spacing w:after="0"/>
              <w:jc w:val="right"/>
            </w:pPr>
            <w:r>
              <w:rPr>
                <w:sz w:val="16"/>
              </w:rPr>
              <w:t>0</w:t>
            </w:r>
          </w:p>
        </w:tc>
        <w:tc>
          <w:tcPr>
            <w:tcW w:type="dxa" w:w="1801"/>
          </w:tcPr>
          <w:p>
            <w:pPr>
              <w:spacing w:after="0"/>
              <w:jc w:val="left"/>
            </w:pPr>
          </w:p>
        </w:tc>
        <w:tc>
          <w:tcPr>
            <w:tcW w:type="dxa" w:w="2111"/>
          </w:tcPr>
          <w:p>
            <w:pPr>
              <w:spacing w:after="0"/>
              <w:jc w:val="left"/>
            </w:pPr>
          </w:p>
        </w:tc>
        <w:tc>
          <w:tcPr>
            <w:tcW w:type="dxa" w:w="1606"/>
          </w:tcPr>
          <w:p>
            <w:pPr>
              <w:spacing w:after="0"/>
              <w:jc w:val="left"/>
            </w:pPr>
          </w:p>
        </w:tc>
        <w:tc>
          <w:tcPr>
            <w:tcW w:type="dxa" w:w="1567"/>
          </w:tcPr>
          <w:p>
            <w:pPr>
              <w:spacing w:after="0"/>
              <w:jc w:val="left"/>
            </w:pPr>
          </w:p>
        </w:tc>
        <w:tc>
          <w:tcPr>
            <w:tcW w:type="dxa" w:w="2149"/>
          </w:tcPr>
          <w:p>
            <w:pPr>
              <w:spacing w:after="0"/>
              <w:jc w:val="left"/>
            </w:pPr>
            <w:r>
              <w:rPr>
                <w:sz w:val="16"/>
              </w:rPr>
              <w:t>Physical measure: in event narratives only; local data required.</w:t>
            </w:r>
          </w:p>
        </w:tc>
      </w:tr>
      <w:tr>
        <w:trPr>
          <w:cantSplit/>
        </w:trPr>
        <w:tc>
          <w:tcPr>
            <w:tcW w:type="dxa" w:w="1677"/>
          </w:tcPr>
          <w:p>
            <w:pPr>
              <w:spacing w:after="0"/>
              <w:jc w:val="left"/>
            </w:pPr>
            <w:r>
              <w:rPr>
                <w:sz w:val="16"/>
              </w:rPr>
              <w:t>Lightning</w:t>
            </w:r>
          </w:p>
        </w:tc>
        <w:tc>
          <w:tcPr>
            <w:tcW w:type="dxa" w:w="1695"/>
          </w:tcPr>
          <w:p>
            <w:pPr>
              <w:spacing w:after="0"/>
              <w:jc w:val="left"/>
            </w:pPr>
            <w:r>
              <w:rPr>
                <w:sz w:val="16"/>
              </w:rPr>
              <w:t>annualized frequency (the measure FEMA's Local Mitigation Planning Handbook names)</w:t>
            </w:r>
          </w:p>
        </w:tc>
        <w:tc>
          <w:tcPr>
            <w:tcW w:type="dxa" w:w="1507"/>
          </w:tcPr>
          <w:p>
            <w:pPr>
              <w:spacing w:after="0"/>
              <w:jc w:val="right"/>
            </w:pPr>
            <w:r>
              <w:rPr>
                <w:sz w:val="16"/>
              </w:rPr>
              <w:t>28, 1998 to 2019</w:t>
            </w:r>
          </w:p>
        </w:tc>
        <w:tc>
          <w:tcPr>
            <w:tcW w:type="dxa" w:w="1801"/>
          </w:tcPr>
          <w:p>
            <w:pPr>
              <w:spacing w:after="0"/>
              <w:jc w:val="left"/>
            </w:pPr>
          </w:p>
        </w:tc>
        <w:tc>
          <w:tcPr>
            <w:tcW w:type="dxa" w:w="2111"/>
          </w:tcPr>
          <w:p>
            <w:pPr>
              <w:spacing w:after="0"/>
              <w:jc w:val="left"/>
            </w:pPr>
            <w:r>
              <w:rPr>
                <w:sz w:val="16"/>
              </w:rPr>
              <w:t>Lightning, 2006-08-11, damage not reported, 1 direct death</w:t>
            </w:r>
          </w:p>
        </w:tc>
        <w:tc>
          <w:tcPr>
            <w:tcW w:type="dxa" w:w="1606"/>
          </w:tcPr>
          <w:p>
            <w:pPr>
              <w:spacing w:after="0"/>
              <w:jc w:val="left"/>
            </w:pPr>
            <w:r>
              <w:rPr>
                <w:sz w:val="16"/>
              </w:rPr>
              <w:t>Lightning, 2012-12-04, $130,000 property; $0 crops (2012 dollars)</w:t>
            </w:r>
          </w:p>
        </w:tc>
        <w:tc>
          <w:tcPr>
            <w:tcW w:type="dxa" w:w="1567"/>
          </w:tcPr>
          <w:p>
            <w:pPr>
              <w:spacing w:after="0"/>
              <w:jc w:val="left"/>
            </w:pPr>
            <w:r>
              <w:rPr>
                <w:sz w:val="16"/>
              </w:rPr>
              <w:t>Event records naming member places: Hot Springs city (9 records), Mountain Pine city (1 record).</w:t>
            </w:r>
          </w:p>
        </w:tc>
        <w:tc>
          <w:tcPr>
            <w:tcW w:type="dxa" w:w="2149"/>
          </w:tcPr>
          <w:p>
            <w:pPr>
              <w:spacing w:after="0"/>
              <w:jc w:val="left"/>
            </w:pPr>
            <w:r>
              <w:rPr>
                <w:sz w:val="16"/>
              </w:rPr>
              <w:t>Storm Events lists lightning with damage or casualties; physical measure in event narratives only; local data required.</w:t>
            </w:r>
          </w:p>
        </w:tc>
      </w:tr>
      <w:tr>
        <w:trPr>
          <w:cantSplit/>
        </w:trPr>
        <w:tc>
          <w:tcPr>
            <w:tcW w:type="dxa" w:w="1677"/>
          </w:tcPr>
          <w:p>
            <w:pPr>
              <w:spacing w:after="0"/>
              <w:jc w:val="left"/>
            </w:pPr>
            <w:r>
              <w:rPr>
                <w:sz w:val="16"/>
              </w:rPr>
              <w:t>High Wind and Strong Wind (outside NRI Strong Wind definition)</w:t>
            </w:r>
          </w:p>
        </w:tc>
        <w:tc>
          <w:tcPr>
            <w:tcW w:type="dxa" w:w="1695"/>
          </w:tcPr>
          <w:p>
            <w:pPr>
              <w:spacing w:after="0"/>
              <w:jc w:val="left"/>
            </w:pPr>
            <w:r>
              <w:rPr>
                <w:sz w:val="16"/>
              </w:rPr>
              <w:t>wind speed (kt and mph)</w:t>
            </w:r>
          </w:p>
        </w:tc>
        <w:tc>
          <w:tcPr>
            <w:tcW w:type="dxa" w:w="1507"/>
          </w:tcPr>
          <w:p>
            <w:pPr>
              <w:spacing w:after="0"/>
              <w:jc w:val="right"/>
            </w:pPr>
            <w:r>
              <w:rPr>
                <w:sz w:val="16"/>
              </w:rPr>
              <w:t>14, 1997 to 2019 (14 zone-level)</w:t>
            </w:r>
          </w:p>
        </w:tc>
        <w:tc>
          <w:tcPr>
            <w:tcW w:type="dxa" w:w="1801"/>
          </w:tcPr>
          <w:p>
            <w:pPr>
              <w:spacing w:after="0"/>
              <w:jc w:val="left"/>
            </w:pPr>
            <w:r>
              <w:rPr>
                <w:sz w:val="16"/>
              </w:rPr>
              <w:t>30 kt (35 mph) to 50 kt (58 mph) (median 37 kt (43 mph)); 13 with a recorded value</w:t>
            </w:r>
          </w:p>
        </w:tc>
        <w:tc>
          <w:tcPr>
            <w:tcW w:type="dxa" w:w="2111"/>
          </w:tcPr>
          <w:p>
            <w:pPr>
              <w:spacing w:after="0"/>
              <w:jc w:val="left"/>
            </w:pPr>
            <w:r>
              <w:rPr>
                <w:sz w:val="16"/>
              </w:rPr>
              <w:t>50 kt (58 mph) estimated gust, High Wind, 2019-05-21; same speed and measurement basis also recorded on 2007-04-11; NWS zone ARZ042 (GARLAND), zone-level: may include parts of neighboring counties</w:t>
            </w:r>
          </w:p>
        </w:tc>
        <w:tc>
          <w:tcPr>
            <w:tcW w:type="dxa" w:w="1606"/>
          </w:tcPr>
          <w:p>
            <w:pPr>
              <w:spacing w:after="0"/>
              <w:jc w:val="left"/>
            </w:pPr>
            <w:r>
              <w:rPr>
                <w:sz w:val="16"/>
              </w:rPr>
              <w:t>Strong Wind, 2008-01-29, $250,000 property; $0 crops, reported for the zone (2008 dollars)</w:t>
            </w:r>
          </w:p>
        </w:tc>
        <w:tc>
          <w:tcPr>
            <w:tcW w:type="dxa" w:w="1567"/>
          </w:tcPr>
          <w:p>
            <w:pPr>
              <w:spacing w:after="0"/>
              <w:jc w:val="left"/>
            </w:pPr>
            <w:r>
              <w:rPr>
                <w:sz w:val="16"/>
              </w:rPr>
              <w:t>Zone-level records: applies countywide; national data do not locate these events within the county.</w:t>
            </w:r>
          </w:p>
        </w:tc>
        <w:tc>
          <w:tcPr>
            <w:tcW w:type="dxa" w:w="2149"/>
          </w:tcPr>
          <w:p>
            <w:pPr>
              <w:spacing w:after="0"/>
              <w:jc w:val="left"/>
            </w:pPr>
            <w:r>
              <w:rPr>
                <w:sz w:val="16"/>
              </w:rPr>
              <w:t>Speeds under 20 kt (likely entry errors) are left out of the observed range.</w:t>
            </w:r>
          </w:p>
        </w:tc>
      </w:tr>
      <w:tr>
        <w:trPr>
          <w:cantSplit/>
        </w:trPr>
        <w:tc>
          <w:tcPr>
            <w:tcW w:type="dxa" w:w="1677"/>
          </w:tcPr>
          <w:p>
            <w:pPr>
              <w:spacing w:after="0"/>
              <w:jc w:val="left"/>
            </w:pPr>
            <w:r>
              <w:rPr>
                <w:sz w:val="16"/>
              </w:rPr>
              <w:t>Thunderstorm Wind</w:t>
            </w:r>
          </w:p>
        </w:tc>
        <w:tc>
          <w:tcPr>
            <w:tcW w:type="dxa" w:w="1695"/>
          </w:tcPr>
          <w:p>
            <w:pPr>
              <w:spacing w:after="0"/>
              <w:jc w:val="left"/>
            </w:pPr>
            <w:r>
              <w:rPr>
                <w:sz w:val="16"/>
              </w:rPr>
              <w:t>wind speed (kt and mph)</w:t>
            </w:r>
          </w:p>
        </w:tc>
        <w:tc>
          <w:tcPr>
            <w:tcW w:type="dxa" w:w="1507"/>
          </w:tcPr>
          <w:p>
            <w:pPr>
              <w:spacing w:after="0"/>
              <w:jc w:val="right"/>
            </w:pPr>
            <w:r>
              <w:rPr>
                <w:sz w:val="16"/>
              </w:rPr>
              <w:t>346, 1956 to 2026</w:t>
            </w:r>
          </w:p>
        </w:tc>
        <w:tc>
          <w:tcPr>
            <w:tcW w:type="dxa" w:w="1801"/>
          </w:tcPr>
          <w:p>
            <w:pPr>
              <w:spacing w:after="0"/>
              <w:jc w:val="left"/>
            </w:pPr>
            <w:r>
              <w:rPr>
                <w:sz w:val="16"/>
              </w:rPr>
              <w:t>39 kt (45 mph) to 70 kt (81 mph) (median 52 kt (60 mph)); 269 with a recorded value</w:t>
            </w:r>
          </w:p>
        </w:tc>
        <w:tc>
          <w:tcPr>
            <w:tcW w:type="dxa" w:w="2111"/>
          </w:tcPr>
          <w:p>
            <w:pPr>
              <w:spacing w:after="0"/>
              <w:jc w:val="left"/>
            </w:pPr>
            <w:r>
              <w:rPr>
                <w:sz w:val="16"/>
              </w:rPr>
              <w:t>70 kt (81 mph) estimated gust, Thunderstorm Wind, 2021-05-04; same speed and measurement basis also recorded on 2007-03-27, 2011-04-25, 2012-08-05, 2013-07-23, 2017-05-28, 2020-04-28</w:t>
            </w:r>
          </w:p>
        </w:tc>
        <w:tc>
          <w:tcPr>
            <w:tcW w:type="dxa" w:w="1606"/>
          </w:tcPr>
          <w:p>
            <w:pPr>
              <w:spacing w:after="0"/>
              <w:jc w:val="left"/>
            </w:pPr>
            <w:r>
              <w:rPr>
                <w:sz w:val="16"/>
              </w:rPr>
              <w:t>Thunderstorm Wind, 2012-08-05, $2,500,000 property; $0 crops (2012 dollars)</w:t>
            </w:r>
          </w:p>
        </w:tc>
        <w:tc>
          <w:tcPr>
            <w:tcW w:type="dxa" w:w="1567"/>
          </w:tcPr>
          <w:p>
            <w:pPr>
              <w:spacing w:after="0"/>
              <w:jc w:val="left"/>
            </w:pPr>
            <w:r>
              <w:rPr>
                <w:sz w:val="16"/>
              </w:rPr>
              <w:t>Event records naming member places: Hot Springs city (102 records), Mountain Pine city (14 records), Fountain Lake town (6 records).</w:t>
            </w:r>
          </w:p>
        </w:tc>
        <w:tc>
          <w:tcPr>
            <w:tcW w:type="dxa" w:w="2149"/>
          </w:tcPr>
          <w:p>
            <w:pPr>
              <w:spacing w:after="0"/>
              <w:jc w:val="left"/>
            </w:pPr>
          </w:p>
        </w:tc>
      </w:tr>
      <w:tr>
        <w:trPr>
          <w:cantSplit/>
        </w:trPr>
        <w:tc>
          <w:tcPr>
            <w:tcW w:type="dxa" w:w="1677"/>
          </w:tcPr>
          <w:p>
            <w:pPr>
              <w:spacing w:after="0"/>
              <w:jc w:val="left"/>
            </w:pPr>
            <w:r>
              <w:rPr>
                <w:sz w:val="16"/>
              </w:rPr>
              <w:t>Tornado</w:t>
            </w:r>
          </w:p>
        </w:tc>
        <w:tc>
          <w:tcPr>
            <w:tcW w:type="dxa" w:w="1695"/>
          </w:tcPr>
          <w:p>
            <w:pPr>
              <w:spacing w:after="0"/>
              <w:jc w:val="left"/>
            </w:pPr>
            <w:r>
              <w:rPr>
                <w:sz w:val="16"/>
              </w:rPr>
              <w:t>Enhanced Fujita (F before Feb 2007)</w:t>
            </w:r>
          </w:p>
        </w:tc>
        <w:tc>
          <w:tcPr>
            <w:tcW w:type="dxa" w:w="1507"/>
          </w:tcPr>
          <w:p>
            <w:pPr>
              <w:spacing w:after="0"/>
              <w:jc w:val="right"/>
            </w:pPr>
            <w:r>
              <w:rPr>
                <w:sz w:val="16"/>
              </w:rPr>
              <w:t>41, 1955 to 2024</w:t>
            </w:r>
          </w:p>
        </w:tc>
        <w:tc>
          <w:tcPr>
            <w:tcW w:type="dxa" w:w="1801"/>
          </w:tcPr>
          <w:p>
            <w:pPr>
              <w:spacing w:after="0"/>
              <w:jc w:val="left"/>
            </w:pPr>
            <w:r>
              <w:rPr>
                <w:sz w:val="16"/>
              </w:rPr>
              <w:t>F/EF0 to F/EF3 (median F/EF1); 40 with a recorded value</w:t>
            </w:r>
          </w:p>
        </w:tc>
        <w:tc>
          <w:tcPr>
            <w:tcW w:type="dxa" w:w="2111"/>
          </w:tcPr>
          <w:p>
            <w:pPr>
              <w:spacing w:after="0"/>
              <w:jc w:val="left"/>
            </w:pPr>
            <w:r>
              <w:rPr>
                <w:sz w:val="16"/>
              </w:rPr>
              <w:t>EF3 tornado, 2011-04-25, 5.46 mi within this county, 300 yd wide, $21,000,000 property; $0 crops (2011 dollars), 1 direct death, 20 direct injuries</w:t>
            </w:r>
          </w:p>
        </w:tc>
        <w:tc>
          <w:tcPr>
            <w:tcW w:type="dxa" w:w="1606"/>
          </w:tcPr>
          <w:p>
            <w:pPr>
              <w:spacing w:after="0"/>
              <w:jc w:val="left"/>
            </w:pPr>
          </w:p>
        </w:tc>
        <w:tc>
          <w:tcPr>
            <w:tcW w:type="dxa" w:w="1567"/>
          </w:tcPr>
          <w:p>
            <w:pPr>
              <w:spacing w:after="0"/>
              <w:jc w:val="left"/>
            </w:pPr>
            <w:r>
              <w:rPr>
                <w:sz w:val="16"/>
              </w:rPr>
              <w:t>Event records naming member places: Hot Springs city (1 record), Mountain Pine city (1 record).</w:t>
            </w:r>
          </w:p>
        </w:tc>
        <w:tc>
          <w:tcPr>
            <w:tcW w:type="dxa" w:w="214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77"/>
          </w:tcPr>
          <w:p>
            <w:pPr>
              <w:spacing w:after="0"/>
              <w:jc w:val="left"/>
            </w:pPr>
            <w:r>
              <w:rPr>
                <w:sz w:val="16"/>
              </w:rPr>
              <w:t>Tsunami</w:t>
            </w:r>
          </w:p>
        </w:tc>
        <w:tc>
          <w:tcPr>
            <w:tcW w:type="dxa" w:w="1695"/>
          </w:tcPr>
          <w:p>
            <w:pPr>
              <w:spacing w:after="0"/>
              <w:jc w:val="left"/>
            </w:pPr>
            <w:r>
              <w:rPr>
                <w:sz w:val="16"/>
              </w:rPr>
              <w:t>none (count and damage)</w:t>
            </w:r>
          </w:p>
        </w:tc>
        <w:tc>
          <w:tcPr>
            <w:tcW w:type="dxa" w:w="1507"/>
          </w:tcPr>
          <w:p>
            <w:pPr>
              <w:spacing w:after="0"/>
              <w:jc w:val="right"/>
            </w:pPr>
            <w:r>
              <w:rPr>
                <w:sz w:val="16"/>
              </w:rPr>
              <w:t>0</w:t>
            </w:r>
          </w:p>
        </w:tc>
        <w:tc>
          <w:tcPr>
            <w:tcW w:type="dxa" w:w="1801"/>
          </w:tcPr>
          <w:p>
            <w:pPr>
              <w:spacing w:after="0"/>
              <w:jc w:val="left"/>
            </w:pPr>
          </w:p>
        </w:tc>
        <w:tc>
          <w:tcPr>
            <w:tcW w:type="dxa" w:w="2111"/>
          </w:tcPr>
          <w:p>
            <w:pPr>
              <w:spacing w:after="0"/>
              <w:jc w:val="left"/>
            </w:pPr>
          </w:p>
        </w:tc>
        <w:tc>
          <w:tcPr>
            <w:tcW w:type="dxa" w:w="1606"/>
          </w:tcPr>
          <w:p>
            <w:pPr>
              <w:spacing w:after="0"/>
              <w:jc w:val="left"/>
            </w:pPr>
          </w:p>
        </w:tc>
        <w:tc>
          <w:tcPr>
            <w:tcW w:type="dxa" w:w="1567"/>
          </w:tcPr>
          <w:p>
            <w:pPr>
              <w:spacing w:after="0"/>
              <w:jc w:val="left"/>
            </w:pPr>
          </w:p>
        </w:tc>
        <w:tc>
          <w:tcPr>
            <w:tcW w:type="dxa" w:w="2149"/>
          </w:tcPr>
          <w:p>
            <w:pPr>
              <w:spacing w:after="0"/>
              <w:jc w:val="left"/>
            </w:pPr>
            <w:r>
              <w:rPr>
                <w:sz w:val="16"/>
              </w:rPr>
              <w:t>Physical measure: in event narratives only; local data required.</w:t>
            </w:r>
          </w:p>
        </w:tc>
      </w:tr>
      <w:tr>
        <w:trPr>
          <w:cantSplit/>
        </w:trPr>
        <w:tc>
          <w:tcPr>
            <w:tcW w:type="dxa" w:w="1677"/>
          </w:tcPr>
          <w:p>
            <w:pPr>
              <w:spacing w:after="0"/>
              <w:jc w:val="left"/>
            </w:pPr>
            <w:r>
              <w:rPr>
                <w:sz w:val="16"/>
              </w:rPr>
              <w:t>Volcanic Ash, Volcanic Ashfall</w:t>
            </w:r>
          </w:p>
        </w:tc>
        <w:tc>
          <w:tcPr>
            <w:tcW w:type="dxa" w:w="1695"/>
          </w:tcPr>
          <w:p>
            <w:pPr>
              <w:spacing w:after="0"/>
              <w:jc w:val="left"/>
            </w:pPr>
            <w:r>
              <w:rPr>
                <w:sz w:val="16"/>
              </w:rPr>
              <w:t>Volcanic Explosivity Index (local data)</w:t>
            </w:r>
          </w:p>
        </w:tc>
        <w:tc>
          <w:tcPr>
            <w:tcW w:type="dxa" w:w="1507"/>
          </w:tcPr>
          <w:p>
            <w:pPr>
              <w:spacing w:after="0"/>
              <w:jc w:val="right"/>
            </w:pPr>
            <w:r>
              <w:rPr>
                <w:sz w:val="16"/>
              </w:rPr>
              <w:t>0</w:t>
            </w:r>
          </w:p>
        </w:tc>
        <w:tc>
          <w:tcPr>
            <w:tcW w:type="dxa" w:w="1801"/>
          </w:tcPr>
          <w:p>
            <w:pPr>
              <w:spacing w:after="0"/>
              <w:jc w:val="left"/>
            </w:pPr>
          </w:p>
        </w:tc>
        <w:tc>
          <w:tcPr>
            <w:tcW w:type="dxa" w:w="2111"/>
          </w:tcPr>
          <w:p>
            <w:pPr>
              <w:spacing w:after="0"/>
              <w:jc w:val="left"/>
            </w:pPr>
          </w:p>
        </w:tc>
        <w:tc>
          <w:tcPr>
            <w:tcW w:type="dxa" w:w="1606"/>
          </w:tcPr>
          <w:p>
            <w:pPr>
              <w:spacing w:after="0"/>
              <w:jc w:val="left"/>
            </w:pPr>
          </w:p>
        </w:tc>
        <w:tc>
          <w:tcPr>
            <w:tcW w:type="dxa" w:w="1567"/>
          </w:tcPr>
          <w:p>
            <w:pPr>
              <w:spacing w:after="0"/>
              <w:jc w:val="left"/>
            </w:pPr>
          </w:p>
        </w:tc>
        <w:tc>
          <w:tcPr>
            <w:tcW w:type="dxa" w:w="2149"/>
          </w:tcPr>
          <w:p>
            <w:pPr>
              <w:spacing w:after="0"/>
              <w:jc w:val="left"/>
            </w:pPr>
            <w:r>
              <w:rPr>
                <w:sz w:val="16"/>
              </w:rPr>
              <w:t>Physical measure: in event narratives only; local data required.</w:t>
            </w:r>
          </w:p>
        </w:tc>
      </w:tr>
      <w:tr>
        <w:trPr>
          <w:cantSplit/>
        </w:trPr>
        <w:tc>
          <w:tcPr>
            <w:tcW w:type="dxa" w:w="1677"/>
          </w:tcPr>
          <w:p>
            <w:pPr>
              <w:spacing w:after="0"/>
              <w:jc w:val="left"/>
            </w:pPr>
            <w:r>
              <w:rPr>
                <w:sz w:val="16"/>
              </w:rPr>
              <w:t>Wildfire</w:t>
            </w:r>
          </w:p>
        </w:tc>
        <w:tc>
          <w:tcPr>
            <w:tcW w:type="dxa" w:w="1695"/>
          </w:tcPr>
          <w:p>
            <w:pPr>
              <w:spacing w:after="0"/>
              <w:jc w:val="left"/>
            </w:pPr>
            <w:r>
              <w:rPr>
                <w:sz w:val="16"/>
              </w:rPr>
              <w:t>acres burned (local data)</w:t>
            </w:r>
          </w:p>
        </w:tc>
        <w:tc>
          <w:tcPr>
            <w:tcW w:type="dxa" w:w="1507"/>
          </w:tcPr>
          <w:p>
            <w:pPr>
              <w:spacing w:after="0"/>
              <w:jc w:val="right"/>
            </w:pPr>
            <w:r>
              <w:rPr>
                <w:sz w:val="16"/>
              </w:rPr>
              <w:t>6, 2011 to 2014 (6 zone-level)</w:t>
            </w:r>
          </w:p>
        </w:tc>
        <w:tc>
          <w:tcPr>
            <w:tcW w:type="dxa" w:w="1801"/>
          </w:tcPr>
          <w:p>
            <w:pPr>
              <w:spacing w:after="0"/>
              <w:jc w:val="left"/>
            </w:pPr>
          </w:p>
        </w:tc>
        <w:tc>
          <w:tcPr>
            <w:tcW w:type="dxa" w:w="2111"/>
          </w:tcPr>
          <w:p>
            <w:pPr>
              <w:spacing w:after="0"/>
              <w:jc w:val="left"/>
            </w:pPr>
            <w:r>
              <w:rPr>
                <w:sz w:val="16"/>
              </w:rPr>
              <w:t>No damage reported in 6 records.</w:t>
            </w:r>
          </w:p>
        </w:tc>
        <w:tc>
          <w:tcPr>
            <w:tcW w:type="dxa" w:w="1606"/>
          </w:tcPr>
          <w:p>
            <w:pPr>
              <w:spacing w:after="0"/>
              <w:jc w:val="left"/>
            </w:pPr>
          </w:p>
        </w:tc>
        <w:tc>
          <w:tcPr>
            <w:tcW w:type="dxa" w:w="1567"/>
          </w:tcPr>
          <w:p>
            <w:pPr>
              <w:spacing w:after="0"/>
              <w:jc w:val="left"/>
            </w:pPr>
            <w:r>
              <w:rPr>
                <w:sz w:val="16"/>
              </w:rPr>
              <w:t>Zone-level records: applies countywide; national data do not locate these events within the county.</w:t>
            </w:r>
          </w:p>
        </w:tc>
        <w:tc>
          <w:tcPr>
            <w:tcW w:type="dxa" w:w="2149"/>
          </w:tcPr>
          <w:p>
            <w:pPr>
              <w:spacing w:after="0"/>
              <w:jc w:val="left"/>
            </w:pPr>
            <w:r>
              <w:rPr>
                <w:sz w:val="16"/>
              </w:rPr>
              <w:t>Acres burned: in event narratives only; local data required.</w:t>
            </w:r>
          </w:p>
        </w:tc>
      </w:tr>
      <w:tr>
        <w:trPr>
          <w:cantSplit/>
        </w:trPr>
        <w:tc>
          <w:tcPr>
            <w:tcW w:type="dxa" w:w="1677"/>
          </w:tcPr>
          <w:p>
            <w:pPr>
              <w:spacing w:after="0"/>
              <w:jc w:val="left"/>
            </w:pPr>
            <w:r>
              <w:rPr>
                <w:sz w:val="16"/>
              </w:rPr>
              <w:t>Winter Storm, Heavy Snow, Blizzard, Lake-Effect Snow, Winter Weather, Sleet</w:t>
            </w:r>
          </w:p>
        </w:tc>
        <w:tc>
          <w:tcPr>
            <w:tcW w:type="dxa" w:w="1695"/>
          </w:tcPr>
          <w:p>
            <w:pPr>
              <w:spacing w:after="0"/>
              <w:jc w:val="left"/>
            </w:pPr>
            <w:r>
              <w:rPr>
                <w:sz w:val="16"/>
              </w:rPr>
              <w:t>none in data (snowfall local)</w:t>
            </w:r>
          </w:p>
        </w:tc>
        <w:tc>
          <w:tcPr>
            <w:tcW w:type="dxa" w:w="1507"/>
          </w:tcPr>
          <w:p>
            <w:pPr>
              <w:spacing w:after="0"/>
              <w:jc w:val="right"/>
            </w:pPr>
            <w:r>
              <w:rPr>
                <w:sz w:val="16"/>
              </w:rPr>
              <w:t>61, 1997 to 2026 (61 zone-level)</w:t>
            </w:r>
          </w:p>
        </w:tc>
        <w:tc>
          <w:tcPr>
            <w:tcW w:type="dxa" w:w="1801"/>
          </w:tcPr>
          <w:p>
            <w:pPr>
              <w:spacing w:after="0"/>
              <w:jc w:val="left"/>
            </w:pPr>
          </w:p>
        </w:tc>
        <w:tc>
          <w:tcPr>
            <w:tcW w:type="dxa" w:w="2111"/>
          </w:tcPr>
          <w:p>
            <w:pPr>
              <w:spacing w:after="0"/>
              <w:jc w:val="left"/>
            </w:pPr>
            <w:r>
              <w:rPr>
                <w:sz w:val="16"/>
              </w:rPr>
              <w:t>Winter Storm, 2012-12-25, $12,000,000 property; $0 crops, reported for the zone (2012 dollars); NWS zone ARZ042 (GARLAND), zone-level: may include parts of neighboring counties</w:t>
            </w:r>
          </w:p>
        </w:tc>
        <w:tc>
          <w:tcPr>
            <w:tcW w:type="dxa" w:w="1606"/>
          </w:tcPr>
          <w:p>
            <w:pPr>
              <w:spacing w:after="0"/>
              <w:jc w:val="left"/>
            </w:pPr>
          </w:p>
        </w:tc>
        <w:tc>
          <w:tcPr>
            <w:tcW w:type="dxa" w:w="1567"/>
          </w:tcPr>
          <w:p>
            <w:pPr>
              <w:spacing w:after="0"/>
              <w:jc w:val="left"/>
            </w:pPr>
            <w:r>
              <w:rPr>
                <w:sz w:val="16"/>
              </w:rPr>
              <w:t>Zone-level records: applies countywide; national data do not locate these events within the county.</w:t>
            </w:r>
          </w:p>
        </w:tc>
        <w:tc>
          <w:tcPr>
            <w:tcW w:type="dxa" w:w="214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21</w:t>
      </w:r>
    </w:p>
    <w:p>
      <w:pPr>
        <w:keepNext/>
        <w:spacing w:after="40" w:before="0"/>
      </w:pPr>
      <w:r>
        <w:rPr>
          <w:b/>
        </w:rPr>
        <w:t xml:space="preserve">Counted incidents: </w:t>
      </w:r>
      <w:r>
        <w:rPr/>
        <w:t>16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42"/>
        <w:gridCol w:w="1042"/>
        <w:gridCol w:w="1042"/>
        <w:gridCol w:w="1401"/>
        <w:gridCol w:w="3553"/>
        <w:gridCol w:w="2298"/>
        <w:gridCol w:w="1436"/>
        <w:gridCol w:w="1401"/>
        <w:gridCol w:w="898"/>
      </w:tblGrid>
      <w:tr>
        <w:trPr>
          <w:cantSplit/>
          <w:tblHeader/>
        </w:trPr>
        <w:tc>
          <w:tcPr>
            <w:tcW w:type="dxa" w:w="1042"/>
            <w:shd w:val="clear" w:color="auto" w:fill="E8E8E8"/>
          </w:tcPr>
          <w:p>
            <w:pPr>
              <w:spacing w:after="0"/>
              <w:jc w:val="left"/>
            </w:pPr>
            <w:r>
              <w:rPr>
                <w:b/>
                <w:sz w:val="16"/>
              </w:rPr>
              <w:t>Declared</w:t>
            </w:r>
          </w:p>
        </w:tc>
        <w:tc>
          <w:tcPr>
            <w:tcW w:type="dxa" w:w="1042"/>
            <w:shd w:val="clear" w:color="auto" w:fill="E8E8E8"/>
          </w:tcPr>
          <w:p>
            <w:pPr>
              <w:spacing w:after="0"/>
              <w:jc w:val="left"/>
            </w:pPr>
            <w:r>
              <w:rPr>
                <w:b/>
                <w:sz w:val="16"/>
              </w:rPr>
              <w:t>Incident began</w:t>
            </w:r>
          </w:p>
        </w:tc>
        <w:tc>
          <w:tcPr>
            <w:tcW w:type="dxa" w:w="1042"/>
            <w:shd w:val="clear" w:color="auto" w:fill="E8E8E8"/>
          </w:tcPr>
          <w:p>
            <w:pPr>
              <w:spacing w:after="0"/>
              <w:jc w:val="left"/>
            </w:pPr>
            <w:r>
              <w:rPr>
                <w:b/>
                <w:sz w:val="16"/>
              </w:rPr>
              <w:t>FEMA number</w:t>
            </w:r>
          </w:p>
        </w:tc>
        <w:tc>
          <w:tcPr>
            <w:tcW w:type="dxa" w:w="1401"/>
            <w:shd w:val="clear" w:color="auto" w:fill="E8E8E8"/>
          </w:tcPr>
          <w:p>
            <w:pPr>
              <w:spacing w:after="0"/>
              <w:jc w:val="left"/>
            </w:pPr>
            <w:r>
              <w:rPr>
                <w:b/>
                <w:sz w:val="16"/>
              </w:rPr>
              <w:t>Type</w:t>
            </w:r>
          </w:p>
        </w:tc>
        <w:tc>
          <w:tcPr>
            <w:tcW w:type="dxa" w:w="3553"/>
            <w:shd w:val="clear" w:color="auto" w:fill="E8E8E8"/>
          </w:tcPr>
          <w:p>
            <w:pPr>
              <w:spacing w:after="0"/>
              <w:jc w:val="left"/>
            </w:pPr>
            <w:r>
              <w:rPr>
                <w:b/>
                <w:sz w:val="16"/>
              </w:rPr>
              <w:t>Title</w:t>
            </w:r>
          </w:p>
        </w:tc>
        <w:tc>
          <w:tcPr>
            <w:tcW w:type="dxa" w:w="2298"/>
            <w:shd w:val="clear" w:color="auto" w:fill="E8E8E8"/>
          </w:tcPr>
          <w:p>
            <w:pPr>
              <w:spacing w:after="0"/>
              <w:jc w:val="left"/>
            </w:pPr>
            <w:r>
              <w:rPr>
                <w:b/>
                <w:sz w:val="16"/>
              </w:rPr>
              <w:t>Mapped hazard</w:t>
            </w:r>
          </w:p>
        </w:tc>
        <w:tc>
          <w:tcPr>
            <w:tcW w:type="dxa" w:w="143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01"/>
            <w:shd w:val="clear" w:color="auto" w:fill="E8E8E8"/>
          </w:tcPr>
          <w:p>
            <w:pPr>
              <w:spacing w:after="0"/>
              <w:jc w:val="left"/>
            </w:pPr>
            <w:r>
              <w:rPr>
                <w:b/>
                <w:sz w:val="16"/>
              </w:rPr>
              <w:t>Flags</w:t>
            </w:r>
          </w:p>
        </w:tc>
        <w:tc>
          <w:tcPr>
            <w:tcW w:type="dxa" w:w="898"/>
            <w:shd w:val="clear" w:color="auto" w:fill="E8E8E8"/>
          </w:tcPr>
          <w:p>
            <w:pPr>
              <w:spacing w:after="0"/>
              <w:jc w:val="left"/>
            </w:pPr>
            <w:r>
              <w:rPr>
                <w:b/>
                <w:sz w:val="16"/>
              </w:rPr>
              <w:t>Notes</w:t>
            </w:r>
          </w:p>
        </w:tc>
      </w:tr>
      <w:tr>
        <w:trPr>
          <w:cantSplit/>
        </w:trPr>
        <w:tc>
          <w:tcPr>
            <w:tcW w:type="dxa" w:w="1042"/>
          </w:tcPr>
          <w:p>
            <w:pPr>
              <w:spacing w:after="0"/>
              <w:jc w:val="left"/>
            </w:pPr>
            <w:r>
              <w:rPr>
                <w:sz w:val="16"/>
              </w:rPr>
              <w:t>2026-01-24</w:t>
            </w:r>
          </w:p>
        </w:tc>
        <w:tc>
          <w:tcPr>
            <w:tcW w:type="dxa" w:w="1042"/>
          </w:tcPr>
          <w:p>
            <w:pPr>
              <w:spacing w:after="0"/>
              <w:jc w:val="left"/>
            </w:pPr>
            <w:r>
              <w:rPr>
                <w:sz w:val="16"/>
              </w:rPr>
              <w:t>2026-01-23</w:t>
            </w:r>
          </w:p>
        </w:tc>
        <w:tc>
          <w:tcPr>
            <w:tcW w:type="dxa" w:w="1042"/>
          </w:tcPr>
          <w:p>
            <w:pPr>
              <w:spacing w:after="0"/>
              <w:jc w:val="left"/>
            </w:pPr>
            <w:r>
              <w:rPr>
                <w:sz w:val="16"/>
              </w:rPr>
              <w:t>EM-3636-AR</w:t>
            </w:r>
          </w:p>
        </w:tc>
        <w:tc>
          <w:tcPr>
            <w:tcW w:type="dxa" w:w="1401"/>
          </w:tcPr>
          <w:p>
            <w:pPr>
              <w:spacing w:after="0"/>
              <w:jc w:val="left"/>
            </w:pPr>
            <w:r>
              <w:rPr>
                <w:sz w:val="16"/>
              </w:rPr>
              <w:t>Emergency</w:t>
            </w:r>
          </w:p>
        </w:tc>
        <w:tc>
          <w:tcPr>
            <w:tcW w:type="dxa" w:w="3553"/>
          </w:tcPr>
          <w:p>
            <w:pPr>
              <w:spacing w:after="0"/>
              <w:jc w:val="left"/>
            </w:pPr>
            <w:r>
              <w:rPr>
                <w:sz w:val="16"/>
              </w:rPr>
              <w:t>SEVERE WINTER STORM</w:t>
            </w:r>
          </w:p>
        </w:tc>
        <w:tc>
          <w:tcPr>
            <w:tcW w:type="dxa" w:w="2298"/>
          </w:tcPr>
          <w:p>
            <w:pPr>
              <w:spacing w:after="0"/>
              <w:jc w:val="left"/>
            </w:pPr>
            <w:r>
              <w:rPr>
                <w:sz w:val="16"/>
              </w:rPr>
              <w:t>Winter Weather</w:t>
            </w:r>
          </w:p>
        </w:tc>
        <w:tc>
          <w:tcPr>
            <w:tcW w:type="dxa" w:w="1436"/>
          </w:tcPr>
          <w:p>
            <w:pPr>
              <w:spacing w:after="0"/>
              <w:jc w:val="right"/>
            </w:pPr>
            <w:r>
              <w:rPr>
                <w:sz w:val="16"/>
              </w:rPr>
              <w:t>none found</w:t>
            </w:r>
          </w:p>
        </w:tc>
        <w:tc>
          <w:tcPr>
            <w:tcW w:type="dxa" w:w="1401"/>
          </w:tcPr>
          <w:p>
            <w:pPr>
              <w:spacing w:after="0"/>
              <w:jc w:val="left"/>
            </w:pPr>
            <w:r>
              <w:rPr>
                <w:sz w:val="16"/>
              </w:rPr>
              <w:t>new since last plan; within last 5 years</w:t>
            </w:r>
          </w:p>
        </w:tc>
        <w:tc>
          <w:tcPr>
            <w:tcW w:type="dxa" w:w="898"/>
          </w:tcPr>
          <w:p>
            <w:pPr>
              <w:spacing w:after="0"/>
              <w:jc w:val="left"/>
            </w:pPr>
          </w:p>
        </w:tc>
      </w:tr>
      <w:tr>
        <w:trPr>
          <w:cantSplit/>
        </w:trPr>
        <w:tc>
          <w:tcPr>
            <w:tcW w:type="dxa" w:w="1042"/>
          </w:tcPr>
          <w:p>
            <w:pPr>
              <w:spacing w:after="0"/>
              <w:jc w:val="left"/>
            </w:pPr>
            <w:r>
              <w:rPr>
                <w:sz w:val="16"/>
              </w:rPr>
              <w:t>2025-05-21</w:t>
            </w:r>
          </w:p>
        </w:tc>
        <w:tc>
          <w:tcPr>
            <w:tcW w:type="dxa" w:w="1042"/>
          </w:tcPr>
          <w:p>
            <w:pPr>
              <w:spacing w:after="0"/>
              <w:jc w:val="left"/>
            </w:pPr>
            <w:r>
              <w:rPr>
                <w:sz w:val="16"/>
              </w:rPr>
              <w:t>2025-04-02</w:t>
            </w:r>
          </w:p>
        </w:tc>
        <w:tc>
          <w:tcPr>
            <w:tcW w:type="dxa" w:w="1042"/>
          </w:tcPr>
          <w:p>
            <w:pPr>
              <w:spacing w:after="0"/>
              <w:jc w:val="left"/>
            </w:pPr>
            <w:r>
              <w:rPr>
                <w:sz w:val="16"/>
              </w:rPr>
              <w:t>DR-4873-AR</w:t>
            </w:r>
          </w:p>
        </w:tc>
        <w:tc>
          <w:tcPr>
            <w:tcW w:type="dxa" w:w="1401"/>
          </w:tcPr>
          <w:p>
            <w:pPr>
              <w:spacing w:after="0"/>
              <w:jc w:val="left"/>
            </w:pPr>
            <w:r>
              <w:rPr>
                <w:sz w:val="16"/>
              </w:rPr>
              <w:t>Major disaster</w:t>
            </w:r>
          </w:p>
        </w:tc>
        <w:tc>
          <w:tcPr>
            <w:tcW w:type="dxa" w:w="3553"/>
          </w:tcPr>
          <w:p>
            <w:pPr>
              <w:spacing w:after="0"/>
              <w:jc w:val="left"/>
            </w:pPr>
            <w:r>
              <w:rPr>
                <w:sz w:val="16"/>
              </w:rPr>
              <w:t>SEVERE STORMS, TORNADOES, AND FLOODING</w:t>
            </w:r>
          </w:p>
        </w:tc>
        <w:tc>
          <w:tcPr>
            <w:tcW w:type="dxa" w:w="2298"/>
          </w:tcPr>
          <w:p>
            <w:pPr>
              <w:spacing w:after="0"/>
              <w:jc w:val="left"/>
            </w:pPr>
            <w:r>
              <w:rPr>
                <w:sz w:val="16"/>
              </w:rPr>
              <w:t>Inland Flooding (primary); also designated: Tornado</w:t>
            </w:r>
          </w:p>
        </w:tc>
        <w:tc>
          <w:tcPr>
            <w:tcW w:type="dxa" w:w="1436"/>
          </w:tcPr>
          <w:p>
            <w:pPr>
              <w:spacing w:after="0"/>
              <w:jc w:val="right"/>
            </w:pPr>
            <w:r>
              <w:rPr>
                <w:sz w:val="16"/>
              </w:rPr>
              <w:t>$365,043.83</w:t>
            </w:r>
          </w:p>
        </w:tc>
        <w:tc>
          <w:tcPr>
            <w:tcW w:type="dxa" w:w="1401"/>
          </w:tcPr>
          <w:p>
            <w:pPr>
              <w:spacing w:after="0"/>
              <w:jc w:val="left"/>
            </w:pPr>
            <w:r>
              <w:rPr>
                <w:sz w:val="16"/>
              </w:rPr>
              <w:t>new since last plan; within last 5 years</w:t>
            </w:r>
          </w:p>
        </w:tc>
        <w:tc>
          <w:tcPr>
            <w:tcW w:type="dxa" w:w="898"/>
          </w:tcPr>
          <w:p>
            <w:pPr>
              <w:spacing w:after="0"/>
              <w:jc w:val="left"/>
            </w:pPr>
          </w:p>
        </w:tc>
      </w:tr>
      <w:tr>
        <w:trPr>
          <w:cantSplit/>
        </w:trPr>
        <w:tc>
          <w:tcPr>
            <w:tcW w:type="dxa" w:w="1042"/>
          </w:tcPr>
          <w:p>
            <w:pPr>
              <w:spacing w:after="0"/>
              <w:jc w:val="left"/>
            </w:pPr>
            <w:r>
              <w:rPr>
                <w:sz w:val="16"/>
              </w:rPr>
              <w:t>2025-04-05</w:t>
            </w:r>
          </w:p>
        </w:tc>
        <w:tc>
          <w:tcPr>
            <w:tcW w:type="dxa" w:w="1042"/>
          </w:tcPr>
          <w:p>
            <w:pPr>
              <w:spacing w:after="0"/>
              <w:jc w:val="left"/>
            </w:pPr>
            <w:r>
              <w:rPr>
                <w:sz w:val="16"/>
              </w:rPr>
              <w:t>2025-04-02</w:t>
            </w:r>
          </w:p>
        </w:tc>
        <w:tc>
          <w:tcPr>
            <w:tcW w:type="dxa" w:w="1042"/>
          </w:tcPr>
          <w:p>
            <w:pPr>
              <w:spacing w:after="0"/>
              <w:jc w:val="left"/>
            </w:pPr>
            <w:r>
              <w:rPr>
                <w:sz w:val="16"/>
              </w:rPr>
              <w:t>EM-3627-AR</w:t>
            </w:r>
          </w:p>
        </w:tc>
        <w:tc>
          <w:tcPr>
            <w:tcW w:type="dxa" w:w="1401"/>
          </w:tcPr>
          <w:p>
            <w:pPr>
              <w:spacing w:after="0"/>
              <w:jc w:val="left"/>
            </w:pPr>
            <w:r>
              <w:rPr>
                <w:sz w:val="16"/>
              </w:rPr>
              <w:t>Emergency</w:t>
            </w:r>
          </w:p>
        </w:tc>
        <w:tc>
          <w:tcPr>
            <w:tcW w:type="dxa" w:w="3553"/>
          </w:tcPr>
          <w:p>
            <w:pPr>
              <w:spacing w:after="0"/>
              <w:jc w:val="left"/>
            </w:pPr>
            <w:r>
              <w:rPr>
                <w:sz w:val="16"/>
              </w:rPr>
              <w:t>SEVERE STORMS, TORNADOES, AND FLOODING</w:t>
            </w:r>
          </w:p>
        </w:tc>
        <w:tc>
          <w:tcPr>
            <w:tcW w:type="dxa" w:w="2298"/>
          </w:tcPr>
          <w:p>
            <w:pPr>
              <w:spacing w:after="0"/>
              <w:jc w:val="left"/>
            </w:pPr>
            <w:r>
              <w:rPr>
                <w:sz w:val="16"/>
              </w:rPr>
              <w:t>Inland Flooding; Tornado</w:t>
            </w:r>
          </w:p>
        </w:tc>
        <w:tc>
          <w:tcPr>
            <w:tcW w:type="dxa" w:w="1436"/>
          </w:tcPr>
          <w:p>
            <w:pPr>
              <w:spacing w:after="0"/>
              <w:jc w:val="right"/>
            </w:pPr>
            <w:r>
              <w:rPr>
                <w:sz w:val="16"/>
              </w:rPr>
              <w:t>none found</w:t>
            </w:r>
          </w:p>
        </w:tc>
        <w:tc>
          <w:tcPr>
            <w:tcW w:type="dxa" w:w="1401"/>
          </w:tcPr>
          <w:p>
            <w:pPr>
              <w:spacing w:after="0"/>
              <w:jc w:val="left"/>
            </w:pPr>
            <w:r>
              <w:rPr>
                <w:sz w:val="16"/>
              </w:rPr>
              <w:t>new since last plan; within last 5 years</w:t>
            </w:r>
          </w:p>
        </w:tc>
        <w:tc>
          <w:tcPr>
            <w:tcW w:type="dxa" w:w="898"/>
          </w:tcPr>
          <w:p>
            <w:pPr>
              <w:spacing w:after="0"/>
              <w:jc w:val="left"/>
            </w:pPr>
            <w:r>
              <w:rPr>
                <w:sz w:val="16"/>
              </w:rPr>
              <w:t>same incident as DR-4873</w:t>
            </w:r>
          </w:p>
        </w:tc>
      </w:tr>
      <w:tr>
        <w:trPr>
          <w:cantSplit/>
        </w:trPr>
        <w:tc>
          <w:tcPr>
            <w:tcW w:type="dxa" w:w="1042"/>
          </w:tcPr>
          <w:p>
            <w:pPr>
              <w:spacing w:after="0"/>
              <w:jc w:val="left"/>
            </w:pPr>
            <w:r>
              <w:rPr>
                <w:sz w:val="16"/>
              </w:rPr>
              <w:t>2020-08-27</w:t>
            </w:r>
          </w:p>
        </w:tc>
        <w:tc>
          <w:tcPr>
            <w:tcW w:type="dxa" w:w="1042"/>
          </w:tcPr>
          <w:p>
            <w:pPr>
              <w:spacing w:after="0"/>
              <w:jc w:val="left"/>
            </w:pPr>
            <w:r>
              <w:rPr>
                <w:sz w:val="16"/>
              </w:rPr>
              <w:t>2020-08-26</w:t>
            </w:r>
          </w:p>
        </w:tc>
        <w:tc>
          <w:tcPr>
            <w:tcW w:type="dxa" w:w="1042"/>
          </w:tcPr>
          <w:p>
            <w:pPr>
              <w:spacing w:after="0"/>
              <w:jc w:val="left"/>
            </w:pPr>
            <w:r>
              <w:rPr>
                <w:sz w:val="16"/>
              </w:rPr>
              <w:t>EM-3541-AR</w:t>
            </w:r>
          </w:p>
        </w:tc>
        <w:tc>
          <w:tcPr>
            <w:tcW w:type="dxa" w:w="1401"/>
          </w:tcPr>
          <w:p>
            <w:pPr>
              <w:spacing w:after="0"/>
              <w:jc w:val="left"/>
            </w:pPr>
            <w:r>
              <w:rPr>
                <w:sz w:val="16"/>
              </w:rPr>
              <w:t>Emergency</w:t>
            </w:r>
          </w:p>
        </w:tc>
        <w:tc>
          <w:tcPr>
            <w:tcW w:type="dxa" w:w="3553"/>
          </w:tcPr>
          <w:p>
            <w:pPr>
              <w:spacing w:after="0"/>
              <w:jc w:val="left"/>
            </w:pPr>
            <w:r>
              <w:rPr>
                <w:sz w:val="16"/>
              </w:rPr>
              <w:t>HURRICANE LAURA</w:t>
            </w:r>
          </w:p>
        </w:tc>
        <w:tc>
          <w:tcPr>
            <w:tcW w:type="dxa" w:w="2298"/>
          </w:tcPr>
          <w:p>
            <w:pPr>
              <w:spacing w:after="0"/>
              <w:jc w:val="left"/>
            </w:pPr>
            <w:r>
              <w:rPr>
                <w:sz w:val="16"/>
              </w:rPr>
              <w:t>Hurricane</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2020-04-03</w:t>
            </w:r>
          </w:p>
        </w:tc>
        <w:tc>
          <w:tcPr>
            <w:tcW w:type="dxa" w:w="1042"/>
          </w:tcPr>
          <w:p>
            <w:pPr>
              <w:spacing w:after="0"/>
              <w:jc w:val="left"/>
            </w:pPr>
            <w:r>
              <w:rPr>
                <w:sz w:val="16"/>
              </w:rPr>
              <w:t>2020-01-20</w:t>
            </w:r>
          </w:p>
        </w:tc>
        <w:tc>
          <w:tcPr>
            <w:tcW w:type="dxa" w:w="1042"/>
          </w:tcPr>
          <w:p>
            <w:pPr>
              <w:spacing w:after="0"/>
              <w:jc w:val="left"/>
            </w:pPr>
            <w:r>
              <w:rPr>
                <w:sz w:val="16"/>
              </w:rPr>
              <w:t>DR-4518-AR</w:t>
            </w:r>
          </w:p>
        </w:tc>
        <w:tc>
          <w:tcPr>
            <w:tcW w:type="dxa" w:w="1401"/>
          </w:tcPr>
          <w:p>
            <w:pPr>
              <w:spacing w:after="0"/>
              <w:jc w:val="left"/>
            </w:pPr>
            <w:r>
              <w:rPr>
                <w:sz w:val="16"/>
              </w:rPr>
              <w:t>Major disaster</w:t>
            </w:r>
          </w:p>
        </w:tc>
        <w:tc>
          <w:tcPr>
            <w:tcW w:type="dxa" w:w="3553"/>
          </w:tcPr>
          <w:p>
            <w:pPr>
              <w:spacing w:after="0"/>
              <w:jc w:val="left"/>
            </w:pPr>
            <w:r>
              <w:rPr>
                <w:sz w:val="16"/>
              </w:rPr>
              <w:t>COVID-19 PANDEMIC</w:t>
            </w:r>
          </w:p>
        </w:tc>
        <w:tc>
          <w:tcPr>
            <w:tcW w:type="dxa" w:w="2298"/>
          </w:tcPr>
          <w:p>
            <w:pPr>
              <w:spacing w:after="0"/>
              <w:jc w:val="left"/>
            </w:pPr>
            <w:r>
              <w:rPr>
                <w:sz w:val="16"/>
              </w:rPr>
              <w:t>Non-natural, not counted</w:t>
            </w:r>
          </w:p>
        </w:tc>
        <w:tc>
          <w:tcPr>
            <w:tcW w:type="dxa" w:w="1436"/>
          </w:tcPr>
          <w:p>
            <w:pPr>
              <w:spacing w:after="0"/>
              <w:jc w:val="right"/>
            </w:pPr>
            <w:r>
              <w:rPr>
                <w:sz w:val="16"/>
              </w:rPr>
              <w:t>$284,215.72</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2020-03-13</w:t>
            </w:r>
          </w:p>
        </w:tc>
        <w:tc>
          <w:tcPr>
            <w:tcW w:type="dxa" w:w="1042"/>
          </w:tcPr>
          <w:p>
            <w:pPr>
              <w:spacing w:after="0"/>
              <w:jc w:val="left"/>
            </w:pPr>
            <w:r>
              <w:rPr>
                <w:sz w:val="16"/>
              </w:rPr>
              <w:t>2020-01-20</w:t>
            </w:r>
          </w:p>
        </w:tc>
        <w:tc>
          <w:tcPr>
            <w:tcW w:type="dxa" w:w="1042"/>
          </w:tcPr>
          <w:p>
            <w:pPr>
              <w:spacing w:after="0"/>
              <w:jc w:val="left"/>
            </w:pPr>
            <w:r>
              <w:rPr>
                <w:sz w:val="16"/>
              </w:rPr>
              <w:t>EM-3461-AR</w:t>
            </w:r>
          </w:p>
        </w:tc>
        <w:tc>
          <w:tcPr>
            <w:tcW w:type="dxa" w:w="1401"/>
          </w:tcPr>
          <w:p>
            <w:pPr>
              <w:spacing w:after="0"/>
              <w:jc w:val="left"/>
            </w:pPr>
            <w:r>
              <w:rPr>
                <w:sz w:val="16"/>
              </w:rPr>
              <w:t>Emergency</w:t>
            </w:r>
          </w:p>
        </w:tc>
        <w:tc>
          <w:tcPr>
            <w:tcW w:type="dxa" w:w="3553"/>
          </w:tcPr>
          <w:p>
            <w:pPr>
              <w:spacing w:after="0"/>
              <w:jc w:val="left"/>
            </w:pPr>
            <w:r>
              <w:rPr>
                <w:sz w:val="16"/>
              </w:rPr>
              <w:t>COVID-19</w:t>
            </w:r>
          </w:p>
        </w:tc>
        <w:tc>
          <w:tcPr>
            <w:tcW w:type="dxa" w:w="2298"/>
          </w:tcPr>
          <w:p>
            <w:pPr>
              <w:spacing w:after="0"/>
              <w:jc w:val="left"/>
            </w:pPr>
            <w:r>
              <w:rPr>
                <w:sz w:val="16"/>
              </w:rPr>
              <w:t>Non-natural, not counted</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r>
              <w:rPr>
                <w:sz w:val="16"/>
              </w:rPr>
              <w:t>same incident as DR-4518</w:t>
            </w:r>
          </w:p>
        </w:tc>
      </w:tr>
      <w:tr>
        <w:trPr>
          <w:cantSplit/>
        </w:trPr>
        <w:tc>
          <w:tcPr>
            <w:tcW w:type="dxa" w:w="1042"/>
          </w:tcPr>
          <w:p>
            <w:pPr>
              <w:spacing w:after="0"/>
              <w:jc w:val="left"/>
            </w:pPr>
            <w:r>
              <w:rPr>
                <w:sz w:val="16"/>
              </w:rPr>
              <w:t>2015-06-26</w:t>
            </w:r>
          </w:p>
        </w:tc>
        <w:tc>
          <w:tcPr>
            <w:tcW w:type="dxa" w:w="1042"/>
          </w:tcPr>
          <w:p>
            <w:pPr>
              <w:spacing w:after="0"/>
              <w:jc w:val="left"/>
            </w:pPr>
            <w:r>
              <w:rPr>
                <w:sz w:val="16"/>
              </w:rPr>
              <w:t>2015-05-07</w:t>
            </w:r>
          </w:p>
        </w:tc>
        <w:tc>
          <w:tcPr>
            <w:tcW w:type="dxa" w:w="1042"/>
          </w:tcPr>
          <w:p>
            <w:pPr>
              <w:spacing w:after="0"/>
              <w:jc w:val="left"/>
            </w:pPr>
            <w:r>
              <w:rPr>
                <w:sz w:val="16"/>
              </w:rPr>
              <w:t>DR-4226-AR</w:t>
            </w:r>
          </w:p>
        </w:tc>
        <w:tc>
          <w:tcPr>
            <w:tcW w:type="dxa" w:w="1401"/>
          </w:tcPr>
          <w:p>
            <w:pPr>
              <w:spacing w:after="0"/>
              <w:jc w:val="left"/>
            </w:pPr>
            <w:r>
              <w:rPr>
                <w:sz w:val="16"/>
              </w:rPr>
              <w:t>Major disaster</w:t>
            </w:r>
          </w:p>
        </w:tc>
        <w:tc>
          <w:tcPr>
            <w:tcW w:type="dxa" w:w="3553"/>
          </w:tcPr>
          <w:p>
            <w:pPr>
              <w:spacing w:after="0"/>
              <w:jc w:val="left"/>
            </w:pPr>
            <w:r>
              <w:rPr>
                <w:sz w:val="16"/>
              </w:rPr>
              <w:t>SEVERE STORMS, TORNADOES, STRAIGHT-LINE WINDS, AND FLOODING</w:t>
            </w:r>
          </w:p>
        </w:tc>
        <w:tc>
          <w:tcPr>
            <w:tcW w:type="dxa" w:w="2298"/>
          </w:tcPr>
          <w:p>
            <w:pPr>
              <w:spacing w:after="0"/>
              <w:jc w:val="left"/>
            </w:pPr>
            <w:r>
              <w:rPr>
                <w:sz w:val="16"/>
              </w:rPr>
              <w:t>Inland Flooding; Strong Wind; Tornado</w:t>
            </w:r>
          </w:p>
        </w:tc>
        <w:tc>
          <w:tcPr>
            <w:tcW w:type="dxa" w:w="1436"/>
          </w:tcPr>
          <w:p>
            <w:pPr>
              <w:spacing w:after="0"/>
              <w:jc w:val="right"/>
            </w:pPr>
            <w:r>
              <w:rPr>
                <w:sz w:val="16"/>
              </w:rPr>
              <w:t>$357,668.41</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2013-01-29</w:t>
            </w:r>
          </w:p>
        </w:tc>
        <w:tc>
          <w:tcPr>
            <w:tcW w:type="dxa" w:w="1042"/>
          </w:tcPr>
          <w:p>
            <w:pPr>
              <w:spacing w:after="0"/>
              <w:jc w:val="left"/>
            </w:pPr>
            <w:r>
              <w:rPr>
                <w:sz w:val="16"/>
              </w:rPr>
              <w:t>2012-12-25</w:t>
            </w:r>
          </w:p>
        </w:tc>
        <w:tc>
          <w:tcPr>
            <w:tcW w:type="dxa" w:w="1042"/>
          </w:tcPr>
          <w:p>
            <w:pPr>
              <w:spacing w:after="0"/>
              <w:jc w:val="left"/>
            </w:pPr>
            <w:r>
              <w:rPr>
                <w:sz w:val="16"/>
              </w:rPr>
              <w:t>DR-4100-AR</w:t>
            </w:r>
          </w:p>
        </w:tc>
        <w:tc>
          <w:tcPr>
            <w:tcW w:type="dxa" w:w="1401"/>
          </w:tcPr>
          <w:p>
            <w:pPr>
              <w:spacing w:after="0"/>
              <w:jc w:val="left"/>
            </w:pPr>
            <w:r>
              <w:rPr>
                <w:sz w:val="16"/>
              </w:rPr>
              <w:t>Major disaster</w:t>
            </w:r>
          </w:p>
        </w:tc>
        <w:tc>
          <w:tcPr>
            <w:tcW w:type="dxa" w:w="3553"/>
          </w:tcPr>
          <w:p>
            <w:pPr>
              <w:spacing w:after="0"/>
              <w:jc w:val="left"/>
            </w:pPr>
            <w:r>
              <w:rPr>
                <w:sz w:val="16"/>
              </w:rPr>
              <w:t>SEVERE WINTER STORM</w:t>
            </w:r>
          </w:p>
        </w:tc>
        <w:tc>
          <w:tcPr>
            <w:tcW w:type="dxa" w:w="2298"/>
          </w:tcPr>
          <w:p>
            <w:pPr>
              <w:spacing w:after="0"/>
              <w:jc w:val="left"/>
            </w:pPr>
            <w:r>
              <w:rPr>
                <w:sz w:val="16"/>
              </w:rPr>
              <w:t>Ice Storm</w:t>
            </w:r>
          </w:p>
        </w:tc>
        <w:tc>
          <w:tcPr>
            <w:tcW w:type="dxa" w:w="1436"/>
          </w:tcPr>
          <w:p>
            <w:pPr>
              <w:spacing w:after="0"/>
              <w:jc w:val="right"/>
            </w:pPr>
            <w:r>
              <w:rPr>
                <w:sz w:val="16"/>
              </w:rPr>
              <w:t>$662,065.73</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2011-05-02</w:t>
            </w:r>
          </w:p>
        </w:tc>
        <w:tc>
          <w:tcPr>
            <w:tcW w:type="dxa" w:w="1042"/>
          </w:tcPr>
          <w:p>
            <w:pPr>
              <w:spacing w:after="0"/>
              <w:jc w:val="left"/>
            </w:pPr>
            <w:r>
              <w:rPr>
                <w:sz w:val="16"/>
              </w:rPr>
              <w:t>2011-04-14</w:t>
            </w:r>
          </w:p>
        </w:tc>
        <w:tc>
          <w:tcPr>
            <w:tcW w:type="dxa" w:w="1042"/>
          </w:tcPr>
          <w:p>
            <w:pPr>
              <w:spacing w:after="0"/>
              <w:jc w:val="left"/>
            </w:pPr>
            <w:r>
              <w:rPr>
                <w:sz w:val="16"/>
              </w:rPr>
              <w:t>DR-1975-AR</w:t>
            </w:r>
          </w:p>
        </w:tc>
        <w:tc>
          <w:tcPr>
            <w:tcW w:type="dxa" w:w="1401"/>
          </w:tcPr>
          <w:p>
            <w:pPr>
              <w:spacing w:after="0"/>
              <w:jc w:val="left"/>
            </w:pPr>
            <w:r>
              <w:rPr>
                <w:sz w:val="16"/>
              </w:rPr>
              <w:t>Major disaster</w:t>
            </w:r>
          </w:p>
        </w:tc>
        <w:tc>
          <w:tcPr>
            <w:tcW w:type="dxa" w:w="3553"/>
          </w:tcPr>
          <w:p>
            <w:pPr>
              <w:spacing w:after="0"/>
              <w:jc w:val="left"/>
            </w:pPr>
            <w:r>
              <w:rPr>
                <w:sz w:val="16"/>
              </w:rPr>
              <w:t>SEVERE STORMS, TORNADOES, AND ASSOCIATED FLOODING</w:t>
            </w:r>
          </w:p>
        </w:tc>
        <w:tc>
          <w:tcPr>
            <w:tcW w:type="dxa" w:w="2298"/>
          </w:tcPr>
          <w:p>
            <w:pPr>
              <w:spacing w:after="0"/>
              <w:jc w:val="left"/>
            </w:pPr>
            <w:r>
              <w:rPr>
                <w:sz w:val="16"/>
              </w:rPr>
              <w:t>Inland Flooding; Tornado</w:t>
            </w:r>
          </w:p>
        </w:tc>
        <w:tc>
          <w:tcPr>
            <w:tcW w:type="dxa" w:w="1436"/>
          </w:tcPr>
          <w:p>
            <w:pPr>
              <w:spacing w:after="0"/>
              <w:jc w:val="right"/>
            </w:pPr>
            <w:r>
              <w:rPr>
                <w:sz w:val="16"/>
              </w:rPr>
              <w:t>$781,871.11</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2009-01-28</w:t>
            </w:r>
          </w:p>
        </w:tc>
        <w:tc>
          <w:tcPr>
            <w:tcW w:type="dxa" w:w="1042"/>
          </w:tcPr>
          <w:p>
            <w:pPr>
              <w:spacing w:after="0"/>
              <w:jc w:val="left"/>
            </w:pPr>
            <w:r>
              <w:rPr>
                <w:sz w:val="16"/>
              </w:rPr>
              <w:t>2009-01-26</w:t>
            </w:r>
          </w:p>
        </w:tc>
        <w:tc>
          <w:tcPr>
            <w:tcW w:type="dxa" w:w="1042"/>
          </w:tcPr>
          <w:p>
            <w:pPr>
              <w:spacing w:after="0"/>
              <w:jc w:val="left"/>
            </w:pPr>
            <w:r>
              <w:rPr>
                <w:sz w:val="16"/>
              </w:rPr>
              <w:t>EM-3301-AR</w:t>
            </w:r>
          </w:p>
        </w:tc>
        <w:tc>
          <w:tcPr>
            <w:tcW w:type="dxa" w:w="1401"/>
          </w:tcPr>
          <w:p>
            <w:pPr>
              <w:spacing w:after="0"/>
              <w:jc w:val="left"/>
            </w:pPr>
            <w:r>
              <w:rPr>
                <w:sz w:val="16"/>
              </w:rPr>
              <w:t>Emergency</w:t>
            </w:r>
          </w:p>
        </w:tc>
        <w:tc>
          <w:tcPr>
            <w:tcW w:type="dxa" w:w="3553"/>
          </w:tcPr>
          <w:p>
            <w:pPr>
              <w:spacing w:after="0"/>
              <w:jc w:val="left"/>
            </w:pPr>
            <w:r>
              <w:rPr>
                <w:sz w:val="16"/>
              </w:rPr>
              <w:t>SEVERE WINTER STORM</w:t>
            </w:r>
          </w:p>
        </w:tc>
        <w:tc>
          <w:tcPr>
            <w:tcW w:type="dxa" w:w="2298"/>
          </w:tcPr>
          <w:p>
            <w:pPr>
              <w:spacing w:after="0"/>
              <w:jc w:val="left"/>
            </w:pPr>
            <w:r>
              <w:rPr>
                <w:sz w:val="16"/>
              </w:rPr>
              <w:t>Ice Storm</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2008-09-18</w:t>
            </w:r>
          </w:p>
        </w:tc>
        <w:tc>
          <w:tcPr>
            <w:tcW w:type="dxa" w:w="1042"/>
          </w:tcPr>
          <w:p>
            <w:pPr>
              <w:spacing w:after="0"/>
              <w:jc w:val="left"/>
            </w:pPr>
            <w:r>
              <w:rPr>
                <w:sz w:val="16"/>
              </w:rPr>
              <w:t>2008-09-02</w:t>
            </w:r>
          </w:p>
        </w:tc>
        <w:tc>
          <w:tcPr>
            <w:tcW w:type="dxa" w:w="1042"/>
          </w:tcPr>
          <w:p>
            <w:pPr>
              <w:spacing w:after="0"/>
              <w:jc w:val="left"/>
            </w:pPr>
            <w:r>
              <w:rPr>
                <w:sz w:val="16"/>
              </w:rPr>
              <w:t>DR-1793-AR</w:t>
            </w:r>
          </w:p>
        </w:tc>
        <w:tc>
          <w:tcPr>
            <w:tcW w:type="dxa" w:w="1401"/>
          </w:tcPr>
          <w:p>
            <w:pPr>
              <w:spacing w:after="0"/>
              <w:jc w:val="left"/>
            </w:pPr>
            <w:r>
              <w:rPr>
                <w:sz w:val="16"/>
              </w:rPr>
              <w:t>Major disaster</w:t>
            </w:r>
          </w:p>
        </w:tc>
        <w:tc>
          <w:tcPr>
            <w:tcW w:type="dxa" w:w="3553"/>
          </w:tcPr>
          <w:p>
            <w:pPr>
              <w:spacing w:after="0"/>
              <w:jc w:val="left"/>
            </w:pPr>
            <w:r>
              <w:rPr>
                <w:sz w:val="16"/>
              </w:rPr>
              <w:t>SEVERE STORMS AND FLOODING ASSOCIATED WITH HURRICANE GUSTAV</w:t>
            </w:r>
          </w:p>
        </w:tc>
        <w:tc>
          <w:tcPr>
            <w:tcW w:type="dxa" w:w="2298"/>
          </w:tcPr>
          <w:p>
            <w:pPr>
              <w:spacing w:after="0"/>
              <w:jc w:val="left"/>
            </w:pPr>
            <w:r>
              <w:rPr>
                <w:sz w:val="16"/>
              </w:rPr>
              <w:t>Hurricane (primary); also designated: Inland Flooding</w:t>
            </w:r>
          </w:p>
        </w:tc>
        <w:tc>
          <w:tcPr>
            <w:tcW w:type="dxa" w:w="1436"/>
          </w:tcPr>
          <w:p>
            <w:pPr>
              <w:spacing w:after="0"/>
              <w:jc w:val="right"/>
            </w:pPr>
            <w:r>
              <w:rPr>
                <w:sz w:val="16"/>
              </w:rPr>
              <w:t>$220,595.59</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2008-03-26</w:t>
            </w:r>
          </w:p>
        </w:tc>
        <w:tc>
          <w:tcPr>
            <w:tcW w:type="dxa" w:w="1042"/>
          </w:tcPr>
          <w:p>
            <w:pPr>
              <w:spacing w:after="0"/>
              <w:jc w:val="left"/>
            </w:pPr>
            <w:r>
              <w:rPr>
                <w:sz w:val="16"/>
              </w:rPr>
              <w:t>2008-03-18</w:t>
            </w:r>
          </w:p>
        </w:tc>
        <w:tc>
          <w:tcPr>
            <w:tcW w:type="dxa" w:w="1042"/>
          </w:tcPr>
          <w:p>
            <w:pPr>
              <w:spacing w:after="0"/>
              <w:jc w:val="left"/>
            </w:pPr>
            <w:r>
              <w:rPr>
                <w:sz w:val="16"/>
              </w:rPr>
              <w:t>DR-1751-AR</w:t>
            </w:r>
          </w:p>
        </w:tc>
        <w:tc>
          <w:tcPr>
            <w:tcW w:type="dxa" w:w="1401"/>
          </w:tcPr>
          <w:p>
            <w:pPr>
              <w:spacing w:after="0"/>
              <w:jc w:val="left"/>
            </w:pPr>
            <w:r>
              <w:rPr>
                <w:sz w:val="16"/>
              </w:rPr>
              <w:t>Major disaster</w:t>
            </w:r>
          </w:p>
        </w:tc>
        <w:tc>
          <w:tcPr>
            <w:tcW w:type="dxa" w:w="3553"/>
          </w:tcPr>
          <w:p>
            <w:pPr>
              <w:spacing w:after="0"/>
              <w:jc w:val="left"/>
            </w:pPr>
            <w:r>
              <w:rPr>
                <w:sz w:val="16"/>
              </w:rPr>
              <w:t>SEVERE STORMS, TORNADOES, AND FLOODING</w:t>
            </w:r>
          </w:p>
        </w:tc>
        <w:tc>
          <w:tcPr>
            <w:tcW w:type="dxa" w:w="2298"/>
          </w:tcPr>
          <w:p>
            <w:pPr>
              <w:spacing w:after="0"/>
              <w:jc w:val="left"/>
            </w:pPr>
            <w:r>
              <w:rPr>
                <w:sz w:val="16"/>
              </w:rPr>
              <w:t>Inland Flooding; Tornado</w:t>
            </w:r>
          </w:p>
        </w:tc>
        <w:tc>
          <w:tcPr>
            <w:tcW w:type="dxa" w:w="1436"/>
          </w:tcPr>
          <w:p>
            <w:pPr>
              <w:spacing w:after="0"/>
              <w:jc w:val="right"/>
            </w:pPr>
            <w:r>
              <w:rPr>
                <w:sz w:val="16"/>
              </w:rPr>
              <w:t>$156,662.69</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2005-09-02</w:t>
            </w:r>
          </w:p>
        </w:tc>
        <w:tc>
          <w:tcPr>
            <w:tcW w:type="dxa" w:w="1042"/>
          </w:tcPr>
          <w:p>
            <w:pPr>
              <w:spacing w:after="0"/>
              <w:jc w:val="left"/>
            </w:pPr>
            <w:r>
              <w:rPr>
                <w:sz w:val="16"/>
              </w:rPr>
              <w:t>2005-08-29</w:t>
            </w:r>
          </w:p>
        </w:tc>
        <w:tc>
          <w:tcPr>
            <w:tcW w:type="dxa" w:w="1042"/>
          </w:tcPr>
          <w:p>
            <w:pPr>
              <w:spacing w:after="0"/>
              <w:jc w:val="left"/>
            </w:pPr>
            <w:r>
              <w:rPr>
                <w:sz w:val="16"/>
              </w:rPr>
              <w:t>EM-3215-AR</w:t>
            </w:r>
          </w:p>
        </w:tc>
        <w:tc>
          <w:tcPr>
            <w:tcW w:type="dxa" w:w="1401"/>
          </w:tcPr>
          <w:p>
            <w:pPr>
              <w:spacing w:after="0"/>
              <w:jc w:val="left"/>
            </w:pPr>
            <w:r>
              <w:rPr>
                <w:sz w:val="16"/>
              </w:rPr>
              <w:t>Emergency</w:t>
            </w:r>
          </w:p>
        </w:tc>
        <w:tc>
          <w:tcPr>
            <w:tcW w:type="dxa" w:w="3553"/>
          </w:tcPr>
          <w:p>
            <w:pPr>
              <w:spacing w:after="0"/>
              <w:jc w:val="left"/>
            </w:pPr>
            <w:r>
              <w:rPr>
                <w:sz w:val="16"/>
              </w:rPr>
              <w:t>HURRICANE KATRINA EVACUATION</w:t>
            </w:r>
          </w:p>
        </w:tc>
        <w:tc>
          <w:tcPr>
            <w:tcW w:type="dxa" w:w="2298"/>
          </w:tcPr>
          <w:p>
            <w:pPr>
              <w:spacing w:after="0"/>
              <w:jc w:val="left"/>
            </w:pPr>
            <w:r>
              <w:rPr>
                <w:sz w:val="16"/>
              </w:rPr>
              <w:t>Hurricane: evacuation support, not a local hazard event; not counted</w:t>
            </w:r>
          </w:p>
        </w:tc>
        <w:tc>
          <w:tcPr>
            <w:tcW w:type="dxa" w:w="1436"/>
          </w:tcPr>
          <w:p>
            <w:pPr>
              <w:spacing w:after="0"/>
              <w:jc w:val="right"/>
            </w:pPr>
            <w:r>
              <w:rPr>
                <w:sz w:val="16"/>
              </w:rPr>
              <w:t>$47,183.34</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2000-12-29</w:t>
            </w:r>
          </w:p>
        </w:tc>
        <w:tc>
          <w:tcPr>
            <w:tcW w:type="dxa" w:w="1042"/>
          </w:tcPr>
          <w:p>
            <w:pPr>
              <w:spacing w:after="0"/>
              <w:jc w:val="left"/>
            </w:pPr>
            <w:r>
              <w:rPr>
                <w:sz w:val="16"/>
              </w:rPr>
              <w:t>2000-12-12</w:t>
            </w:r>
          </w:p>
        </w:tc>
        <w:tc>
          <w:tcPr>
            <w:tcW w:type="dxa" w:w="1042"/>
          </w:tcPr>
          <w:p>
            <w:pPr>
              <w:spacing w:after="0"/>
              <w:jc w:val="left"/>
            </w:pPr>
            <w:r>
              <w:rPr>
                <w:sz w:val="16"/>
              </w:rPr>
              <w:t>DR-1354-AR</w:t>
            </w:r>
          </w:p>
        </w:tc>
        <w:tc>
          <w:tcPr>
            <w:tcW w:type="dxa" w:w="1401"/>
          </w:tcPr>
          <w:p>
            <w:pPr>
              <w:spacing w:after="0"/>
              <w:jc w:val="left"/>
            </w:pPr>
            <w:r>
              <w:rPr>
                <w:sz w:val="16"/>
              </w:rPr>
              <w:t>Major disaster</w:t>
            </w:r>
          </w:p>
        </w:tc>
        <w:tc>
          <w:tcPr>
            <w:tcW w:type="dxa" w:w="3553"/>
          </w:tcPr>
          <w:p>
            <w:pPr>
              <w:spacing w:after="0"/>
              <w:jc w:val="left"/>
            </w:pPr>
            <w:r>
              <w:rPr>
                <w:sz w:val="16"/>
              </w:rPr>
              <w:t>SEVERE WINTER ICE STORM</w:t>
            </w:r>
          </w:p>
        </w:tc>
        <w:tc>
          <w:tcPr>
            <w:tcW w:type="dxa" w:w="2298"/>
          </w:tcPr>
          <w:p>
            <w:pPr>
              <w:spacing w:after="0"/>
              <w:jc w:val="left"/>
            </w:pPr>
            <w:r>
              <w:rPr>
                <w:sz w:val="16"/>
              </w:rPr>
              <w:t>Ice Storm (primary); also designated: Cold Wave</w:t>
            </w:r>
          </w:p>
        </w:tc>
        <w:tc>
          <w:tcPr>
            <w:tcW w:type="dxa" w:w="1436"/>
          </w:tcPr>
          <w:p>
            <w:pPr>
              <w:spacing w:after="0"/>
              <w:jc w:val="right"/>
            </w:pPr>
            <w:r>
              <w:rPr>
                <w:sz w:val="16"/>
              </w:rPr>
              <w:t>$4,543,167.94</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2000-12-28</w:t>
            </w:r>
          </w:p>
        </w:tc>
        <w:tc>
          <w:tcPr>
            <w:tcW w:type="dxa" w:w="1042"/>
          </w:tcPr>
          <w:p>
            <w:pPr>
              <w:spacing w:after="0"/>
              <w:jc w:val="left"/>
            </w:pPr>
            <w:r>
              <w:rPr>
                <w:sz w:val="16"/>
              </w:rPr>
              <w:t>2000-12-12</w:t>
            </w:r>
          </w:p>
        </w:tc>
        <w:tc>
          <w:tcPr>
            <w:tcW w:type="dxa" w:w="1042"/>
          </w:tcPr>
          <w:p>
            <w:pPr>
              <w:spacing w:after="0"/>
              <w:jc w:val="left"/>
            </w:pPr>
            <w:r>
              <w:rPr>
                <w:sz w:val="16"/>
              </w:rPr>
              <w:t>EM-3159-AR</w:t>
            </w:r>
          </w:p>
        </w:tc>
        <w:tc>
          <w:tcPr>
            <w:tcW w:type="dxa" w:w="1401"/>
          </w:tcPr>
          <w:p>
            <w:pPr>
              <w:spacing w:after="0"/>
              <w:jc w:val="left"/>
            </w:pPr>
            <w:r>
              <w:rPr>
                <w:sz w:val="16"/>
              </w:rPr>
              <w:t>Emergency</w:t>
            </w:r>
          </w:p>
        </w:tc>
        <w:tc>
          <w:tcPr>
            <w:tcW w:type="dxa" w:w="3553"/>
          </w:tcPr>
          <w:p>
            <w:pPr>
              <w:spacing w:after="0"/>
              <w:jc w:val="left"/>
            </w:pPr>
            <w:r>
              <w:rPr>
                <w:sz w:val="16"/>
              </w:rPr>
              <w:t>SEVERE WINTER ICE STORM</w:t>
            </w:r>
          </w:p>
        </w:tc>
        <w:tc>
          <w:tcPr>
            <w:tcW w:type="dxa" w:w="2298"/>
          </w:tcPr>
          <w:p>
            <w:pPr>
              <w:spacing w:after="0"/>
              <w:jc w:val="left"/>
            </w:pPr>
            <w:r>
              <w:rPr>
                <w:sz w:val="16"/>
              </w:rPr>
              <w:t>Ice Storm</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r>
              <w:rPr>
                <w:sz w:val="16"/>
              </w:rPr>
              <w:t>same incident as DR-1354</w:t>
            </w:r>
          </w:p>
        </w:tc>
      </w:tr>
      <w:tr>
        <w:trPr>
          <w:cantSplit/>
        </w:trPr>
        <w:tc>
          <w:tcPr>
            <w:tcW w:type="dxa" w:w="1042"/>
          </w:tcPr>
          <w:p>
            <w:pPr>
              <w:spacing w:after="0"/>
              <w:jc w:val="left"/>
            </w:pPr>
            <w:r>
              <w:rPr>
                <w:sz w:val="16"/>
              </w:rPr>
              <w:t>1990-05-15</w:t>
            </w:r>
          </w:p>
        </w:tc>
        <w:tc>
          <w:tcPr>
            <w:tcW w:type="dxa" w:w="1042"/>
          </w:tcPr>
          <w:p>
            <w:pPr>
              <w:spacing w:after="0"/>
              <w:jc w:val="left"/>
            </w:pPr>
            <w:r>
              <w:rPr>
                <w:sz w:val="16"/>
              </w:rPr>
              <w:t>1990-05-01</w:t>
            </w:r>
          </w:p>
        </w:tc>
        <w:tc>
          <w:tcPr>
            <w:tcW w:type="dxa" w:w="1042"/>
          </w:tcPr>
          <w:p>
            <w:pPr>
              <w:spacing w:after="0"/>
              <w:jc w:val="left"/>
            </w:pPr>
            <w:r>
              <w:rPr>
                <w:sz w:val="16"/>
              </w:rPr>
              <w:t>DR-865-AR</w:t>
            </w:r>
          </w:p>
        </w:tc>
        <w:tc>
          <w:tcPr>
            <w:tcW w:type="dxa" w:w="1401"/>
          </w:tcPr>
          <w:p>
            <w:pPr>
              <w:spacing w:after="0"/>
              <w:jc w:val="left"/>
            </w:pPr>
            <w:r>
              <w:rPr>
                <w:sz w:val="16"/>
              </w:rPr>
              <w:t>Major disaster</w:t>
            </w:r>
          </w:p>
        </w:tc>
        <w:tc>
          <w:tcPr>
            <w:tcW w:type="dxa" w:w="3553"/>
          </w:tcPr>
          <w:p>
            <w:pPr>
              <w:spacing w:after="0"/>
              <w:jc w:val="left"/>
            </w:pPr>
            <w:r>
              <w:rPr>
                <w:sz w:val="16"/>
              </w:rPr>
              <w:t>SEVERE STORMS &amp; FLOODING</w:t>
            </w:r>
          </w:p>
        </w:tc>
        <w:tc>
          <w:tcPr>
            <w:tcW w:type="dxa" w:w="2298"/>
          </w:tcPr>
          <w:p>
            <w:pPr>
              <w:spacing w:after="0"/>
              <w:jc w:val="left"/>
            </w:pPr>
            <w:r>
              <w:rPr>
                <w:sz w:val="16"/>
              </w:rPr>
              <w:t>Inland Flooding</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1988-11-23</w:t>
            </w:r>
          </w:p>
        </w:tc>
        <w:tc>
          <w:tcPr>
            <w:tcW w:type="dxa" w:w="1042"/>
          </w:tcPr>
          <w:p>
            <w:pPr>
              <w:spacing w:after="0"/>
              <w:jc w:val="left"/>
            </w:pPr>
            <w:r>
              <w:rPr>
                <w:sz w:val="16"/>
              </w:rPr>
              <w:t>1988-11-15</w:t>
            </w:r>
          </w:p>
        </w:tc>
        <w:tc>
          <w:tcPr>
            <w:tcW w:type="dxa" w:w="1042"/>
          </w:tcPr>
          <w:p>
            <w:pPr>
              <w:spacing w:after="0"/>
              <w:jc w:val="left"/>
            </w:pPr>
            <w:r>
              <w:rPr>
                <w:sz w:val="16"/>
              </w:rPr>
              <w:t>DR-817-AR</w:t>
            </w:r>
          </w:p>
        </w:tc>
        <w:tc>
          <w:tcPr>
            <w:tcW w:type="dxa" w:w="1401"/>
          </w:tcPr>
          <w:p>
            <w:pPr>
              <w:spacing w:after="0"/>
              <w:jc w:val="left"/>
            </w:pPr>
            <w:r>
              <w:rPr>
                <w:sz w:val="16"/>
              </w:rPr>
              <w:t>Major disaster</w:t>
            </w:r>
          </w:p>
        </w:tc>
        <w:tc>
          <w:tcPr>
            <w:tcW w:type="dxa" w:w="3553"/>
          </w:tcPr>
          <w:p>
            <w:pPr>
              <w:spacing w:after="0"/>
              <w:jc w:val="left"/>
            </w:pPr>
            <w:r>
              <w:rPr>
                <w:sz w:val="16"/>
              </w:rPr>
              <w:t>SEVERE STORMS &amp; TORNADOES</w:t>
            </w:r>
          </w:p>
        </w:tc>
        <w:tc>
          <w:tcPr>
            <w:tcW w:type="dxa" w:w="2298"/>
          </w:tcPr>
          <w:p>
            <w:pPr>
              <w:spacing w:after="0"/>
              <w:jc w:val="left"/>
            </w:pPr>
            <w:r>
              <w:rPr>
                <w:sz w:val="16"/>
              </w:rPr>
              <w:t>Tornado</w:t>
            </w:r>
          </w:p>
        </w:tc>
        <w:tc>
          <w:tcPr>
            <w:tcW w:type="dxa" w:w="1436"/>
          </w:tcPr>
          <w:p>
            <w:pPr>
              <w:spacing w:after="0"/>
              <w:jc w:val="right"/>
            </w:pPr>
            <w:r>
              <w:rPr>
                <w:sz w:val="16"/>
              </w:rPr>
              <w:t>PA not declared for this county</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1982-12-13</w:t>
            </w:r>
          </w:p>
        </w:tc>
        <w:tc>
          <w:tcPr>
            <w:tcW w:type="dxa" w:w="1042"/>
          </w:tcPr>
          <w:p>
            <w:pPr>
              <w:spacing w:after="0"/>
              <w:jc w:val="left"/>
            </w:pPr>
            <w:r>
              <w:rPr>
                <w:sz w:val="16"/>
              </w:rPr>
              <w:t>1982-12-13</w:t>
            </w:r>
          </w:p>
        </w:tc>
        <w:tc>
          <w:tcPr>
            <w:tcW w:type="dxa" w:w="1042"/>
          </w:tcPr>
          <w:p>
            <w:pPr>
              <w:spacing w:after="0"/>
              <w:jc w:val="left"/>
            </w:pPr>
            <w:r>
              <w:rPr>
                <w:sz w:val="16"/>
              </w:rPr>
              <w:t>DR-673-AR</w:t>
            </w:r>
          </w:p>
        </w:tc>
        <w:tc>
          <w:tcPr>
            <w:tcW w:type="dxa" w:w="1401"/>
          </w:tcPr>
          <w:p>
            <w:pPr>
              <w:spacing w:after="0"/>
              <w:jc w:val="left"/>
            </w:pPr>
            <w:r>
              <w:rPr>
                <w:sz w:val="16"/>
              </w:rPr>
              <w:t>Major disaster</w:t>
            </w:r>
          </w:p>
        </w:tc>
        <w:tc>
          <w:tcPr>
            <w:tcW w:type="dxa" w:w="3553"/>
          </w:tcPr>
          <w:p>
            <w:pPr>
              <w:spacing w:after="0"/>
              <w:jc w:val="left"/>
            </w:pPr>
            <w:r>
              <w:rPr>
                <w:sz w:val="16"/>
              </w:rPr>
              <w:t>SEVERE STORMS, TORNADOES &amp; FLOODING</w:t>
            </w:r>
          </w:p>
        </w:tc>
        <w:tc>
          <w:tcPr>
            <w:tcW w:type="dxa" w:w="2298"/>
          </w:tcPr>
          <w:p>
            <w:pPr>
              <w:spacing w:after="0"/>
              <w:jc w:val="left"/>
            </w:pPr>
            <w:r>
              <w:rPr>
                <w:sz w:val="16"/>
              </w:rPr>
              <w:t>Inland Flooding; Tornado</w:t>
            </w:r>
          </w:p>
        </w:tc>
        <w:tc>
          <w:tcPr>
            <w:tcW w:type="dxa" w:w="1436"/>
          </w:tcPr>
          <w:p>
            <w:pPr>
              <w:spacing w:after="0"/>
              <w:jc w:val="right"/>
            </w:pPr>
            <w:r>
              <w:rPr>
                <w:sz w:val="16"/>
              </w:rPr>
              <w:t>PA not declared for this county</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1976-12-03</w:t>
            </w:r>
          </w:p>
        </w:tc>
        <w:tc>
          <w:tcPr>
            <w:tcW w:type="dxa" w:w="1042"/>
          </w:tcPr>
          <w:p>
            <w:pPr>
              <w:spacing w:after="0"/>
              <w:jc w:val="left"/>
            </w:pPr>
            <w:r>
              <w:rPr>
                <w:sz w:val="16"/>
              </w:rPr>
              <w:t>1976-12-03</w:t>
            </w:r>
          </w:p>
        </w:tc>
        <w:tc>
          <w:tcPr>
            <w:tcW w:type="dxa" w:w="1042"/>
          </w:tcPr>
          <w:p>
            <w:pPr>
              <w:spacing w:after="0"/>
              <w:jc w:val="left"/>
            </w:pPr>
            <w:r>
              <w:rPr>
                <w:sz w:val="16"/>
              </w:rPr>
              <w:t>EM-3019-AR</w:t>
            </w:r>
          </w:p>
        </w:tc>
        <w:tc>
          <w:tcPr>
            <w:tcW w:type="dxa" w:w="1401"/>
          </w:tcPr>
          <w:p>
            <w:pPr>
              <w:spacing w:after="0"/>
              <w:jc w:val="left"/>
            </w:pPr>
            <w:r>
              <w:rPr>
                <w:sz w:val="16"/>
              </w:rPr>
              <w:t>Emergency</w:t>
            </w:r>
          </w:p>
        </w:tc>
        <w:tc>
          <w:tcPr>
            <w:tcW w:type="dxa" w:w="3553"/>
          </w:tcPr>
          <w:p>
            <w:pPr>
              <w:spacing w:after="0"/>
              <w:jc w:val="left"/>
            </w:pPr>
            <w:r>
              <w:rPr>
                <w:sz w:val="16"/>
              </w:rPr>
              <w:t>DROUGHT</w:t>
            </w:r>
          </w:p>
        </w:tc>
        <w:tc>
          <w:tcPr>
            <w:tcW w:type="dxa" w:w="2298"/>
          </w:tcPr>
          <w:p>
            <w:pPr>
              <w:spacing w:after="0"/>
              <w:jc w:val="left"/>
            </w:pPr>
            <w:r>
              <w:rPr>
                <w:sz w:val="16"/>
              </w:rPr>
              <w:t>Drought</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1974-06-08</w:t>
            </w:r>
          </w:p>
        </w:tc>
        <w:tc>
          <w:tcPr>
            <w:tcW w:type="dxa" w:w="1042"/>
          </w:tcPr>
          <w:p>
            <w:pPr>
              <w:spacing w:after="0"/>
              <w:jc w:val="left"/>
            </w:pPr>
            <w:r>
              <w:rPr>
                <w:sz w:val="16"/>
              </w:rPr>
              <w:t>1974-06-08</w:t>
            </w:r>
          </w:p>
        </w:tc>
        <w:tc>
          <w:tcPr>
            <w:tcW w:type="dxa" w:w="1042"/>
          </w:tcPr>
          <w:p>
            <w:pPr>
              <w:spacing w:after="0"/>
              <w:jc w:val="left"/>
            </w:pPr>
            <w:r>
              <w:rPr>
                <w:sz w:val="16"/>
              </w:rPr>
              <w:t>DR-437-AR</w:t>
            </w:r>
          </w:p>
        </w:tc>
        <w:tc>
          <w:tcPr>
            <w:tcW w:type="dxa" w:w="1401"/>
          </w:tcPr>
          <w:p>
            <w:pPr>
              <w:spacing w:after="0"/>
              <w:jc w:val="left"/>
            </w:pPr>
            <w:r>
              <w:rPr>
                <w:sz w:val="16"/>
              </w:rPr>
              <w:t>Major disaster</w:t>
            </w:r>
          </w:p>
        </w:tc>
        <w:tc>
          <w:tcPr>
            <w:tcW w:type="dxa" w:w="3553"/>
          </w:tcPr>
          <w:p>
            <w:pPr>
              <w:spacing w:after="0"/>
              <w:jc w:val="left"/>
            </w:pPr>
            <w:r>
              <w:rPr>
                <w:sz w:val="16"/>
              </w:rPr>
              <w:t>SEVERE STORMS &amp; FLOODING</w:t>
            </w:r>
          </w:p>
        </w:tc>
        <w:tc>
          <w:tcPr>
            <w:tcW w:type="dxa" w:w="2298"/>
          </w:tcPr>
          <w:p>
            <w:pPr>
              <w:spacing w:after="0"/>
              <w:jc w:val="left"/>
            </w:pPr>
            <w:r>
              <w:rPr>
                <w:sz w:val="16"/>
              </w:rPr>
              <w:t>Inland Flooding</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1973-04-27</w:t>
            </w:r>
          </w:p>
        </w:tc>
        <w:tc>
          <w:tcPr>
            <w:tcW w:type="dxa" w:w="1042"/>
          </w:tcPr>
          <w:p>
            <w:pPr>
              <w:spacing w:after="0"/>
              <w:jc w:val="left"/>
            </w:pPr>
            <w:r>
              <w:rPr>
                <w:sz w:val="16"/>
              </w:rPr>
              <w:t>1973-04-27</w:t>
            </w:r>
          </w:p>
        </w:tc>
        <w:tc>
          <w:tcPr>
            <w:tcW w:type="dxa" w:w="1042"/>
          </w:tcPr>
          <w:p>
            <w:pPr>
              <w:spacing w:after="0"/>
              <w:jc w:val="left"/>
            </w:pPr>
            <w:r>
              <w:rPr>
                <w:sz w:val="16"/>
              </w:rPr>
              <w:t>DR-375-AR</w:t>
            </w:r>
          </w:p>
        </w:tc>
        <w:tc>
          <w:tcPr>
            <w:tcW w:type="dxa" w:w="1401"/>
          </w:tcPr>
          <w:p>
            <w:pPr>
              <w:spacing w:after="0"/>
              <w:jc w:val="left"/>
            </w:pPr>
            <w:r>
              <w:rPr>
                <w:sz w:val="16"/>
              </w:rPr>
              <w:t>Major disaster</w:t>
            </w:r>
          </w:p>
        </w:tc>
        <w:tc>
          <w:tcPr>
            <w:tcW w:type="dxa" w:w="3553"/>
          </w:tcPr>
          <w:p>
            <w:pPr>
              <w:spacing w:after="0"/>
              <w:jc w:val="left"/>
            </w:pPr>
            <w:r>
              <w:rPr>
                <w:sz w:val="16"/>
              </w:rPr>
              <w:t>SEVERE STORMS &amp; FLOODING</w:t>
            </w:r>
          </w:p>
        </w:tc>
        <w:tc>
          <w:tcPr>
            <w:tcW w:type="dxa" w:w="2298"/>
          </w:tcPr>
          <w:p>
            <w:pPr>
              <w:spacing w:after="0"/>
              <w:jc w:val="left"/>
            </w:pPr>
            <w:r>
              <w:rPr>
                <w:sz w:val="16"/>
              </w:rPr>
              <w:t>Inland Flooding</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53"/>
        <w:gridCol w:w="1153"/>
        <w:gridCol w:w="1053"/>
        <w:gridCol w:w="1550"/>
        <w:gridCol w:w="2542"/>
        <w:gridCol w:w="5222"/>
        <w:gridCol w:w="720"/>
        <w:gridCol w:w="720"/>
      </w:tblGrid>
      <w:tr>
        <w:trPr>
          <w:cantSplit/>
          <w:tblHeader/>
        </w:trPr>
        <w:tc>
          <w:tcPr>
            <w:tcW w:type="dxa" w:w="1153"/>
            <w:shd w:val="clear" w:color="auto" w:fill="E8E8E8"/>
          </w:tcPr>
          <w:p>
            <w:pPr>
              <w:spacing w:after="0"/>
              <w:jc w:val="left"/>
            </w:pPr>
            <w:r>
              <w:rPr>
                <w:b/>
                <w:sz w:val="16"/>
              </w:rPr>
              <w:t>Declared</w:t>
            </w:r>
          </w:p>
        </w:tc>
        <w:tc>
          <w:tcPr>
            <w:tcW w:type="dxa" w:w="1153"/>
            <w:shd w:val="clear" w:color="auto" w:fill="E8E8E8"/>
          </w:tcPr>
          <w:p>
            <w:pPr>
              <w:spacing w:after="0"/>
              <w:jc w:val="left"/>
            </w:pPr>
            <w:r>
              <w:rPr>
                <w:b/>
                <w:sz w:val="16"/>
              </w:rPr>
              <w:t>Incident began</w:t>
            </w:r>
          </w:p>
        </w:tc>
        <w:tc>
          <w:tcPr>
            <w:tcW w:type="dxa" w:w="1053"/>
            <w:shd w:val="clear" w:color="auto" w:fill="E8E8E8"/>
          </w:tcPr>
          <w:p>
            <w:pPr>
              <w:spacing w:after="0"/>
              <w:jc w:val="left"/>
            </w:pPr>
            <w:r>
              <w:rPr>
                <w:b/>
                <w:sz w:val="16"/>
              </w:rPr>
              <w:t>FEMA number</w:t>
            </w:r>
          </w:p>
        </w:tc>
        <w:tc>
          <w:tcPr>
            <w:tcW w:type="dxa" w:w="1550"/>
            <w:shd w:val="clear" w:color="auto" w:fill="E8E8E8"/>
          </w:tcPr>
          <w:p>
            <w:pPr>
              <w:spacing w:after="0"/>
              <w:jc w:val="left"/>
            </w:pPr>
            <w:r>
              <w:rPr>
                <w:b/>
                <w:sz w:val="16"/>
              </w:rPr>
              <w:t>Type</w:t>
            </w:r>
          </w:p>
        </w:tc>
        <w:tc>
          <w:tcPr>
            <w:tcW w:type="dxa" w:w="2542"/>
            <w:shd w:val="clear" w:color="auto" w:fill="E8E8E8"/>
          </w:tcPr>
          <w:p>
            <w:pPr>
              <w:spacing w:after="0"/>
              <w:jc w:val="left"/>
            </w:pPr>
            <w:r>
              <w:rPr>
                <w:b/>
                <w:sz w:val="16"/>
              </w:rPr>
              <w:t>Title</w:t>
            </w:r>
          </w:p>
        </w:tc>
        <w:tc>
          <w:tcPr>
            <w:tcW w:type="dxa" w:w="5222"/>
            <w:shd w:val="clear" w:color="auto" w:fill="E8E8E8"/>
          </w:tcPr>
          <w:p>
            <w:pPr>
              <w:spacing w:after="0"/>
              <w:jc w:val="left"/>
            </w:pPr>
            <w:r>
              <w:rPr>
                <w:b/>
                <w:sz w:val="16"/>
              </w:rPr>
              <w:t>Mapped hazard</w:t>
            </w:r>
          </w:p>
        </w:tc>
        <w:tc>
          <w:tcPr>
            <w:tcW w:type="dxa" w:w="720"/>
            <w:shd w:val="clear" w:color="auto" w:fill="E8E8E8"/>
          </w:tcPr>
          <w:p>
            <w:pPr>
              <w:spacing w:after="0"/>
              <w:jc w:val="left"/>
            </w:pPr>
            <w:r>
              <w:rPr>
                <w:b/>
                <w:sz w:val="16"/>
              </w:rPr>
              <w:t>Flags</w:t>
            </w:r>
          </w:p>
        </w:tc>
        <w:tc>
          <w:tcPr>
            <w:tcW w:type="dxa" w:w="720"/>
            <w:shd w:val="clear" w:color="auto" w:fill="E8E8E8"/>
          </w:tcPr>
          <w:p>
            <w:pPr>
              <w:spacing w:after="0"/>
              <w:jc w:val="left"/>
            </w:pPr>
            <w:r>
              <w:rPr>
                <w:b/>
                <w:sz w:val="16"/>
              </w:rPr>
              <w:t>Notes</w:t>
            </w:r>
          </w:p>
        </w:tc>
      </w:tr>
      <w:tr>
        <w:trPr>
          <w:cantSplit/>
        </w:trPr>
        <w:tc>
          <w:tcPr>
            <w:tcW w:type="dxa" w:w="1153"/>
          </w:tcPr>
          <w:p>
            <w:pPr>
              <w:spacing w:after="0"/>
              <w:jc w:val="left"/>
            </w:pPr>
            <w:r>
              <w:rPr>
                <w:sz w:val="16"/>
              </w:rPr>
              <w:t>1964-03-20</w:t>
            </w:r>
          </w:p>
        </w:tc>
        <w:tc>
          <w:tcPr>
            <w:tcW w:type="dxa" w:w="1153"/>
          </w:tcPr>
          <w:p>
            <w:pPr>
              <w:spacing w:after="0"/>
              <w:jc w:val="left"/>
            </w:pPr>
            <w:r>
              <w:rPr>
                <w:sz w:val="16"/>
              </w:rPr>
              <w:t>1964-03-20</w:t>
            </w:r>
          </w:p>
        </w:tc>
        <w:tc>
          <w:tcPr>
            <w:tcW w:type="dxa" w:w="1053"/>
          </w:tcPr>
          <w:p>
            <w:pPr>
              <w:spacing w:after="0"/>
              <w:jc w:val="left"/>
            </w:pPr>
            <w:r>
              <w:rPr>
                <w:sz w:val="16"/>
              </w:rPr>
              <w:t>DR-166-AR</w:t>
            </w:r>
          </w:p>
        </w:tc>
        <w:tc>
          <w:tcPr>
            <w:tcW w:type="dxa" w:w="1550"/>
          </w:tcPr>
          <w:p>
            <w:pPr>
              <w:spacing w:after="0"/>
              <w:jc w:val="left"/>
            </w:pPr>
            <w:r>
              <w:rPr>
                <w:sz w:val="16"/>
              </w:rPr>
              <w:t>Major disaster</w:t>
            </w:r>
          </w:p>
        </w:tc>
        <w:tc>
          <w:tcPr>
            <w:tcW w:type="dxa" w:w="2542"/>
          </w:tcPr>
          <w:p>
            <w:pPr>
              <w:spacing w:after="0"/>
              <w:jc w:val="left"/>
            </w:pPr>
            <w:r>
              <w:rPr>
                <w:sz w:val="16"/>
              </w:rPr>
              <w:t>SEVERE STORMS &amp; FLOODING</w:t>
            </w:r>
          </w:p>
        </w:tc>
        <w:tc>
          <w:tcPr>
            <w:tcW w:type="dxa" w:w="5222"/>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1963-08-02</w:t>
            </w:r>
          </w:p>
        </w:tc>
        <w:tc>
          <w:tcPr>
            <w:tcW w:type="dxa" w:w="1153"/>
          </w:tcPr>
          <w:p>
            <w:pPr>
              <w:spacing w:after="0"/>
              <w:jc w:val="left"/>
            </w:pPr>
            <w:r>
              <w:rPr>
                <w:sz w:val="16"/>
              </w:rPr>
              <w:t>1963-08-02</w:t>
            </w:r>
          </w:p>
        </w:tc>
        <w:tc>
          <w:tcPr>
            <w:tcW w:type="dxa" w:w="1053"/>
          </w:tcPr>
          <w:p>
            <w:pPr>
              <w:spacing w:after="0"/>
              <w:jc w:val="left"/>
            </w:pPr>
            <w:r>
              <w:rPr>
                <w:sz w:val="16"/>
              </w:rPr>
              <w:t>DR-157-AR</w:t>
            </w:r>
          </w:p>
        </w:tc>
        <w:tc>
          <w:tcPr>
            <w:tcW w:type="dxa" w:w="1550"/>
          </w:tcPr>
          <w:p>
            <w:pPr>
              <w:spacing w:after="0"/>
              <w:jc w:val="left"/>
            </w:pPr>
            <w:r>
              <w:rPr>
                <w:sz w:val="16"/>
              </w:rPr>
              <w:t>Major disaster</w:t>
            </w:r>
          </w:p>
        </w:tc>
        <w:tc>
          <w:tcPr>
            <w:tcW w:type="dxa" w:w="2542"/>
          </w:tcPr>
          <w:p>
            <w:pPr>
              <w:spacing w:after="0"/>
              <w:jc w:val="left"/>
            </w:pPr>
            <w:r>
              <w:rPr>
                <w:sz w:val="16"/>
              </w:rPr>
              <w:t>HEAVY RAINS &amp; FLOODING</w:t>
            </w:r>
          </w:p>
        </w:tc>
        <w:tc>
          <w:tcPr>
            <w:tcW w:type="dxa" w:w="5222"/>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1961-05-16</w:t>
            </w:r>
          </w:p>
        </w:tc>
        <w:tc>
          <w:tcPr>
            <w:tcW w:type="dxa" w:w="1153"/>
          </w:tcPr>
          <w:p>
            <w:pPr>
              <w:spacing w:after="0"/>
              <w:jc w:val="left"/>
            </w:pPr>
            <w:r>
              <w:rPr>
                <w:sz w:val="16"/>
              </w:rPr>
              <w:t>1961-05-16</w:t>
            </w:r>
          </w:p>
        </w:tc>
        <w:tc>
          <w:tcPr>
            <w:tcW w:type="dxa" w:w="1053"/>
          </w:tcPr>
          <w:p>
            <w:pPr>
              <w:spacing w:after="0"/>
              <w:jc w:val="left"/>
            </w:pPr>
            <w:r>
              <w:rPr>
                <w:sz w:val="16"/>
              </w:rPr>
              <w:t>DR-112-AR</w:t>
            </w:r>
          </w:p>
        </w:tc>
        <w:tc>
          <w:tcPr>
            <w:tcW w:type="dxa" w:w="1550"/>
          </w:tcPr>
          <w:p>
            <w:pPr>
              <w:spacing w:after="0"/>
              <w:jc w:val="left"/>
            </w:pPr>
            <w:r>
              <w:rPr>
                <w:sz w:val="16"/>
              </w:rPr>
              <w:t>Major disaster</w:t>
            </w:r>
          </w:p>
        </w:tc>
        <w:tc>
          <w:tcPr>
            <w:tcW w:type="dxa" w:w="2542"/>
          </w:tcPr>
          <w:p>
            <w:pPr>
              <w:spacing w:after="0"/>
              <w:jc w:val="left"/>
            </w:pPr>
            <w:r>
              <w:rPr>
                <w:sz w:val="16"/>
              </w:rPr>
              <w:t>FLOODS &amp; TORNADOES</w:t>
            </w:r>
          </w:p>
        </w:tc>
        <w:tc>
          <w:tcPr>
            <w:tcW w:type="dxa" w:w="5222"/>
          </w:tcPr>
          <w:p>
            <w:pPr>
              <w:spacing w:after="0"/>
              <w:jc w:val="left"/>
            </w:pPr>
            <w:r>
              <w:rPr>
                <w:sz w:val="16"/>
              </w:rPr>
              <w:t>Inland Flooding (primary); also designated: Tornado</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1960-05-28</w:t>
            </w:r>
          </w:p>
        </w:tc>
        <w:tc>
          <w:tcPr>
            <w:tcW w:type="dxa" w:w="1153"/>
          </w:tcPr>
          <w:p>
            <w:pPr>
              <w:spacing w:after="0"/>
              <w:jc w:val="left"/>
            </w:pPr>
            <w:r>
              <w:rPr>
                <w:sz w:val="16"/>
              </w:rPr>
              <w:t>1960-05-28</w:t>
            </w:r>
          </w:p>
        </w:tc>
        <w:tc>
          <w:tcPr>
            <w:tcW w:type="dxa" w:w="1053"/>
          </w:tcPr>
          <w:p>
            <w:pPr>
              <w:spacing w:after="0"/>
              <w:jc w:val="left"/>
            </w:pPr>
            <w:r>
              <w:rPr>
                <w:sz w:val="16"/>
              </w:rPr>
              <w:t>DR-102-AR</w:t>
            </w:r>
          </w:p>
        </w:tc>
        <w:tc>
          <w:tcPr>
            <w:tcW w:type="dxa" w:w="1550"/>
          </w:tcPr>
          <w:p>
            <w:pPr>
              <w:spacing w:after="0"/>
              <w:jc w:val="left"/>
            </w:pPr>
            <w:r>
              <w:rPr>
                <w:sz w:val="16"/>
              </w:rPr>
              <w:t>Major disaster</w:t>
            </w:r>
          </w:p>
        </w:tc>
        <w:tc>
          <w:tcPr>
            <w:tcW w:type="dxa" w:w="2542"/>
          </w:tcPr>
          <w:p>
            <w:pPr>
              <w:spacing w:after="0"/>
              <w:jc w:val="left"/>
            </w:pPr>
            <w:r>
              <w:rPr>
                <w:sz w:val="16"/>
              </w:rPr>
              <w:t>TORNADOES &amp; FLOODS</w:t>
            </w:r>
          </w:p>
        </w:tc>
        <w:tc>
          <w:tcPr>
            <w:tcW w:type="dxa" w:w="5222"/>
          </w:tcPr>
          <w:p>
            <w:pPr>
              <w:spacing w:after="0"/>
              <w:jc w:val="left"/>
            </w:pPr>
            <w:r>
              <w:rPr>
                <w:sz w:val="16"/>
              </w:rPr>
              <w:t>Tornado (primary); also designated: 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1958-05-15</w:t>
            </w:r>
          </w:p>
        </w:tc>
        <w:tc>
          <w:tcPr>
            <w:tcW w:type="dxa" w:w="1153"/>
          </w:tcPr>
          <w:p>
            <w:pPr>
              <w:spacing w:after="0"/>
              <w:jc w:val="left"/>
            </w:pPr>
            <w:r>
              <w:rPr>
                <w:sz w:val="16"/>
              </w:rPr>
              <w:t>1958-05-15</w:t>
            </w:r>
          </w:p>
        </w:tc>
        <w:tc>
          <w:tcPr>
            <w:tcW w:type="dxa" w:w="1053"/>
          </w:tcPr>
          <w:p>
            <w:pPr>
              <w:spacing w:after="0"/>
              <w:jc w:val="left"/>
            </w:pPr>
            <w:r>
              <w:rPr>
                <w:sz w:val="16"/>
              </w:rPr>
              <w:t>DR-83-AR</w:t>
            </w:r>
          </w:p>
        </w:tc>
        <w:tc>
          <w:tcPr>
            <w:tcW w:type="dxa" w:w="1550"/>
          </w:tcPr>
          <w:p>
            <w:pPr>
              <w:spacing w:after="0"/>
              <w:jc w:val="left"/>
            </w:pPr>
            <w:r>
              <w:rPr>
                <w:sz w:val="16"/>
              </w:rPr>
              <w:t>Major disaster</w:t>
            </w:r>
          </w:p>
        </w:tc>
        <w:tc>
          <w:tcPr>
            <w:tcW w:type="dxa" w:w="2542"/>
          </w:tcPr>
          <w:p>
            <w:pPr>
              <w:spacing w:after="0"/>
              <w:jc w:val="left"/>
            </w:pPr>
            <w:r>
              <w:rPr>
                <w:sz w:val="16"/>
              </w:rPr>
              <w:t>HEAVY RAINSTORMS &amp; FLOODS</w:t>
            </w:r>
          </w:p>
        </w:tc>
        <w:tc>
          <w:tcPr>
            <w:tcW w:type="dxa" w:w="5222"/>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1957-05-29</w:t>
            </w:r>
          </w:p>
        </w:tc>
        <w:tc>
          <w:tcPr>
            <w:tcW w:type="dxa" w:w="1153"/>
          </w:tcPr>
          <w:p>
            <w:pPr>
              <w:spacing w:after="0"/>
              <w:jc w:val="left"/>
            </w:pPr>
            <w:r>
              <w:rPr>
                <w:sz w:val="16"/>
              </w:rPr>
              <w:t>1957-05-29</w:t>
            </w:r>
          </w:p>
        </w:tc>
        <w:tc>
          <w:tcPr>
            <w:tcW w:type="dxa" w:w="1053"/>
          </w:tcPr>
          <w:p>
            <w:pPr>
              <w:spacing w:after="0"/>
              <w:jc w:val="left"/>
            </w:pPr>
            <w:r>
              <w:rPr>
                <w:sz w:val="16"/>
              </w:rPr>
              <w:t>DR-77-AR</w:t>
            </w:r>
          </w:p>
        </w:tc>
        <w:tc>
          <w:tcPr>
            <w:tcW w:type="dxa" w:w="1550"/>
          </w:tcPr>
          <w:p>
            <w:pPr>
              <w:spacing w:after="0"/>
              <w:jc w:val="left"/>
            </w:pPr>
            <w:r>
              <w:rPr>
                <w:sz w:val="16"/>
              </w:rPr>
              <w:t>Major disaster</w:t>
            </w:r>
          </w:p>
        </w:tc>
        <w:tc>
          <w:tcPr>
            <w:tcW w:type="dxa" w:w="2542"/>
          </w:tcPr>
          <w:p>
            <w:pPr>
              <w:spacing w:after="0"/>
              <w:jc w:val="left"/>
            </w:pPr>
            <w:r>
              <w:rPr>
                <w:sz w:val="16"/>
              </w:rPr>
              <w:t>TORNADOES, RAIN, HAIL &amp; FLOODS</w:t>
            </w:r>
          </w:p>
        </w:tc>
        <w:tc>
          <w:tcPr>
            <w:tcW w:type="dxa" w:w="5222"/>
          </w:tcPr>
          <w:p>
            <w:pPr>
              <w:spacing w:after="0"/>
              <w:jc w:val="left"/>
            </w:pPr>
            <w:r>
              <w:rPr>
                <w:sz w:val="16"/>
              </w:rPr>
              <w:t>Tornado (primary); also designated: Hail, Inland Flooding</w:t>
            </w:r>
          </w:p>
        </w:tc>
        <w:tc>
          <w:tcPr>
            <w:tcW w:type="dxa" w:w="720"/>
          </w:tcPr>
          <w:p>
            <w:pPr>
              <w:spacing w:after="0"/>
              <w:jc w:val="left"/>
            </w:pPr>
          </w:p>
        </w:tc>
        <w:tc>
          <w:tcPr>
            <w:tcW w:type="dxa" w:w="720"/>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8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305</w:t>
            </w:r>
          </w:p>
        </w:tc>
        <w:tc>
          <w:tcPr>
            <w:tcW w:type="dxa" w:w="1422"/>
          </w:tcPr>
          <w:p>
            <w:pPr>
              <w:spacing w:after="0"/>
              <w:jc w:val="right"/>
            </w:pPr>
            <w:r>
              <w:rPr>
                <w:sz w:val="16"/>
              </w:rPr>
              <w:t>6</w:t>
            </w:r>
          </w:p>
        </w:tc>
        <w:tc>
          <w:tcPr>
            <w:tcW w:type="dxa" w:w="1356"/>
          </w:tcPr>
          <w:p>
            <w:pPr>
              <w:spacing w:after="0"/>
              <w:jc w:val="right"/>
            </w:pPr>
            <w:r>
              <w:rPr>
                <w:sz w:val="16"/>
              </w:rPr>
              <w:t>28</w:t>
            </w:r>
          </w:p>
        </w:tc>
        <w:tc>
          <w:tcPr>
            <w:tcW w:type="dxa" w:w="963"/>
          </w:tcPr>
          <w:p>
            <w:pPr>
              <w:spacing w:after="0"/>
              <w:jc w:val="right"/>
            </w:pPr>
            <w:r>
              <w:rPr>
                <w:sz w:val="16"/>
              </w:rPr>
              <w:t>40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Tropical Depression records,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78</w:t>
            </w:r>
          </w:p>
        </w:tc>
        <w:tc>
          <w:tcPr>
            <w:tcW w:type="dxa" w:w="1422"/>
          </w:tcPr>
          <w:p>
            <w:pPr>
              <w:spacing w:after="0"/>
              <w:jc w:val="right"/>
            </w:pPr>
            <w:r>
              <w:rPr>
                <w:sz w:val="16"/>
              </w:rPr>
              <w:t>7</w:t>
            </w:r>
          </w:p>
        </w:tc>
        <w:tc>
          <w:tcPr>
            <w:tcW w:type="dxa" w:w="1356"/>
          </w:tcPr>
          <w:p>
            <w:pPr>
              <w:spacing w:after="0"/>
              <w:jc w:val="right"/>
            </w:pPr>
            <w:r>
              <w:rPr>
                <w:sz w:val="16"/>
              </w:rPr>
              <w:t>4</w:t>
            </w:r>
          </w:p>
        </w:tc>
        <w:tc>
          <w:tcPr>
            <w:tcW w:type="dxa" w:w="963"/>
          </w:tcPr>
          <w:p>
            <w:pPr>
              <w:spacing w:after="0"/>
              <w:jc w:val="right"/>
            </w:pPr>
            <w:r>
              <w:rPr>
                <w:sz w:val="16"/>
              </w:rPr>
              <w:t>14</w:t>
            </w:r>
          </w:p>
        </w:tc>
        <w:tc>
          <w:tcPr>
            <w:tcW w:type="dxa" w:w="1356"/>
          </w:tcPr>
          <w:p>
            <w:pPr>
              <w:spacing w:after="0"/>
              <w:jc w:val="right"/>
            </w:pPr>
            <w:r>
              <w:rPr>
                <w:sz w:val="16"/>
              </w:rPr>
              <w:t>9</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360</w:t>
            </w:r>
          </w:p>
        </w:tc>
        <w:tc>
          <w:tcPr>
            <w:tcW w:type="dxa" w:w="1422"/>
          </w:tcPr>
          <w:p>
            <w:pPr>
              <w:spacing w:after="0"/>
              <w:jc w:val="right"/>
            </w:pPr>
            <w:r>
              <w:rPr>
                <w:sz w:val="16"/>
              </w:rPr>
              <w:t>15</w:t>
            </w:r>
          </w:p>
        </w:tc>
        <w:tc>
          <w:tcPr>
            <w:tcW w:type="dxa" w:w="1356"/>
          </w:tcPr>
          <w:p>
            <w:pPr>
              <w:spacing w:after="0"/>
              <w:jc w:val="right"/>
            </w:pPr>
            <w:r>
              <w:rPr>
                <w:sz w:val="16"/>
              </w:rPr>
              <w:t>4</w:t>
            </w:r>
          </w:p>
        </w:tc>
        <w:tc>
          <w:tcPr>
            <w:tcW w:type="dxa" w:w="963"/>
          </w:tcPr>
          <w:p>
            <w:pPr>
              <w:spacing w:after="0"/>
              <w:jc w:val="right"/>
            </w:pPr>
            <w:r>
              <w:rPr>
                <w:sz w:val="16"/>
              </w:rPr>
              <w:t>27</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4 High Wind records and 10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41</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61</w:t>
            </w:r>
          </w:p>
        </w:tc>
        <w:tc>
          <w:tcPr>
            <w:tcW w:type="dxa" w:w="1422"/>
          </w:tcPr>
          <w:p>
            <w:pPr>
              <w:spacing w:after="0"/>
              <w:jc w:val="right"/>
            </w:pPr>
            <w:r>
              <w:rPr>
                <w:sz w:val="16"/>
              </w:rPr>
              <w:t>5</w:t>
            </w:r>
          </w:p>
        </w:tc>
        <w:tc>
          <w:tcPr>
            <w:tcW w:type="dxa" w:w="1356"/>
          </w:tcPr>
          <w:p>
            <w:pPr>
              <w:spacing w:after="0"/>
              <w:jc w:val="right"/>
            </w:pPr>
            <w:r>
              <w:rPr>
                <w:sz w:val="16"/>
              </w:rPr>
              <w:t>3</w:t>
            </w:r>
          </w:p>
        </w:tc>
        <w:tc>
          <w:tcPr>
            <w:tcW w:type="dxa" w:w="963"/>
          </w:tcPr>
          <w:p>
            <w:pPr>
              <w:spacing w:after="0"/>
              <w:jc w:val="right"/>
            </w:pPr>
            <w:r>
              <w:rPr>
                <w:sz w:val="16"/>
              </w:rPr>
              <w:t>13</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87"/>
        <w:gridCol w:w="1662"/>
        <w:gridCol w:w="2841"/>
        <w:gridCol w:w="1065"/>
        <w:gridCol w:w="1847"/>
        <w:gridCol w:w="1585"/>
        <w:gridCol w:w="2788"/>
      </w:tblGrid>
      <w:tr>
        <w:trPr>
          <w:cantSplit/>
          <w:tblHeader/>
        </w:trPr>
        <w:tc>
          <w:tcPr>
            <w:tcW w:type="dxa" w:w="1037"/>
            <w:shd w:val="clear" w:color="auto" w:fill="E8E8E8"/>
          </w:tcPr>
          <w:p>
            <w:pPr>
              <w:spacing w:after="0"/>
              <w:jc w:val="left"/>
            </w:pPr>
            <w:r>
              <w:rPr>
                <w:b/>
                <w:sz w:val="16"/>
              </w:rPr>
              <w:t>Date</w:t>
            </w:r>
          </w:p>
        </w:tc>
        <w:tc>
          <w:tcPr>
            <w:tcW w:type="dxa" w:w="1287"/>
            <w:shd w:val="clear" w:color="auto" w:fill="E8E8E8"/>
          </w:tcPr>
          <w:p>
            <w:pPr>
              <w:spacing w:after="0"/>
              <w:jc w:val="left"/>
            </w:pPr>
            <w:r>
              <w:rPr>
                <w:b/>
                <w:sz w:val="16"/>
              </w:rPr>
              <w:t>Event type</w:t>
            </w:r>
          </w:p>
        </w:tc>
        <w:tc>
          <w:tcPr>
            <w:tcW w:type="dxa" w:w="1662"/>
            <w:shd w:val="clear" w:color="auto" w:fill="E8E8E8"/>
          </w:tcPr>
          <w:p>
            <w:pPr>
              <w:spacing w:after="0"/>
              <w:jc w:val="left"/>
            </w:pPr>
            <w:r>
              <w:rPr>
                <w:b/>
                <w:sz w:val="16"/>
              </w:rPr>
              <w:t>Magnitude or extent</w:t>
            </w:r>
          </w:p>
        </w:tc>
        <w:tc>
          <w:tcPr>
            <w:tcW w:type="dxa" w:w="2841"/>
            <w:shd w:val="clear" w:color="auto" w:fill="E8E8E8"/>
          </w:tcPr>
          <w:p>
            <w:pPr>
              <w:spacing w:after="0"/>
              <w:jc w:val="left"/>
            </w:pPr>
            <w:r>
              <w:rPr>
                <w:b/>
                <w:sz w:val="16"/>
              </w:rPr>
              <w:t>Damage</w:t>
            </w:r>
          </w:p>
          <w:p>
            <w:pPr>
              <w:spacing w:after="0"/>
              <w:jc w:val="left"/>
            </w:pPr>
            <w:r>
              <w:rPr>
                <w:i/>
                <w:color w:val="555555"/>
                <w:sz w:val="14"/>
              </w:rPr>
              <w:t>nominal dollars</w:t>
            </w:r>
          </w:p>
        </w:tc>
        <w:tc>
          <w:tcPr>
            <w:tcW w:type="dxa" w:w="106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47"/>
            <w:shd w:val="clear" w:color="auto" w:fill="E8E8E8"/>
          </w:tcPr>
          <w:p>
            <w:pPr>
              <w:spacing w:after="0"/>
              <w:jc w:val="left"/>
            </w:pPr>
            <w:r>
              <w:rPr>
                <w:b/>
                <w:sz w:val="16"/>
              </w:rPr>
              <w:t>Location</w:t>
            </w:r>
          </w:p>
        </w:tc>
        <w:tc>
          <w:tcPr>
            <w:tcW w:type="dxa" w:w="1585"/>
            <w:shd w:val="clear" w:color="auto" w:fill="E8E8E8"/>
          </w:tcPr>
          <w:p>
            <w:pPr>
              <w:spacing w:after="0"/>
              <w:jc w:val="left"/>
            </w:pPr>
            <w:r>
              <w:rPr>
                <w:b/>
                <w:sz w:val="16"/>
              </w:rPr>
              <w:t>Flags</w:t>
            </w:r>
          </w:p>
        </w:tc>
        <w:tc>
          <w:tcPr>
            <w:tcW w:type="dxa" w:w="278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2023-06-14</w:t>
            </w:r>
          </w:p>
        </w:tc>
        <w:tc>
          <w:tcPr>
            <w:tcW w:type="dxa" w:w="1287"/>
          </w:tcPr>
          <w:p>
            <w:pPr>
              <w:spacing w:after="0"/>
              <w:jc w:val="left"/>
            </w:pPr>
            <w:r>
              <w:rPr>
                <w:sz w:val="16"/>
              </w:rPr>
              <w:t>Hail</w:t>
            </w:r>
          </w:p>
        </w:tc>
        <w:tc>
          <w:tcPr>
            <w:tcW w:type="dxa" w:w="1662"/>
          </w:tcPr>
          <w:p>
            <w:pPr>
              <w:spacing w:after="0"/>
              <w:jc w:val="left"/>
            </w:pPr>
            <w:r>
              <w:rPr>
                <w:sz w:val="16"/>
              </w:rPr>
              <w:t>4 in</w:t>
            </w:r>
          </w:p>
        </w:tc>
        <w:tc>
          <w:tcPr>
            <w:tcW w:type="dxa" w:w="2841"/>
          </w:tcPr>
          <w:p>
            <w:pPr>
              <w:spacing w:after="0"/>
              <w:jc w:val="left"/>
            </w:pPr>
            <w:r>
              <w:rPr>
                <w:sz w:val="16"/>
              </w:rPr>
              <w:t>$0 property; $0 crops (2023 dollars)</w:t>
            </w:r>
          </w:p>
        </w:tc>
        <w:tc>
          <w:tcPr>
            <w:tcW w:type="dxa" w:w="1065"/>
          </w:tcPr>
          <w:p>
            <w:pPr>
              <w:spacing w:after="0"/>
              <w:jc w:val="right"/>
            </w:pPr>
            <w:r>
              <w:rPr>
                <w:sz w:val="16"/>
              </w:rPr>
              <w:t>0, 0</w:t>
            </w:r>
          </w:p>
        </w:tc>
        <w:tc>
          <w:tcPr>
            <w:tcW w:type="dxa" w:w="1847"/>
          </w:tcPr>
          <w:p>
            <w:pPr>
              <w:spacing w:after="0"/>
              <w:jc w:val="left"/>
            </w:pPr>
            <w:r>
              <w:rPr>
                <w:sz w:val="16"/>
              </w:rPr>
              <w:t>CRYSTAL SPGS</w:t>
            </w:r>
          </w:p>
        </w:tc>
        <w:tc>
          <w:tcPr>
            <w:tcW w:type="dxa" w:w="1585"/>
          </w:tcPr>
          <w:p>
            <w:pPr>
              <w:spacing w:after="0"/>
              <w:jc w:val="left"/>
            </w:pPr>
            <w:r>
              <w:rPr>
                <w:sz w:val="16"/>
              </w:rPr>
              <w:t>during plan review, check whether your last plan included it; within last 5 years</w:t>
            </w:r>
          </w:p>
        </w:tc>
        <w:tc>
          <w:tcPr>
            <w:tcW w:type="dxa" w:w="2788"/>
          </w:tcPr>
          <w:p>
            <w:pPr>
              <w:spacing w:after="0"/>
              <w:jc w:val="left"/>
            </w:pPr>
            <w:r>
              <w:rPr>
                <w:sz w:val="16"/>
              </w:rPr>
              <w:t>B1-c worst recorded: Hail</w:t>
            </w:r>
          </w:p>
        </w:tc>
      </w:tr>
      <w:tr>
        <w:trPr>
          <w:cantSplit/>
        </w:trPr>
        <w:tc>
          <w:tcPr>
            <w:tcW w:type="dxa" w:w="1037"/>
          </w:tcPr>
          <w:p>
            <w:pPr>
              <w:spacing w:after="0"/>
              <w:jc w:val="left"/>
            </w:pPr>
            <w:r>
              <w:rPr>
                <w:sz w:val="16"/>
              </w:rPr>
              <w:t>2021-05-04</w:t>
            </w:r>
          </w:p>
        </w:tc>
        <w:tc>
          <w:tcPr>
            <w:tcW w:type="dxa" w:w="1287"/>
          </w:tcPr>
          <w:p>
            <w:pPr>
              <w:spacing w:after="0"/>
              <w:jc w:val="left"/>
            </w:pPr>
            <w:r>
              <w:rPr>
                <w:sz w:val="16"/>
              </w:rPr>
              <w:t>Thunderstorm Wind</w:t>
            </w:r>
          </w:p>
        </w:tc>
        <w:tc>
          <w:tcPr>
            <w:tcW w:type="dxa" w:w="1662"/>
          </w:tcPr>
          <w:p>
            <w:pPr>
              <w:spacing w:after="0"/>
              <w:jc w:val="left"/>
            </w:pPr>
            <w:r>
              <w:rPr>
                <w:sz w:val="16"/>
              </w:rPr>
              <w:t>70 kt (81 mph) estimated gust</w:t>
            </w:r>
          </w:p>
        </w:tc>
        <w:tc>
          <w:tcPr>
            <w:tcW w:type="dxa" w:w="2841"/>
          </w:tcPr>
          <w:p>
            <w:pPr>
              <w:spacing w:after="0"/>
              <w:jc w:val="left"/>
            </w:pPr>
            <w:r>
              <w:rPr>
                <w:sz w:val="16"/>
              </w:rPr>
              <w:t>$0 property; $0 crops (2021 dollars)</w:t>
            </w:r>
          </w:p>
        </w:tc>
        <w:tc>
          <w:tcPr>
            <w:tcW w:type="dxa" w:w="1065"/>
          </w:tcPr>
          <w:p>
            <w:pPr>
              <w:spacing w:after="0"/>
              <w:jc w:val="right"/>
            </w:pPr>
            <w:r>
              <w:rPr>
                <w:sz w:val="16"/>
              </w:rPr>
              <w:t>0, 0</w:t>
            </w:r>
          </w:p>
        </w:tc>
        <w:tc>
          <w:tcPr>
            <w:tcW w:type="dxa" w:w="1847"/>
          </w:tcPr>
          <w:p>
            <w:pPr>
              <w:spacing w:after="0"/>
              <w:jc w:val="left"/>
            </w:pPr>
            <w:r>
              <w:rPr>
                <w:sz w:val="16"/>
              </w:rPr>
              <w:t>GULPHA to LONSDALE</w:t>
            </w:r>
          </w:p>
        </w:tc>
        <w:tc>
          <w:tcPr>
            <w:tcW w:type="dxa" w:w="1585"/>
          </w:tcPr>
          <w:p>
            <w:pPr>
              <w:spacing w:after="0"/>
              <w:jc w:val="left"/>
            </w:pPr>
          </w:p>
        </w:tc>
        <w:tc>
          <w:tcPr>
            <w:tcW w:type="dxa" w:w="2788"/>
          </w:tcPr>
          <w:p>
            <w:pPr>
              <w:spacing w:after="0"/>
              <w:jc w:val="left"/>
            </w:pPr>
            <w:r>
              <w:rPr>
                <w:sz w:val="16"/>
              </w:rPr>
              <w:t>B1-c worst recorded: Thunderstorm Wind</w:t>
            </w:r>
          </w:p>
        </w:tc>
      </w:tr>
      <w:tr>
        <w:trPr>
          <w:cantSplit/>
        </w:trPr>
        <w:tc>
          <w:tcPr>
            <w:tcW w:type="dxa" w:w="1037"/>
          </w:tcPr>
          <w:p>
            <w:pPr>
              <w:spacing w:after="0"/>
              <w:jc w:val="left"/>
            </w:pPr>
            <w:r>
              <w:rPr>
                <w:sz w:val="16"/>
              </w:rPr>
              <w:t>2019-05-21</w:t>
            </w:r>
          </w:p>
        </w:tc>
        <w:tc>
          <w:tcPr>
            <w:tcW w:type="dxa" w:w="1287"/>
          </w:tcPr>
          <w:p>
            <w:pPr>
              <w:spacing w:after="0"/>
              <w:jc w:val="left"/>
            </w:pPr>
            <w:r>
              <w:rPr>
                <w:sz w:val="16"/>
              </w:rPr>
              <w:t>High Wind</w:t>
            </w:r>
          </w:p>
        </w:tc>
        <w:tc>
          <w:tcPr>
            <w:tcW w:type="dxa" w:w="1662"/>
          </w:tcPr>
          <w:p>
            <w:pPr>
              <w:spacing w:after="0"/>
              <w:jc w:val="left"/>
            </w:pPr>
            <w:r>
              <w:rPr>
                <w:sz w:val="16"/>
              </w:rPr>
              <w:t>50 kt (58 mph) estimated gust</w:t>
            </w:r>
          </w:p>
        </w:tc>
        <w:tc>
          <w:tcPr>
            <w:tcW w:type="dxa" w:w="2841"/>
          </w:tcPr>
          <w:p>
            <w:pPr>
              <w:spacing w:after="0"/>
              <w:jc w:val="left"/>
            </w:pPr>
            <w:r>
              <w:rPr>
                <w:sz w:val="16"/>
              </w:rPr>
              <w:t>$0 property; $0 crops, reported for the zone (2019 dollars)</w:t>
            </w:r>
          </w:p>
        </w:tc>
        <w:tc>
          <w:tcPr>
            <w:tcW w:type="dxa" w:w="1065"/>
          </w:tcPr>
          <w:p>
            <w:pPr>
              <w:spacing w:after="0"/>
              <w:jc w:val="right"/>
            </w:pPr>
            <w:r>
              <w:rPr>
                <w:sz w:val="16"/>
              </w:rPr>
              <w:t>0, 0</w:t>
            </w:r>
          </w:p>
        </w:tc>
        <w:tc>
          <w:tcPr>
            <w:tcW w:type="dxa" w:w="1847"/>
          </w:tcPr>
          <w:p>
            <w:pPr>
              <w:spacing w:after="0"/>
              <w:jc w:val="left"/>
            </w:pPr>
            <w:r>
              <w:rPr>
                <w:sz w:val="16"/>
              </w:rPr>
              <w:t>NWS zone ARZ042 (GARLAND), zone-level: may include parts of neighboring counties</w:t>
            </w:r>
          </w:p>
        </w:tc>
        <w:tc>
          <w:tcPr>
            <w:tcW w:type="dxa" w:w="1585"/>
          </w:tcPr>
          <w:p>
            <w:pPr>
              <w:spacing w:after="0"/>
              <w:jc w:val="left"/>
            </w:pPr>
          </w:p>
        </w:tc>
        <w:tc>
          <w:tcPr>
            <w:tcW w:type="dxa" w:w="278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2015-07-24</w:t>
            </w:r>
          </w:p>
        </w:tc>
        <w:tc>
          <w:tcPr>
            <w:tcW w:type="dxa" w:w="1287"/>
          </w:tcPr>
          <w:p>
            <w:pPr>
              <w:spacing w:after="0"/>
              <w:jc w:val="left"/>
            </w:pPr>
            <w:r>
              <w:rPr>
                <w:sz w:val="16"/>
              </w:rPr>
              <w:t>Excessive Heat</w:t>
            </w:r>
          </w:p>
        </w:tc>
        <w:tc>
          <w:tcPr>
            <w:tcW w:type="dxa" w:w="1662"/>
          </w:tcPr>
          <w:p>
            <w:pPr>
              <w:spacing w:after="0"/>
              <w:jc w:val="left"/>
            </w:pPr>
          </w:p>
        </w:tc>
        <w:tc>
          <w:tcPr>
            <w:tcW w:type="dxa" w:w="2841"/>
          </w:tcPr>
          <w:p>
            <w:pPr>
              <w:spacing w:after="0"/>
              <w:jc w:val="left"/>
            </w:pPr>
            <w:r>
              <w:rPr>
                <w:sz w:val="16"/>
              </w:rPr>
              <w:t>$0 property; $0 crops, reported for the zone (2015 dollars)</w:t>
            </w:r>
          </w:p>
        </w:tc>
        <w:tc>
          <w:tcPr>
            <w:tcW w:type="dxa" w:w="1065"/>
          </w:tcPr>
          <w:p>
            <w:pPr>
              <w:spacing w:after="0"/>
              <w:jc w:val="right"/>
            </w:pPr>
            <w:r>
              <w:rPr>
                <w:sz w:val="16"/>
              </w:rPr>
              <w:t>1, 0</w:t>
            </w:r>
          </w:p>
        </w:tc>
        <w:tc>
          <w:tcPr>
            <w:tcW w:type="dxa" w:w="1847"/>
          </w:tcPr>
          <w:p>
            <w:pPr>
              <w:spacing w:after="0"/>
              <w:jc w:val="left"/>
            </w:pPr>
            <w:r>
              <w:rPr>
                <w:sz w:val="16"/>
              </w:rPr>
              <w:t>NWS zone ARZ042 (Garland), zone-level: may include parts of neighboring counties</w:t>
            </w:r>
          </w:p>
        </w:tc>
        <w:tc>
          <w:tcPr>
            <w:tcW w:type="dxa" w:w="1585"/>
          </w:tcPr>
          <w:p>
            <w:pPr>
              <w:spacing w:after="0"/>
              <w:jc w:val="left"/>
            </w:pPr>
          </w:p>
        </w:tc>
        <w:tc>
          <w:tcPr>
            <w:tcW w:type="dxa" w:w="2788"/>
          </w:tcPr>
          <w:p>
            <w:pPr>
              <w:spacing w:after="0"/>
              <w:jc w:val="left"/>
            </w:pPr>
            <w:r>
              <w:rPr>
                <w:sz w:val="16"/>
              </w:rPr>
              <w:t>deaths or injuries recorded</w:t>
            </w:r>
          </w:p>
        </w:tc>
      </w:tr>
      <w:tr>
        <w:trPr>
          <w:cantSplit/>
        </w:trPr>
        <w:tc>
          <w:tcPr>
            <w:tcW w:type="dxa" w:w="1037"/>
          </w:tcPr>
          <w:p>
            <w:pPr>
              <w:spacing w:after="0"/>
              <w:jc w:val="left"/>
            </w:pPr>
            <w:r>
              <w:rPr>
                <w:sz w:val="16"/>
              </w:rPr>
              <w:t>2014-02-04</w:t>
            </w:r>
          </w:p>
        </w:tc>
        <w:tc>
          <w:tcPr>
            <w:tcW w:type="dxa" w:w="1287"/>
          </w:tcPr>
          <w:p>
            <w:pPr>
              <w:spacing w:after="0"/>
              <w:jc w:val="left"/>
            </w:pPr>
            <w:r>
              <w:rPr>
                <w:sz w:val="16"/>
              </w:rPr>
              <w:t>Ice Storm</w:t>
            </w:r>
          </w:p>
        </w:tc>
        <w:tc>
          <w:tcPr>
            <w:tcW w:type="dxa" w:w="1662"/>
          </w:tcPr>
          <w:p>
            <w:pPr>
              <w:spacing w:after="0"/>
              <w:jc w:val="left"/>
            </w:pPr>
          </w:p>
        </w:tc>
        <w:tc>
          <w:tcPr>
            <w:tcW w:type="dxa" w:w="2841"/>
          </w:tcPr>
          <w:p>
            <w:pPr>
              <w:spacing w:after="0"/>
              <w:jc w:val="left"/>
            </w:pPr>
            <w:r>
              <w:rPr>
                <w:sz w:val="16"/>
              </w:rPr>
              <w:t>$700,000 property; $0 crops, reported for the zone (2014 dollars)</w:t>
            </w:r>
          </w:p>
        </w:tc>
        <w:tc>
          <w:tcPr>
            <w:tcW w:type="dxa" w:w="1065"/>
          </w:tcPr>
          <w:p>
            <w:pPr>
              <w:spacing w:after="0"/>
              <w:jc w:val="right"/>
            </w:pPr>
            <w:r>
              <w:rPr>
                <w:sz w:val="16"/>
              </w:rPr>
              <w:t>0, 0</w:t>
            </w:r>
          </w:p>
        </w:tc>
        <w:tc>
          <w:tcPr>
            <w:tcW w:type="dxa" w:w="1847"/>
          </w:tcPr>
          <w:p>
            <w:pPr>
              <w:spacing w:after="0"/>
              <w:jc w:val="left"/>
            </w:pPr>
            <w:r>
              <w:rPr>
                <w:sz w:val="16"/>
              </w:rPr>
              <w:t>NWS zone ARZ042 (GARLAND), zone-level: may include parts of neighboring counties</w:t>
            </w:r>
          </w:p>
        </w:tc>
        <w:tc>
          <w:tcPr>
            <w:tcW w:type="dxa" w:w="1585"/>
          </w:tcPr>
          <w:p>
            <w:pPr>
              <w:spacing w:after="0"/>
              <w:jc w:val="left"/>
            </w:pPr>
          </w:p>
        </w:tc>
        <w:tc>
          <w:tcPr>
            <w:tcW w:type="dxa" w:w="2788"/>
          </w:tcPr>
          <w:p>
            <w:pPr>
              <w:spacing w:after="0"/>
              <w:jc w:val="left"/>
            </w:pPr>
            <w:r>
              <w:rPr>
                <w:sz w:val="16"/>
              </w:rPr>
              <w:t>B1-c worst recorded: Ice Storm</w:t>
            </w:r>
          </w:p>
        </w:tc>
      </w:tr>
      <w:tr>
        <w:trPr>
          <w:cantSplit/>
        </w:trPr>
        <w:tc>
          <w:tcPr>
            <w:tcW w:type="dxa" w:w="1037"/>
          </w:tcPr>
          <w:p>
            <w:pPr>
              <w:spacing w:after="0"/>
              <w:jc w:val="left"/>
            </w:pPr>
            <w:r>
              <w:rPr>
                <w:sz w:val="16"/>
              </w:rPr>
              <w:t>2012-12-25</w:t>
            </w:r>
          </w:p>
        </w:tc>
        <w:tc>
          <w:tcPr>
            <w:tcW w:type="dxa" w:w="1287"/>
          </w:tcPr>
          <w:p>
            <w:pPr>
              <w:spacing w:after="0"/>
              <w:jc w:val="left"/>
            </w:pPr>
            <w:r>
              <w:rPr>
                <w:sz w:val="16"/>
              </w:rPr>
              <w:t>Winter Storm</w:t>
            </w:r>
          </w:p>
        </w:tc>
        <w:tc>
          <w:tcPr>
            <w:tcW w:type="dxa" w:w="1662"/>
          </w:tcPr>
          <w:p>
            <w:pPr>
              <w:spacing w:after="0"/>
              <w:jc w:val="left"/>
            </w:pPr>
          </w:p>
        </w:tc>
        <w:tc>
          <w:tcPr>
            <w:tcW w:type="dxa" w:w="2841"/>
          </w:tcPr>
          <w:p>
            <w:pPr>
              <w:spacing w:after="0"/>
              <w:jc w:val="left"/>
            </w:pPr>
            <w:r>
              <w:rPr>
                <w:sz w:val="16"/>
              </w:rPr>
              <w:t>$12,000,000 property; $0 crops, reported for the zone (2012 dollars)</w:t>
            </w:r>
          </w:p>
        </w:tc>
        <w:tc>
          <w:tcPr>
            <w:tcW w:type="dxa" w:w="1065"/>
          </w:tcPr>
          <w:p>
            <w:pPr>
              <w:spacing w:after="0"/>
              <w:jc w:val="right"/>
            </w:pPr>
            <w:r>
              <w:rPr>
                <w:sz w:val="16"/>
              </w:rPr>
              <w:t>0, 0</w:t>
            </w:r>
          </w:p>
        </w:tc>
        <w:tc>
          <w:tcPr>
            <w:tcW w:type="dxa" w:w="1847"/>
          </w:tcPr>
          <w:p>
            <w:pPr>
              <w:spacing w:after="0"/>
              <w:jc w:val="left"/>
            </w:pPr>
            <w:r>
              <w:rPr>
                <w:sz w:val="16"/>
              </w:rPr>
              <w:t>NWS zone ARZ042 (GARLAND), zone-level: may include parts of neighboring counties</w:t>
            </w:r>
          </w:p>
        </w:tc>
        <w:tc>
          <w:tcPr>
            <w:tcW w:type="dxa" w:w="1585"/>
          </w:tcPr>
          <w:p>
            <w:pPr>
              <w:spacing w:after="0"/>
              <w:jc w:val="left"/>
            </w:pPr>
          </w:p>
        </w:tc>
        <w:tc>
          <w:tcPr>
            <w:tcW w:type="dxa" w:w="278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2012-06-25</w:t>
            </w:r>
          </w:p>
        </w:tc>
        <w:tc>
          <w:tcPr>
            <w:tcW w:type="dxa" w:w="1287"/>
          </w:tcPr>
          <w:p>
            <w:pPr>
              <w:spacing w:after="0"/>
              <w:jc w:val="left"/>
            </w:pPr>
            <w:r>
              <w:rPr>
                <w:sz w:val="16"/>
              </w:rPr>
              <w:t>Heat</w:t>
            </w:r>
          </w:p>
        </w:tc>
        <w:tc>
          <w:tcPr>
            <w:tcW w:type="dxa" w:w="1662"/>
          </w:tcPr>
          <w:p>
            <w:pPr>
              <w:spacing w:after="0"/>
              <w:jc w:val="left"/>
            </w:pPr>
          </w:p>
        </w:tc>
        <w:tc>
          <w:tcPr>
            <w:tcW w:type="dxa" w:w="2841"/>
          </w:tcPr>
          <w:p>
            <w:pPr>
              <w:spacing w:after="0"/>
              <w:jc w:val="left"/>
            </w:pPr>
            <w:r>
              <w:rPr>
                <w:sz w:val="16"/>
              </w:rPr>
              <w:t>damage not reported</w:t>
            </w:r>
          </w:p>
        </w:tc>
        <w:tc>
          <w:tcPr>
            <w:tcW w:type="dxa" w:w="1065"/>
          </w:tcPr>
          <w:p>
            <w:pPr>
              <w:spacing w:after="0"/>
              <w:jc w:val="right"/>
            </w:pPr>
            <w:r>
              <w:rPr>
                <w:sz w:val="16"/>
              </w:rPr>
              <w:t>0, 0</w:t>
            </w:r>
          </w:p>
        </w:tc>
        <w:tc>
          <w:tcPr>
            <w:tcW w:type="dxa" w:w="1847"/>
          </w:tcPr>
          <w:p>
            <w:pPr>
              <w:spacing w:after="0"/>
              <w:jc w:val="left"/>
            </w:pPr>
            <w:r>
              <w:rPr>
                <w:sz w:val="16"/>
              </w:rPr>
              <w:t>NWS zone ARZ042 (GARLAND), zone-level: may include parts of neighboring counties</w:t>
            </w:r>
          </w:p>
        </w:tc>
        <w:tc>
          <w:tcPr>
            <w:tcW w:type="dxa" w:w="1585"/>
          </w:tcPr>
          <w:p>
            <w:pPr>
              <w:spacing w:after="0"/>
              <w:jc w:val="left"/>
            </w:pPr>
          </w:p>
        </w:tc>
        <w:tc>
          <w:tcPr>
            <w:tcW w:type="dxa" w:w="2788"/>
          </w:tcPr>
          <w:p>
            <w:pPr>
              <w:spacing w:after="0"/>
              <w:jc w:val="left"/>
            </w:pPr>
            <w:r>
              <w:rPr>
                <w:sz w:val="16"/>
              </w:rPr>
              <w:t>B1-c worst recorded: Excessive Heat, Heat</w:t>
            </w:r>
          </w:p>
        </w:tc>
      </w:tr>
      <w:tr>
        <w:trPr>
          <w:cantSplit/>
        </w:trPr>
        <w:tc>
          <w:tcPr>
            <w:tcW w:type="dxa" w:w="1037"/>
          </w:tcPr>
          <w:p>
            <w:pPr>
              <w:spacing w:after="0"/>
              <w:jc w:val="left"/>
            </w:pPr>
            <w:r>
              <w:rPr>
                <w:sz w:val="16"/>
              </w:rPr>
              <w:t>2011-05-01</w:t>
            </w:r>
          </w:p>
        </w:tc>
        <w:tc>
          <w:tcPr>
            <w:tcW w:type="dxa" w:w="1287"/>
          </w:tcPr>
          <w:p>
            <w:pPr>
              <w:spacing w:after="0"/>
              <w:jc w:val="left"/>
            </w:pPr>
            <w:r>
              <w:rPr>
                <w:sz w:val="16"/>
              </w:rPr>
              <w:t>Flood</w:t>
            </w:r>
          </w:p>
        </w:tc>
        <w:tc>
          <w:tcPr>
            <w:tcW w:type="dxa" w:w="1662"/>
          </w:tcPr>
          <w:p>
            <w:pPr>
              <w:spacing w:after="0"/>
              <w:jc w:val="left"/>
            </w:pPr>
          </w:p>
        </w:tc>
        <w:tc>
          <w:tcPr>
            <w:tcW w:type="dxa" w:w="2841"/>
          </w:tcPr>
          <w:p>
            <w:pPr>
              <w:spacing w:after="0"/>
              <w:jc w:val="left"/>
            </w:pPr>
            <w:r>
              <w:rPr>
                <w:sz w:val="16"/>
              </w:rPr>
              <w:t>$3,000,000 property; $1,000,000 crops (2011 dollars)</w:t>
            </w:r>
          </w:p>
        </w:tc>
        <w:tc>
          <w:tcPr>
            <w:tcW w:type="dxa" w:w="1065"/>
          </w:tcPr>
          <w:p>
            <w:pPr>
              <w:spacing w:after="0"/>
              <w:jc w:val="right"/>
            </w:pPr>
            <w:r>
              <w:rPr>
                <w:sz w:val="16"/>
              </w:rPr>
              <w:t>0, 0</w:t>
            </w:r>
          </w:p>
        </w:tc>
        <w:tc>
          <w:tcPr>
            <w:tcW w:type="dxa" w:w="1847"/>
          </w:tcPr>
          <w:p>
            <w:pPr>
              <w:spacing w:after="0"/>
              <w:jc w:val="left"/>
            </w:pPr>
            <w:r>
              <w:rPr>
                <w:sz w:val="16"/>
              </w:rPr>
              <w:t>JESSIEVILLE to AVANT</w:t>
            </w:r>
          </w:p>
        </w:tc>
        <w:tc>
          <w:tcPr>
            <w:tcW w:type="dxa" w:w="1585"/>
          </w:tcPr>
          <w:p>
            <w:pPr>
              <w:spacing w:after="0"/>
              <w:jc w:val="left"/>
            </w:pPr>
          </w:p>
        </w:tc>
        <w:tc>
          <w:tcPr>
            <w:tcW w:type="dxa" w:w="278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2011-04-25</w:t>
            </w:r>
          </w:p>
        </w:tc>
        <w:tc>
          <w:tcPr>
            <w:tcW w:type="dxa" w:w="1287"/>
          </w:tcPr>
          <w:p>
            <w:pPr>
              <w:spacing w:after="0"/>
              <w:jc w:val="left"/>
            </w:pPr>
            <w:r>
              <w:rPr>
                <w:sz w:val="16"/>
              </w:rPr>
              <w:t>Tornado</w:t>
            </w:r>
          </w:p>
        </w:tc>
        <w:tc>
          <w:tcPr>
            <w:tcW w:type="dxa" w:w="1662"/>
          </w:tcPr>
          <w:p>
            <w:pPr>
              <w:spacing w:after="0"/>
              <w:jc w:val="left"/>
            </w:pPr>
            <w:r>
              <w:rPr>
                <w:sz w:val="16"/>
              </w:rPr>
              <w:t>EF3, 5.46 mi within this county, 300 yd wide</w:t>
            </w:r>
          </w:p>
        </w:tc>
        <w:tc>
          <w:tcPr>
            <w:tcW w:type="dxa" w:w="2841"/>
          </w:tcPr>
          <w:p>
            <w:pPr>
              <w:spacing w:after="0"/>
              <w:jc w:val="left"/>
            </w:pPr>
            <w:r>
              <w:rPr>
                <w:sz w:val="16"/>
              </w:rPr>
              <w:t>$21,000,000 property; $0 crops (2011 dollars)</w:t>
            </w:r>
          </w:p>
        </w:tc>
        <w:tc>
          <w:tcPr>
            <w:tcW w:type="dxa" w:w="1065"/>
          </w:tcPr>
          <w:p>
            <w:pPr>
              <w:spacing w:after="0"/>
              <w:jc w:val="right"/>
            </w:pPr>
            <w:r>
              <w:rPr>
                <w:sz w:val="16"/>
              </w:rPr>
              <w:t>1, 20</w:t>
            </w:r>
          </w:p>
        </w:tc>
        <w:tc>
          <w:tcPr>
            <w:tcW w:type="dxa" w:w="1847"/>
          </w:tcPr>
          <w:p>
            <w:pPr>
              <w:spacing w:after="0"/>
              <w:jc w:val="left"/>
            </w:pPr>
            <w:r>
              <w:rPr>
                <w:sz w:val="16"/>
              </w:rPr>
              <w:t>OZARK LITHIA to FOUNTAIN LAKE (INCORPORATED)</w:t>
            </w:r>
          </w:p>
        </w:tc>
        <w:tc>
          <w:tcPr>
            <w:tcW w:type="dxa" w:w="1585"/>
          </w:tcPr>
          <w:p>
            <w:pPr>
              <w:spacing w:after="0"/>
              <w:jc w:val="left"/>
            </w:pPr>
          </w:p>
        </w:tc>
        <w:tc>
          <w:tcPr>
            <w:tcW w:type="dxa" w:w="2788"/>
          </w:tcPr>
          <w:p>
            <w:pPr>
              <w:spacing w:after="0"/>
              <w:jc w:val="left"/>
            </w:pPr>
            <w:r>
              <w:rPr>
                <w:sz w:val="16"/>
              </w:rPr>
              <w:t>deaths or injuries recorded</w:t>
            </w:r>
          </w:p>
        </w:tc>
      </w:tr>
      <w:tr>
        <w:trPr>
          <w:cantSplit/>
        </w:trPr>
        <w:tc>
          <w:tcPr>
            <w:tcW w:type="dxa" w:w="1037"/>
          </w:tcPr>
          <w:p>
            <w:pPr>
              <w:spacing w:after="0"/>
              <w:jc w:val="left"/>
            </w:pPr>
            <w:r>
              <w:rPr>
                <w:sz w:val="16"/>
              </w:rPr>
              <w:t>2011-04-15</w:t>
            </w:r>
          </w:p>
        </w:tc>
        <w:tc>
          <w:tcPr>
            <w:tcW w:type="dxa" w:w="1287"/>
          </w:tcPr>
          <w:p>
            <w:pPr>
              <w:spacing w:after="0"/>
              <w:jc w:val="left"/>
            </w:pPr>
            <w:r>
              <w:rPr>
                <w:sz w:val="16"/>
              </w:rPr>
              <w:t>Thunderstorm Wind</w:t>
            </w:r>
          </w:p>
        </w:tc>
        <w:tc>
          <w:tcPr>
            <w:tcW w:type="dxa" w:w="1662"/>
          </w:tcPr>
          <w:p>
            <w:pPr>
              <w:spacing w:after="0"/>
              <w:jc w:val="left"/>
            </w:pPr>
            <w:r>
              <w:rPr>
                <w:sz w:val="16"/>
              </w:rPr>
              <w:t>52 kt (60 mph) estimated gust</w:t>
            </w:r>
          </w:p>
        </w:tc>
        <w:tc>
          <w:tcPr>
            <w:tcW w:type="dxa" w:w="2841"/>
          </w:tcPr>
          <w:p>
            <w:pPr>
              <w:spacing w:after="0"/>
              <w:jc w:val="left"/>
            </w:pPr>
            <w:r>
              <w:rPr>
                <w:sz w:val="16"/>
              </w:rPr>
              <w:t>$15,000 property; $0 crops (2011 dollars)</w:t>
            </w:r>
          </w:p>
        </w:tc>
        <w:tc>
          <w:tcPr>
            <w:tcW w:type="dxa" w:w="1065"/>
          </w:tcPr>
          <w:p>
            <w:pPr>
              <w:spacing w:after="0"/>
              <w:jc w:val="right"/>
            </w:pPr>
            <w:r>
              <w:rPr>
                <w:sz w:val="16"/>
              </w:rPr>
              <w:t>2, 0</w:t>
            </w:r>
          </w:p>
        </w:tc>
        <w:tc>
          <w:tcPr>
            <w:tcW w:type="dxa" w:w="1847"/>
          </w:tcPr>
          <w:p>
            <w:pPr>
              <w:spacing w:after="0"/>
              <w:jc w:val="left"/>
            </w:pPr>
            <w:r>
              <w:rPr>
                <w:sz w:val="16"/>
              </w:rPr>
              <w:t>HAWES</w:t>
            </w:r>
          </w:p>
        </w:tc>
        <w:tc>
          <w:tcPr>
            <w:tcW w:type="dxa" w:w="1585"/>
          </w:tcPr>
          <w:p>
            <w:pPr>
              <w:spacing w:after="0"/>
              <w:jc w:val="left"/>
            </w:pPr>
          </w:p>
        </w:tc>
        <w:tc>
          <w:tcPr>
            <w:tcW w:type="dxa" w:w="2788"/>
          </w:tcPr>
          <w:p>
            <w:pPr>
              <w:spacing w:after="0"/>
              <w:jc w:val="left"/>
            </w:pPr>
            <w:r>
              <w:rPr>
                <w:sz w:val="16"/>
              </w:rPr>
              <w:t>deaths or injuries recorded</w:t>
            </w:r>
          </w:p>
        </w:tc>
      </w:tr>
      <w:tr>
        <w:trPr>
          <w:cantSplit/>
        </w:trPr>
        <w:tc>
          <w:tcPr>
            <w:tcW w:type="dxa" w:w="1037"/>
          </w:tcPr>
          <w:p>
            <w:pPr>
              <w:spacing w:after="0"/>
              <w:jc w:val="left"/>
            </w:pPr>
            <w:r>
              <w:rPr>
                <w:sz w:val="16"/>
              </w:rPr>
              <w:t>2008-09-13</w:t>
            </w:r>
          </w:p>
        </w:tc>
        <w:tc>
          <w:tcPr>
            <w:tcW w:type="dxa" w:w="1287"/>
          </w:tcPr>
          <w:p>
            <w:pPr>
              <w:spacing w:after="0"/>
              <w:jc w:val="left"/>
            </w:pPr>
            <w:r>
              <w:rPr>
                <w:sz w:val="16"/>
              </w:rPr>
              <w:t>Tropical Storm</w:t>
            </w:r>
          </w:p>
        </w:tc>
        <w:tc>
          <w:tcPr>
            <w:tcW w:type="dxa" w:w="1662"/>
          </w:tcPr>
          <w:p>
            <w:pPr>
              <w:spacing w:after="0"/>
              <w:jc w:val="left"/>
            </w:pPr>
          </w:p>
        </w:tc>
        <w:tc>
          <w:tcPr>
            <w:tcW w:type="dxa" w:w="2841"/>
          </w:tcPr>
          <w:p>
            <w:pPr>
              <w:spacing w:after="0"/>
              <w:jc w:val="left"/>
            </w:pPr>
            <w:r>
              <w:rPr>
                <w:sz w:val="16"/>
              </w:rPr>
              <w:t>$2,000,000 property; $0 crops, reported for the zone (2008 dollars)</w:t>
            </w:r>
          </w:p>
        </w:tc>
        <w:tc>
          <w:tcPr>
            <w:tcW w:type="dxa" w:w="1065"/>
          </w:tcPr>
          <w:p>
            <w:pPr>
              <w:spacing w:after="0"/>
              <w:jc w:val="right"/>
            </w:pPr>
            <w:r>
              <w:rPr>
                <w:sz w:val="16"/>
              </w:rPr>
              <w:t>0, 1</w:t>
            </w:r>
          </w:p>
        </w:tc>
        <w:tc>
          <w:tcPr>
            <w:tcW w:type="dxa" w:w="1847"/>
          </w:tcPr>
          <w:p>
            <w:pPr>
              <w:spacing w:after="0"/>
              <w:jc w:val="left"/>
            </w:pPr>
            <w:r>
              <w:rPr>
                <w:sz w:val="16"/>
              </w:rPr>
              <w:t>NWS zone ARZ042 (GARLAND), zone-level: may include parts of neighboring counties</w:t>
            </w:r>
          </w:p>
        </w:tc>
        <w:tc>
          <w:tcPr>
            <w:tcW w:type="dxa" w:w="1585"/>
          </w:tcPr>
          <w:p>
            <w:pPr>
              <w:spacing w:after="0"/>
              <w:jc w:val="left"/>
            </w:pPr>
          </w:p>
        </w:tc>
        <w:tc>
          <w:tcPr>
            <w:tcW w:type="dxa" w:w="2788"/>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2006-08-11</w:t>
            </w:r>
          </w:p>
        </w:tc>
        <w:tc>
          <w:tcPr>
            <w:tcW w:type="dxa" w:w="1287"/>
          </w:tcPr>
          <w:p>
            <w:pPr>
              <w:spacing w:after="0"/>
              <w:jc w:val="left"/>
            </w:pPr>
            <w:r>
              <w:rPr>
                <w:sz w:val="16"/>
              </w:rPr>
              <w:t>Lightning</w:t>
            </w:r>
          </w:p>
        </w:tc>
        <w:tc>
          <w:tcPr>
            <w:tcW w:type="dxa" w:w="1662"/>
          </w:tcPr>
          <w:p>
            <w:pPr>
              <w:spacing w:after="0"/>
              <w:jc w:val="left"/>
            </w:pPr>
          </w:p>
        </w:tc>
        <w:tc>
          <w:tcPr>
            <w:tcW w:type="dxa" w:w="2841"/>
          </w:tcPr>
          <w:p>
            <w:pPr>
              <w:spacing w:after="0"/>
              <w:jc w:val="left"/>
            </w:pPr>
            <w:r>
              <w:rPr>
                <w:sz w:val="16"/>
              </w:rPr>
              <w:t>damage not reported</w:t>
            </w:r>
          </w:p>
        </w:tc>
        <w:tc>
          <w:tcPr>
            <w:tcW w:type="dxa" w:w="1065"/>
          </w:tcPr>
          <w:p>
            <w:pPr>
              <w:spacing w:after="0"/>
              <w:jc w:val="right"/>
            </w:pPr>
            <w:r>
              <w:rPr>
                <w:sz w:val="16"/>
              </w:rPr>
              <w:t>1, 0</w:t>
            </w:r>
          </w:p>
        </w:tc>
        <w:tc>
          <w:tcPr>
            <w:tcW w:type="dxa" w:w="1847"/>
          </w:tcPr>
          <w:p>
            <w:pPr>
              <w:spacing w:after="0"/>
              <w:jc w:val="left"/>
            </w:pPr>
            <w:r>
              <w:rPr>
                <w:sz w:val="16"/>
              </w:rPr>
              <w:t>HOT SPGS</w:t>
            </w:r>
          </w:p>
        </w:tc>
        <w:tc>
          <w:tcPr>
            <w:tcW w:type="dxa" w:w="1585"/>
          </w:tcPr>
          <w:p>
            <w:pPr>
              <w:spacing w:after="0"/>
              <w:jc w:val="left"/>
            </w:pPr>
          </w:p>
        </w:tc>
        <w:tc>
          <w:tcPr>
            <w:tcW w:type="dxa" w:w="2788"/>
          </w:tcPr>
          <w:p>
            <w:pPr>
              <w:spacing w:after="0"/>
              <w:jc w:val="left"/>
            </w:pPr>
            <w:r>
              <w:rPr>
                <w:sz w:val="16"/>
              </w:rPr>
              <w:t>B1-c worst recorded: Lightning</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(930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2"/>
        <w:gridCol w:w="1575"/>
        <w:gridCol w:w="1037"/>
        <w:gridCol w:w="1731"/>
        <w:gridCol w:w="1522"/>
        <w:gridCol w:w="1506"/>
        <w:gridCol w:w="1037"/>
        <w:gridCol w:w="1973"/>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2"/>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1"/>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2"/>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p>
        </w:tc>
        <w:tc>
          <w:tcPr>
            <w:tcW w:type="dxa" w:w="1506"/>
          </w:tcPr>
          <w:p>
            <w:pPr>
              <w:spacing w:after="0"/>
              <w:jc w:val="left"/>
            </w:pPr>
            <w:r>
              <w:rPr>
                <w:sz w:val="16"/>
              </w:rPr>
              <w:t>1994 to 2023 (30 years)</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2"/>
          </w:tcPr>
          <w:p>
            <w:pPr>
              <w:spacing w:after="0"/>
              <w:jc w:val="left"/>
            </w:pPr>
            <w:r>
              <w:rPr>
                <w:sz w:val="16"/>
              </w:rPr>
              <w:t>events per year at a location (modeled)</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0.947</w:t>
            </w:r>
          </w:p>
        </w:tc>
        <w:tc>
          <w:tcPr>
            <w:tcW w:type="dxa" w:w="1452"/>
          </w:tcPr>
          <w:p>
            <w:pPr>
              <w:spacing w:after="0"/>
              <w:jc w:val="left"/>
            </w:pPr>
            <w:r>
              <w:rPr>
                <w:sz w:val="16"/>
              </w:rPr>
              <w:t>event-days per year</w:t>
            </w:r>
          </w:p>
        </w:tc>
        <w:tc>
          <w:tcPr>
            <w:tcW w:type="dxa" w:w="1575"/>
          </w:tcPr>
          <w:p>
            <w:pPr>
              <w:spacing w:after="0"/>
              <w:jc w:val="left"/>
            </w:pPr>
            <w:r>
              <w:rPr>
                <w:sz w:val="16"/>
              </w:rPr>
              <w:t>about 0.947 days per year</w:t>
            </w:r>
          </w:p>
        </w:tc>
        <w:tc>
          <w:tcPr>
            <w:tcW w:type="dxa" w:w="1037"/>
          </w:tcPr>
          <w:p>
            <w:pPr>
              <w:spacing w:after="0"/>
              <w:jc w:val="left"/>
            </w:pPr>
          </w:p>
        </w:tc>
        <w:tc>
          <w:tcPr>
            <w:tcW w:type="dxa" w:w="1731"/>
          </w:tcPr>
          <w:p>
            <w:pPr>
              <w:spacing w:after="0"/>
              <w:jc w:val="left"/>
            </w:pPr>
            <w:r>
              <w:rPr>
                <w:sz w:val="16"/>
              </w:rPr>
              <w:t>event-days in 0 of 30 years, 1996 to 2025 (0%)</w:t>
            </w:r>
          </w:p>
        </w:tc>
        <w:tc>
          <w:tcPr>
            <w:tcW w:type="dxa" w:w="1522"/>
          </w:tcPr>
          <w:p>
            <w:pPr>
              <w:spacing w:after="0"/>
              <w:jc w:val="right"/>
            </w:pPr>
            <w:r>
              <w:rPr>
                <w:sz w:val="16"/>
              </w:rPr>
              <w:t>18</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13.7</w:t>
            </w:r>
          </w:p>
        </w:tc>
        <w:tc>
          <w:tcPr>
            <w:tcW w:type="dxa" w:w="1452"/>
          </w:tcPr>
          <w:p>
            <w:pPr>
              <w:spacing w:after="0"/>
              <w:jc w:val="left"/>
            </w:pPr>
            <w:r>
              <w:rPr>
                <w:sz w:val="16"/>
              </w:rPr>
              <w:t>event-days per year</w:t>
            </w:r>
          </w:p>
        </w:tc>
        <w:tc>
          <w:tcPr>
            <w:tcW w:type="dxa" w:w="1575"/>
          </w:tcPr>
          <w:p>
            <w:pPr>
              <w:spacing w:after="0"/>
              <w:jc w:val="left"/>
            </w:pPr>
            <w:r>
              <w:rPr>
                <w:sz w:val="16"/>
              </w:rPr>
              <w:t>about 13.7 days per year</w:t>
            </w:r>
          </w:p>
        </w:tc>
        <w:tc>
          <w:tcPr>
            <w:tcW w:type="dxa" w:w="1037"/>
          </w:tcPr>
          <w:p>
            <w:pPr>
              <w:spacing w:after="0"/>
              <w:jc w:val="left"/>
            </w:pPr>
            <w:r>
              <w:rPr>
                <w:sz w:val="16"/>
              </w:rPr>
              <w:t>Likely</w:t>
            </w:r>
          </w:p>
        </w:tc>
        <w:tc>
          <w:tcPr>
            <w:tcW w:type="dxa" w:w="1731"/>
          </w:tcPr>
          <w:p>
            <w:pPr>
              <w:spacing w:after="0"/>
              <w:jc w:val="left"/>
            </w:pPr>
            <w:r>
              <w:rPr>
                <w:sz w:val="16"/>
              </w:rPr>
              <w:t>event-days in 6 of 30 years, 1996 to 2025 (20%)</w:t>
            </w:r>
          </w:p>
        </w:tc>
        <w:tc>
          <w:tcPr>
            <w:tcW w:type="dxa" w:w="1522"/>
          </w:tcPr>
          <w:p>
            <w:pPr>
              <w:spacing w:after="0"/>
              <w:jc w:val="right"/>
            </w:pPr>
            <w:r>
              <w:rPr>
                <w:sz w:val="16"/>
              </w:rPr>
              <w:t>462</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3"/>
          </w:tcPr>
          <w:p>
            <w:pPr>
              <w:spacing w:after="0"/>
              <w:jc w:val="left"/>
            </w:pPr>
            <w:r>
              <w:rPr>
                <w:sz w:val="16"/>
              </w:rPr>
              <w:t>NRI gives about 13.7 drought event-days a year here (its annualized frequency over 25.25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0.00257</w:t>
            </w:r>
          </w:p>
        </w:tc>
        <w:tc>
          <w:tcPr>
            <w:tcW w:type="dxa" w:w="1452"/>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0.257%</w:t>
            </w: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5.48</w:t>
            </w:r>
          </w:p>
        </w:tc>
        <w:tc>
          <w:tcPr>
            <w:tcW w:type="dxa" w:w="1452"/>
          </w:tcPr>
          <w:p>
            <w:pPr>
              <w:spacing w:after="0"/>
              <w:jc w:val="left"/>
            </w:pPr>
            <w:r>
              <w:rPr>
                <w:sz w:val="16"/>
              </w:rPr>
              <w:t>events per year</w:t>
            </w:r>
          </w:p>
        </w:tc>
        <w:tc>
          <w:tcPr>
            <w:tcW w:type="dxa" w:w="1575"/>
          </w:tcPr>
          <w:p>
            <w:pPr>
              <w:spacing w:after="0"/>
              <w:jc w:val="left"/>
            </w:pPr>
            <w:r>
              <w:rPr>
                <w:sz w:val="16"/>
              </w:rPr>
              <w:t>about 5.48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208.6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17.2</w:t>
            </w:r>
          </w:p>
        </w:tc>
        <w:tc>
          <w:tcPr>
            <w:tcW w:type="dxa" w:w="1452"/>
          </w:tcPr>
          <w:p>
            <w:pPr>
              <w:spacing w:after="0"/>
              <w:jc w:val="left"/>
            </w:pPr>
            <w:r>
              <w:rPr>
                <w:sz w:val="16"/>
              </w:rPr>
              <w:t>event-days per year</w:t>
            </w:r>
          </w:p>
        </w:tc>
        <w:tc>
          <w:tcPr>
            <w:tcW w:type="dxa" w:w="1575"/>
          </w:tcPr>
          <w:p>
            <w:pPr>
              <w:spacing w:after="0"/>
              <w:jc w:val="left"/>
            </w:pPr>
            <w:r>
              <w:rPr>
                <w:sz w:val="16"/>
              </w:rPr>
              <w:t>about 17.2 days per year</w:t>
            </w:r>
          </w:p>
        </w:tc>
        <w:tc>
          <w:tcPr>
            <w:tcW w:type="dxa" w:w="1037"/>
          </w:tcPr>
          <w:p>
            <w:pPr>
              <w:spacing w:after="0"/>
              <w:jc w:val="left"/>
            </w:pPr>
            <w:r>
              <w:rPr>
                <w:sz w:val="16"/>
              </w:rPr>
              <w:t>Likely</w:t>
            </w:r>
          </w:p>
        </w:tc>
        <w:tc>
          <w:tcPr>
            <w:tcW w:type="dxa" w:w="1731"/>
          </w:tcPr>
          <w:p>
            <w:pPr>
              <w:spacing w:after="0"/>
              <w:jc w:val="left"/>
            </w:pPr>
            <w:r>
              <w:rPr>
                <w:sz w:val="16"/>
              </w:rPr>
              <w:t>event-days in 4 of 30 years, 1996 to 2025 (13.3%)</w:t>
            </w:r>
          </w:p>
        </w:tc>
        <w:tc>
          <w:tcPr>
            <w:tcW w:type="dxa" w:w="1522"/>
          </w:tcPr>
          <w:p>
            <w:pPr>
              <w:spacing w:after="0"/>
              <w:jc w:val="right"/>
            </w:pPr>
            <w:r>
              <w:rPr>
                <w:sz w:val="16"/>
              </w:rPr>
              <w:t>288</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NRI gives about 17.2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0.0216</w:t>
            </w:r>
          </w:p>
        </w:tc>
        <w:tc>
          <w:tcPr>
            <w:tcW w:type="dxa" w:w="1452"/>
          </w:tcPr>
          <w:p>
            <w:pPr>
              <w:spacing w:after="0"/>
              <w:jc w:val="left"/>
            </w:pPr>
            <w:r>
              <w:rPr>
                <w:sz w:val="16"/>
              </w:rPr>
              <w:t>events per year</w:t>
            </w:r>
          </w:p>
        </w:tc>
        <w:tc>
          <w:tcPr>
            <w:tcW w:type="dxa" w:w="1575"/>
          </w:tcPr>
          <w:p>
            <w:pPr>
              <w:spacing w:after="0"/>
              <w:jc w:val="left"/>
            </w:pPr>
            <w:r>
              <w:rPr>
                <w:sz w:val="16"/>
              </w:rPr>
              <w:t>about 1 in 46 years</w:t>
            </w:r>
          </w:p>
        </w:tc>
        <w:tc>
          <w:tcPr>
            <w:tcW w:type="dxa" w:w="1037"/>
          </w:tcPr>
          <w:p>
            <w:pPr>
              <w:spacing w:after="0"/>
              <w:jc w:val="left"/>
            </w:pPr>
            <w:r>
              <w:rPr>
                <w:sz w:val="16"/>
              </w:rPr>
              <w:t>Possible</w:t>
            </w:r>
          </w:p>
        </w:tc>
        <w:tc>
          <w:tcPr>
            <w:tcW w:type="dxa" w:w="1731"/>
          </w:tcPr>
          <w:p>
            <w:pPr>
              <w:spacing w:after="0"/>
              <w:jc w:val="left"/>
            </w:pPr>
            <w:r>
              <w:rPr>
                <w:sz w:val="16"/>
              </w:rPr>
              <w:t>FEMA annualized frequency (modeled)</w:t>
            </w:r>
          </w:p>
        </w:tc>
        <w:tc>
          <w:tcPr>
            <w:tcW w:type="dxa" w:w="1522"/>
          </w:tcPr>
          <w:p>
            <w:pPr>
              <w:spacing w:after="0"/>
              <w:jc w:val="right"/>
            </w:pPr>
            <w:r>
              <w:rPr>
                <w:sz w:val="16"/>
              </w:rPr>
              <w:t>6</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7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1.24</w:t>
            </w:r>
          </w:p>
        </w:tc>
        <w:tc>
          <w:tcPr>
            <w:tcW w:type="dxa" w:w="1452"/>
          </w:tcPr>
          <w:p>
            <w:pPr>
              <w:spacing w:after="0"/>
              <w:jc w:val="left"/>
            </w:pPr>
            <w:r>
              <w:rPr>
                <w:sz w:val="16"/>
              </w:rPr>
              <w:t>event-days per year</w:t>
            </w:r>
          </w:p>
        </w:tc>
        <w:tc>
          <w:tcPr>
            <w:tcW w:type="dxa" w:w="1575"/>
          </w:tcPr>
          <w:p>
            <w:pPr>
              <w:spacing w:after="0"/>
              <w:jc w:val="left"/>
            </w:pPr>
            <w:r>
              <w:rPr>
                <w:sz w:val="16"/>
              </w:rPr>
              <w:t>about 1.24 days per year</w:t>
            </w:r>
          </w:p>
        </w:tc>
        <w:tc>
          <w:tcPr>
            <w:tcW w:type="dxa" w:w="1037"/>
          </w:tcPr>
          <w:p>
            <w:pPr>
              <w:spacing w:after="0"/>
              <w:jc w:val="left"/>
            </w:pPr>
            <w:r>
              <w:rPr>
                <w:sz w:val="16"/>
              </w:rPr>
              <w:t>Likely</w:t>
            </w:r>
          </w:p>
        </w:tc>
        <w:tc>
          <w:tcPr>
            <w:tcW w:type="dxa" w:w="1731"/>
          </w:tcPr>
          <w:p>
            <w:pPr>
              <w:spacing w:after="0"/>
              <w:jc w:val="left"/>
            </w:pPr>
            <w:r>
              <w:rPr>
                <w:sz w:val="16"/>
              </w:rPr>
              <w:t>event-days in 6 of 30 years, 1996 to 2025 (20%)</w:t>
            </w:r>
          </w:p>
        </w:tc>
        <w:tc>
          <w:tcPr>
            <w:tcW w:type="dxa" w:w="1522"/>
          </w:tcPr>
          <w:p>
            <w:pPr>
              <w:spacing w:after="0"/>
              <w:jc w:val="right"/>
            </w:pPr>
            <w:r>
              <w:rPr>
                <w:sz w:val="16"/>
              </w:rPr>
              <w:t>83</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73"/>
          </w:tcPr>
          <w:p>
            <w:pPr>
              <w:spacing w:after="0"/>
              <w:jc w:val="left"/>
            </w:pPr>
            <w:r>
              <w:rPr>
                <w:sz w:val="16"/>
              </w:rPr>
              <w:t>NRI gives about 1.24 ice storm event-days a year here (its annualized frequency over 67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2.14</w:t>
            </w:r>
          </w:p>
        </w:tc>
        <w:tc>
          <w:tcPr>
            <w:tcW w:type="dxa" w:w="1452"/>
          </w:tcPr>
          <w:p>
            <w:pPr>
              <w:spacing w:after="0"/>
              <w:jc w:val="left"/>
            </w:pPr>
            <w:r>
              <w:rPr>
                <w:sz w:val="16"/>
              </w:rPr>
              <w:t>event-days per year</w:t>
            </w:r>
          </w:p>
        </w:tc>
        <w:tc>
          <w:tcPr>
            <w:tcW w:type="dxa" w:w="1575"/>
          </w:tcPr>
          <w:p>
            <w:pPr>
              <w:spacing w:after="0"/>
              <w:jc w:val="left"/>
            </w:pPr>
            <w:r>
              <w:rPr>
                <w:sz w:val="16"/>
              </w:rPr>
              <w:t>about 2.14 days per year</w:t>
            </w:r>
          </w:p>
        </w:tc>
        <w:tc>
          <w:tcPr>
            <w:tcW w:type="dxa" w:w="1037"/>
          </w:tcPr>
          <w:p>
            <w:pPr>
              <w:spacing w:after="0"/>
              <w:jc w:val="left"/>
            </w:pPr>
            <w:r>
              <w:rPr>
                <w:sz w:val="16"/>
              </w:rPr>
              <w:t>Likely</w:t>
            </w:r>
          </w:p>
        </w:tc>
        <w:tc>
          <w:tcPr>
            <w:tcW w:type="dxa" w:w="1731"/>
          </w:tcPr>
          <w:p>
            <w:pPr>
              <w:spacing w:after="0"/>
              <w:jc w:val="left"/>
            </w:pPr>
            <w:r>
              <w:rPr>
                <w:sz w:val="16"/>
              </w:rPr>
              <w:t>event-days in 24 of 30 years, 1996 to 2025 (80%)</w:t>
            </w:r>
          </w:p>
        </w:tc>
        <w:tc>
          <w:tcPr>
            <w:tcW w:type="dxa" w:w="1522"/>
          </w:tcPr>
          <w:p>
            <w:pPr>
              <w:spacing w:after="0"/>
              <w:jc w:val="right"/>
            </w:pPr>
            <w:r>
              <w:rPr>
                <w:sz w:val="16"/>
              </w:rPr>
              <w:t>60</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1.55</w:t>
            </w:r>
          </w:p>
        </w:tc>
        <w:tc>
          <w:tcPr>
            <w:tcW w:type="dxa" w:w="1452"/>
          </w:tcPr>
          <w:p>
            <w:pPr>
              <w:spacing w:after="0"/>
              <w:jc w:val="left"/>
            </w:pPr>
            <w:r>
              <w:rPr>
                <w:sz w:val="16"/>
              </w:rPr>
              <w:t>events per year (modeled)</w:t>
            </w:r>
          </w:p>
        </w:tc>
        <w:tc>
          <w:tcPr>
            <w:tcW w:type="dxa" w:w="1575"/>
          </w:tcPr>
          <w:p>
            <w:pPr>
              <w:spacing w:after="0"/>
              <w:jc w:val="left"/>
            </w:pPr>
            <w:r>
              <w:rPr>
                <w:sz w:val="16"/>
              </w:rPr>
              <w:t>about 1.55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65.1</w:t>
            </w:r>
          </w:p>
        </w:tc>
        <w:tc>
          <w:tcPr>
            <w:tcW w:type="dxa" w:w="1452"/>
          </w:tcPr>
          <w:p>
            <w:pPr>
              <w:spacing w:after="0"/>
              <w:jc w:val="left"/>
            </w:pPr>
            <w:r>
              <w:rPr>
                <w:sz w:val="16"/>
              </w:rPr>
              <w:t>days per year with a strike</w:t>
            </w:r>
          </w:p>
        </w:tc>
        <w:tc>
          <w:tcPr>
            <w:tcW w:type="dxa" w:w="1575"/>
          </w:tcPr>
          <w:p>
            <w:pPr>
              <w:spacing w:after="0"/>
              <w:jc w:val="left"/>
            </w:pPr>
            <w:r>
              <w:rPr>
                <w:sz w:val="16"/>
              </w:rPr>
              <w:t>about 65.1 days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3.81</w:t>
            </w:r>
          </w:p>
        </w:tc>
        <w:tc>
          <w:tcPr>
            <w:tcW w:type="dxa" w:w="1452"/>
          </w:tcPr>
          <w:p>
            <w:pPr>
              <w:spacing w:after="0"/>
              <w:jc w:val="left"/>
            </w:pPr>
            <w:r>
              <w:rPr>
                <w:sz w:val="16"/>
              </w:rPr>
              <w:t>events per year</w:t>
            </w:r>
          </w:p>
        </w:tc>
        <w:tc>
          <w:tcPr>
            <w:tcW w:type="dxa" w:w="1575"/>
          </w:tcPr>
          <w:p>
            <w:pPr>
              <w:spacing w:after="0"/>
              <w:jc w:val="left"/>
            </w:pPr>
            <w:r>
              <w:rPr>
                <w:sz w:val="16"/>
              </w:rPr>
              <w:t>about 3.81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146</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0.521</w:t>
            </w:r>
          </w:p>
        </w:tc>
        <w:tc>
          <w:tcPr>
            <w:tcW w:type="dxa" w:w="1452"/>
          </w:tcPr>
          <w:p>
            <w:pPr>
              <w:spacing w:after="0"/>
              <w:jc w:val="left"/>
            </w:pPr>
            <w:r>
              <w:rPr>
                <w:sz w:val="16"/>
              </w:rPr>
              <w:t>events per year</w:t>
            </w:r>
          </w:p>
        </w:tc>
        <w:tc>
          <w:tcPr>
            <w:tcW w:type="dxa" w:w="1575"/>
          </w:tcPr>
          <w:p>
            <w:pPr>
              <w:spacing w:after="0"/>
              <w:jc w:val="left"/>
            </w:pPr>
            <w:r>
              <w:rPr>
                <w:sz w:val="16"/>
              </w:rPr>
              <w:t>about 0.52 per year</w:t>
            </w:r>
          </w:p>
        </w:tc>
        <w:tc>
          <w:tcPr>
            <w:tcW w:type="dxa" w:w="1037"/>
          </w:tcPr>
          <w:p>
            <w:pPr>
              <w:spacing w:after="0"/>
              <w:jc w:val="left"/>
            </w:pPr>
            <w:r>
              <w:rPr>
                <w:sz w:val="16"/>
              </w:rPr>
              <w:t>Likely</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2"/>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2"/>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0.00147</w:t>
            </w:r>
          </w:p>
        </w:tc>
        <w:tc>
          <w:tcPr>
            <w:tcW w:type="dxa" w:w="1452"/>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0.147%</w:t>
            </w:r>
          </w:p>
        </w:tc>
        <w:tc>
          <w:tcPr>
            <w:tcW w:type="dxa" w:w="1037"/>
          </w:tcPr>
          <w:p>
            <w:pPr>
              <w:spacing w:after="0"/>
              <w:jc w:val="left"/>
            </w:pPr>
            <w:r>
              <w:rPr>
                <w:sz w:val="16"/>
              </w:rPr>
              <w:t>Likely</w:t>
            </w:r>
          </w:p>
        </w:tc>
        <w:tc>
          <w:tcPr>
            <w:tcW w:type="dxa" w:w="1731"/>
          </w:tcPr>
          <w:p>
            <w:pPr>
              <w:spacing w:after="0"/>
              <w:jc w:val="left"/>
            </w:pPr>
            <w:r>
              <w:rPr>
                <w:sz w:val="16"/>
              </w:rPr>
              <w:t>Storm Events records in 4 of 30 years, 1996 to 2025 (13.3%)</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5.21</w:t>
            </w:r>
          </w:p>
        </w:tc>
        <w:tc>
          <w:tcPr>
            <w:tcW w:type="dxa" w:w="1452"/>
          </w:tcPr>
          <w:p>
            <w:pPr>
              <w:spacing w:after="0"/>
              <w:jc w:val="left"/>
            </w:pPr>
            <w:r>
              <w:rPr>
                <w:sz w:val="16"/>
              </w:rPr>
              <w:t>event-days per year</w:t>
            </w:r>
          </w:p>
        </w:tc>
        <w:tc>
          <w:tcPr>
            <w:tcW w:type="dxa" w:w="1575"/>
          </w:tcPr>
          <w:p>
            <w:pPr>
              <w:spacing w:after="0"/>
              <w:jc w:val="left"/>
            </w:pPr>
            <w:r>
              <w:rPr>
                <w:sz w:val="16"/>
              </w:rPr>
              <w:t>about 5.21 days per year</w:t>
            </w:r>
          </w:p>
        </w:tc>
        <w:tc>
          <w:tcPr>
            <w:tcW w:type="dxa" w:w="1037"/>
          </w:tcPr>
          <w:p>
            <w:pPr>
              <w:spacing w:after="0"/>
              <w:jc w:val="left"/>
            </w:pPr>
            <w:r>
              <w:rPr>
                <w:sz w:val="16"/>
              </w:rPr>
              <w:t>Likely</w:t>
            </w:r>
          </w:p>
        </w:tc>
        <w:tc>
          <w:tcPr>
            <w:tcW w:type="dxa" w:w="1731"/>
          </w:tcPr>
          <w:p>
            <w:pPr>
              <w:spacing w:after="0"/>
              <w:jc w:val="left"/>
            </w:pPr>
            <w:r>
              <w:rPr>
                <w:sz w:val="16"/>
              </w:rPr>
              <w:t>event-days in 24 of 30 years, 1996 to 2025 (80%)</w:t>
            </w:r>
          </w:p>
        </w:tc>
        <w:tc>
          <w:tcPr>
            <w:tcW w:type="dxa" w:w="1522"/>
          </w:tcPr>
          <w:p>
            <w:pPr>
              <w:spacing w:after="0"/>
              <w:jc w:val="right"/>
            </w:pPr>
            <w:r>
              <w:rPr>
                <w:sz w:val="16"/>
              </w:rPr>
              <w:t>99</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112</w:t>
            </w:r>
          </w:p>
        </w:tc>
        <w:tc>
          <w:tcPr>
            <w:tcW w:type="dxa" w:w="1476"/>
          </w:tcPr>
          <w:p>
            <w:pPr>
              <w:spacing w:after="0"/>
              <w:jc w:val="right"/>
            </w:pPr>
            <w:r>
              <w:rPr>
                <w:sz w:val="16"/>
              </w:rPr>
              <w:t>30</w:t>
            </w:r>
          </w:p>
        </w:tc>
        <w:tc>
          <w:tcPr>
            <w:tcW w:type="dxa" w:w="1476"/>
          </w:tcPr>
          <w:p>
            <w:pPr>
              <w:spacing w:after="0"/>
              <w:jc w:val="right"/>
            </w:pPr>
            <w:r>
              <w:rPr>
                <w:sz w:val="16"/>
              </w:rPr>
              <w:t>3.73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21</w:t>
            </w:r>
          </w:p>
        </w:tc>
        <w:tc>
          <w:tcPr>
            <w:tcW w:type="dxa" w:w="1476"/>
          </w:tcPr>
          <w:p>
            <w:pPr>
              <w:spacing w:after="0"/>
              <w:jc w:val="right"/>
            </w:pPr>
            <w:r>
              <w:rPr>
                <w:sz w:val="16"/>
              </w:rPr>
              <w:t>30</w:t>
            </w:r>
          </w:p>
        </w:tc>
        <w:tc>
          <w:tcPr>
            <w:tcW w:type="dxa" w:w="1476"/>
          </w:tcPr>
          <w:p>
            <w:pPr>
              <w:spacing w:after="0"/>
              <w:jc w:val="right"/>
            </w:pPr>
            <w:r>
              <w:rPr>
                <w:sz w:val="16"/>
              </w:rPr>
              <w:t>0.7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237</w:t>
            </w:r>
          </w:p>
        </w:tc>
        <w:tc>
          <w:tcPr>
            <w:tcW w:type="dxa" w:w="1476"/>
          </w:tcPr>
          <w:p>
            <w:pPr>
              <w:spacing w:after="0"/>
              <w:jc w:val="right"/>
            </w:pPr>
            <w:r>
              <w:rPr>
                <w:sz w:val="16"/>
              </w:rPr>
              <w:t>30</w:t>
            </w:r>
          </w:p>
        </w:tc>
        <w:tc>
          <w:tcPr>
            <w:tcW w:type="dxa" w:w="1476"/>
          </w:tcPr>
          <w:p>
            <w:pPr>
              <w:spacing w:after="0"/>
              <w:jc w:val="right"/>
            </w:pPr>
            <w:r>
              <w:rPr>
                <w:sz w:val="16"/>
              </w:rPr>
              <w:t>7.9</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2"/>
        <w:gridCol w:w="872"/>
        <w:gridCol w:w="680"/>
        <w:gridCol w:w="648"/>
        <w:gridCol w:w="3633"/>
        <w:gridCol w:w="6401"/>
      </w:tblGrid>
      <w:tr>
        <w:trPr>
          <w:cantSplit/>
          <w:tblHeader/>
        </w:trPr>
        <w:tc>
          <w:tcPr>
            <w:tcW w:type="dxa" w:w="1037"/>
            <w:shd w:val="clear" w:color="auto" w:fill="E8E8E8"/>
          </w:tcPr>
          <w:p>
            <w:pPr>
              <w:spacing w:after="0"/>
              <w:jc w:val="left"/>
            </w:pPr>
            <w:r>
              <w:rPr>
                <w:b/>
                <w:sz w:val="16"/>
              </w:rPr>
              <w:t>Hazard</w:t>
            </w:r>
          </w:p>
        </w:tc>
        <w:tc>
          <w:tcPr>
            <w:tcW w:type="dxa" w:w="842"/>
            <w:shd w:val="clear" w:color="auto" w:fill="E8E8E8"/>
          </w:tcPr>
          <w:p>
            <w:pPr>
              <w:spacing w:after="0"/>
              <w:jc w:val="right"/>
            </w:pPr>
            <w:r>
              <w:rPr>
                <w:b/>
                <w:sz w:val="16"/>
              </w:rPr>
              <w:t>Tracts</w:t>
            </w:r>
          </w:p>
          <w:p>
            <w:pPr>
              <w:spacing w:after="0"/>
              <w:jc w:val="right"/>
            </w:pPr>
            <w:r>
              <w:rPr>
                <w:i/>
                <w:color w:val="555555"/>
                <w:sz w:val="14"/>
              </w:rPr>
              <w:t>rated of all</w:t>
            </w:r>
          </w:p>
        </w:tc>
        <w:tc>
          <w:tcPr>
            <w:tcW w:type="dxa" w:w="87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633"/>
            <w:shd w:val="clear" w:color="auto" w:fill="E8E8E8"/>
          </w:tcPr>
          <w:p>
            <w:pPr>
              <w:spacing w:after="0"/>
              <w:jc w:val="left"/>
            </w:pPr>
            <w:r>
              <w:rPr>
                <w:b/>
                <w:sz w:val="16"/>
              </w:rPr>
              <w:t>Tracts by rating</w:t>
            </w:r>
          </w:p>
        </w:tc>
        <w:tc>
          <w:tcPr>
            <w:tcW w:type="dxa" w:w="640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2"/>
          </w:tcPr>
          <w:p>
            <w:pPr>
              <w:spacing w:after="0"/>
              <w:jc w:val="right"/>
            </w:pPr>
            <w:r>
              <w:rPr>
                <w:sz w:val="16"/>
              </w:rPr>
              <w:t>0 of 30</w:t>
            </w:r>
          </w:p>
        </w:tc>
        <w:tc>
          <w:tcPr>
            <w:tcW w:type="dxa" w:w="872"/>
          </w:tcPr>
          <w:p>
            <w:pPr>
              <w:spacing w:after="0"/>
              <w:jc w:val="right"/>
            </w:pPr>
          </w:p>
        </w:tc>
        <w:tc>
          <w:tcPr>
            <w:tcW w:type="dxa" w:w="680"/>
          </w:tcPr>
          <w:p>
            <w:pPr>
              <w:spacing w:after="0"/>
              <w:jc w:val="right"/>
            </w:pPr>
          </w:p>
        </w:tc>
        <w:tc>
          <w:tcPr>
            <w:tcW w:type="dxa" w:w="648"/>
          </w:tcPr>
          <w:p>
            <w:pPr>
              <w:spacing w:after="0"/>
              <w:jc w:val="right"/>
            </w:pPr>
          </w:p>
        </w:tc>
        <w:tc>
          <w:tcPr>
            <w:tcW w:type="dxa" w:w="3633"/>
          </w:tcPr>
          <w:p>
            <w:pPr>
              <w:spacing w:after="0"/>
              <w:jc w:val="left"/>
            </w:pPr>
            <w:r>
              <w:rPr>
                <w:sz w:val="16"/>
              </w:rPr>
              <w:t>Not Applicable 30</w:t>
            </w:r>
          </w:p>
        </w:tc>
        <w:tc>
          <w:tcPr>
            <w:tcW w:type="dxa" w:w="6401"/>
          </w:tcPr>
          <w:p>
            <w:pPr>
              <w:spacing w:after="0"/>
              <w:jc w:val="left"/>
            </w:pPr>
          </w:p>
        </w:tc>
      </w:tr>
      <w:tr>
        <w:trPr>
          <w:cantSplit/>
        </w:trPr>
        <w:tc>
          <w:tcPr>
            <w:tcW w:type="dxa" w:w="1037"/>
          </w:tcPr>
          <w:p>
            <w:pPr>
              <w:spacing w:after="0"/>
              <w:jc w:val="left"/>
            </w:pPr>
            <w:r>
              <w:rPr>
                <w:sz w:val="16"/>
              </w:rPr>
              <w:t>Coastal Flooding</w:t>
            </w:r>
          </w:p>
        </w:tc>
        <w:tc>
          <w:tcPr>
            <w:tcW w:type="dxa" w:w="842"/>
          </w:tcPr>
          <w:p>
            <w:pPr>
              <w:spacing w:after="0"/>
              <w:jc w:val="right"/>
            </w:pPr>
            <w:r>
              <w:rPr>
                <w:sz w:val="16"/>
              </w:rPr>
              <w:t>0 of 30</w:t>
            </w:r>
          </w:p>
        </w:tc>
        <w:tc>
          <w:tcPr>
            <w:tcW w:type="dxa" w:w="872"/>
          </w:tcPr>
          <w:p>
            <w:pPr>
              <w:spacing w:after="0"/>
              <w:jc w:val="right"/>
            </w:pPr>
          </w:p>
        </w:tc>
        <w:tc>
          <w:tcPr>
            <w:tcW w:type="dxa" w:w="680"/>
          </w:tcPr>
          <w:p>
            <w:pPr>
              <w:spacing w:after="0"/>
              <w:jc w:val="right"/>
            </w:pPr>
          </w:p>
        </w:tc>
        <w:tc>
          <w:tcPr>
            <w:tcW w:type="dxa" w:w="648"/>
          </w:tcPr>
          <w:p>
            <w:pPr>
              <w:spacing w:after="0"/>
              <w:jc w:val="right"/>
            </w:pPr>
          </w:p>
        </w:tc>
        <w:tc>
          <w:tcPr>
            <w:tcW w:type="dxa" w:w="3633"/>
          </w:tcPr>
          <w:p>
            <w:pPr>
              <w:spacing w:after="0"/>
              <w:jc w:val="left"/>
            </w:pPr>
            <w:r>
              <w:rPr>
                <w:sz w:val="16"/>
              </w:rPr>
              <w:t>Not Applicable 30</w:t>
            </w:r>
          </w:p>
        </w:tc>
        <w:tc>
          <w:tcPr>
            <w:tcW w:type="dxa" w:w="6401"/>
          </w:tcPr>
          <w:p>
            <w:pPr>
              <w:spacing w:after="0"/>
              <w:jc w:val="left"/>
            </w:pPr>
          </w:p>
        </w:tc>
      </w:tr>
      <w:tr>
        <w:trPr>
          <w:cantSplit/>
        </w:trPr>
        <w:tc>
          <w:tcPr>
            <w:tcW w:type="dxa" w:w="1037"/>
          </w:tcPr>
          <w:p>
            <w:pPr>
              <w:spacing w:after="0"/>
              <w:jc w:val="left"/>
            </w:pPr>
            <w:r>
              <w:rPr>
                <w:sz w:val="16"/>
              </w:rPr>
              <w:t>Cold Wave</w:t>
            </w:r>
          </w:p>
        </w:tc>
        <w:tc>
          <w:tcPr>
            <w:tcW w:type="dxa" w:w="842"/>
          </w:tcPr>
          <w:p>
            <w:pPr>
              <w:spacing w:after="0"/>
              <w:jc w:val="right"/>
            </w:pPr>
            <w:r>
              <w:rPr>
                <w:sz w:val="16"/>
              </w:rPr>
              <w:t>30 of 30</w:t>
            </w:r>
          </w:p>
        </w:tc>
        <w:tc>
          <w:tcPr>
            <w:tcW w:type="dxa" w:w="872"/>
          </w:tcPr>
          <w:p>
            <w:pPr>
              <w:spacing w:after="0"/>
              <w:jc w:val="right"/>
            </w:pPr>
            <w:r>
              <w:rPr>
                <w:sz w:val="16"/>
              </w:rPr>
              <w:t>23.5</w:t>
            </w:r>
          </w:p>
        </w:tc>
        <w:tc>
          <w:tcPr>
            <w:tcW w:type="dxa" w:w="680"/>
          </w:tcPr>
          <w:p>
            <w:pPr>
              <w:spacing w:after="0"/>
              <w:jc w:val="right"/>
            </w:pPr>
            <w:r>
              <w:rPr>
                <w:sz w:val="16"/>
              </w:rPr>
              <w:t>33.5</w:t>
            </w:r>
          </w:p>
        </w:tc>
        <w:tc>
          <w:tcPr>
            <w:tcW w:type="dxa" w:w="648"/>
          </w:tcPr>
          <w:p>
            <w:pPr>
              <w:spacing w:after="0"/>
              <w:jc w:val="right"/>
            </w:pPr>
            <w:r>
              <w:rPr>
                <w:sz w:val="16"/>
              </w:rPr>
              <w:t>43.2</w:t>
            </w:r>
          </w:p>
        </w:tc>
        <w:tc>
          <w:tcPr>
            <w:tcW w:type="dxa" w:w="3633"/>
          </w:tcPr>
          <w:p>
            <w:pPr>
              <w:spacing w:after="0"/>
              <w:jc w:val="left"/>
            </w:pPr>
            <w:r>
              <w:rPr>
                <w:sz w:val="16"/>
              </w:rPr>
              <w:t>Relatively Low 30</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2"/>
          </w:tcPr>
          <w:p>
            <w:pPr>
              <w:spacing w:after="0"/>
              <w:jc w:val="right"/>
            </w:pPr>
            <w:r>
              <w:rPr>
                <w:sz w:val="16"/>
              </w:rPr>
              <w:t>0 of 30</w:t>
            </w:r>
          </w:p>
        </w:tc>
        <w:tc>
          <w:tcPr>
            <w:tcW w:type="dxa" w:w="872"/>
          </w:tcPr>
          <w:p>
            <w:pPr>
              <w:spacing w:after="0"/>
              <w:jc w:val="right"/>
            </w:pPr>
          </w:p>
        </w:tc>
        <w:tc>
          <w:tcPr>
            <w:tcW w:type="dxa" w:w="680"/>
          </w:tcPr>
          <w:p>
            <w:pPr>
              <w:spacing w:after="0"/>
              <w:jc w:val="right"/>
            </w:pPr>
          </w:p>
        </w:tc>
        <w:tc>
          <w:tcPr>
            <w:tcW w:type="dxa" w:w="648"/>
          </w:tcPr>
          <w:p>
            <w:pPr>
              <w:spacing w:after="0"/>
              <w:jc w:val="right"/>
            </w:pPr>
          </w:p>
        </w:tc>
        <w:tc>
          <w:tcPr>
            <w:tcW w:type="dxa" w:w="3633"/>
          </w:tcPr>
          <w:p>
            <w:pPr>
              <w:spacing w:after="0"/>
              <w:jc w:val="left"/>
            </w:pPr>
            <w:r>
              <w:rPr>
                <w:sz w:val="16"/>
              </w:rPr>
              <w:t>No Rating 30</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42"/>
          </w:tcPr>
          <w:p>
            <w:pPr>
              <w:spacing w:after="0"/>
              <w:jc w:val="right"/>
            </w:pPr>
            <w:r>
              <w:rPr>
                <w:sz w:val="16"/>
              </w:rPr>
              <w:t>30 of 30</w:t>
            </w:r>
          </w:p>
        </w:tc>
        <w:tc>
          <w:tcPr>
            <w:tcW w:type="dxa" w:w="872"/>
          </w:tcPr>
          <w:p>
            <w:pPr>
              <w:spacing w:after="0"/>
              <w:jc w:val="right"/>
            </w:pPr>
            <w:r>
              <w:rPr>
                <w:sz w:val="16"/>
              </w:rPr>
              <w:t>55.9</w:t>
            </w:r>
          </w:p>
        </w:tc>
        <w:tc>
          <w:tcPr>
            <w:tcW w:type="dxa" w:w="680"/>
          </w:tcPr>
          <w:p>
            <w:pPr>
              <w:spacing w:after="0"/>
              <w:jc w:val="right"/>
            </w:pPr>
            <w:r>
              <w:rPr>
                <w:sz w:val="16"/>
              </w:rPr>
              <w:t>75.9</w:t>
            </w:r>
          </w:p>
        </w:tc>
        <w:tc>
          <w:tcPr>
            <w:tcW w:type="dxa" w:w="648"/>
          </w:tcPr>
          <w:p>
            <w:pPr>
              <w:spacing w:after="0"/>
              <w:jc w:val="right"/>
            </w:pPr>
            <w:r>
              <w:rPr>
                <w:sz w:val="16"/>
              </w:rPr>
              <w:t>85.2</w:t>
            </w:r>
          </w:p>
        </w:tc>
        <w:tc>
          <w:tcPr>
            <w:tcW w:type="dxa" w:w="3633"/>
          </w:tcPr>
          <w:p>
            <w:pPr>
              <w:spacing w:after="0"/>
              <w:jc w:val="left"/>
            </w:pPr>
            <w:r>
              <w:rPr>
                <w:sz w:val="16"/>
              </w:rPr>
              <w:t>Relatively Moderate 12, Relatively Low 18</w:t>
            </w:r>
          </w:p>
        </w:tc>
        <w:tc>
          <w:tcPr>
            <w:tcW w:type="dxa" w:w="6401"/>
          </w:tcPr>
          <w:p>
            <w:pPr>
              <w:spacing w:after="0"/>
              <w:jc w:val="left"/>
            </w:pPr>
          </w:p>
        </w:tc>
      </w:tr>
      <w:tr>
        <w:trPr>
          <w:cantSplit/>
        </w:trPr>
        <w:tc>
          <w:tcPr>
            <w:tcW w:type="dxa" w:w="1037"/>
          </w:tcPr>
          <w:p>
            <w:pPr>
              <w:spacing w:after="0"/>
              <w:jc w:val="left"/>
            </w:pPr>
            <w:r>
              <w:rPr>
                <w:sz w:val="16"/>
              </w:rPr>
              <w:t>Hail</w:t>
            </w:r>
          </w:p>
        </w:tc>
        <w:tc>
          <w:tcPr>
            <w:tcW w:type="dxa" w:w="842"/>
          </w:tcPr>
          <w:p>
            <w:pPr>
              <w:spacing w:after="0"/>
              <w:jc w:val="right"/>
            </w:pPr>
            <w:r>
              <w:rPr>
                <w:sz w:val="16"/>
              </w:rPr>
              <w:t>30 of 30</w:t>
            </w:r>
          </w:p>
        </w:tc>
        <w:tc>
          <w:tcPr>
            <w:tcW w:type="dxa" w:w="872"/>
          </w:tcPr>
          <w:p>
            <w:pPr>
              <w:spacing w:after="0"/>
              <w:jc w:val="right"/>
            </w:pPr>
            <w:r>
              <w:rPr>
                <w:sz w:val="16"/>
              </w:rPr>
              <w:t>80.5</w:t>
            </w:r>
          </w:p>
        </w:tc>
        <w:tc>
          <w:tcPr>
            <w:tcW w:type="dxa" w:w="680"/>
          </w:tcPr>
          <w:p>
            <w:pPr>
              <w:spacing w:after="0"/>
              <w:jc w:val="right"/>
            </w:pPr>
            <w:r>
              <w:rPr>
                <w:sz w:val="16"/>
              </w:rPr>
              <w:t>90.7</w:t>
            </w:r>
          </w:p>
        </w:tc>
        <w:tc>
          <w:tcPr>
            <w:tcW w:type="dxa" w:w="648"/>
          </w:tcPr>
          <w:p>
            <w:pPr>
              <w:spacing w:after="0"/>
              <w:jc w:val="right"/>
            </w:pPr>
            <w:r>
              <w:rPr>
                <w:sz w:val="16"/>
              </w:rPr>
              <w:t>95.2</w:t>
            </w:r>
          </w:p>
        </w:tc>
        <w:tc>
          <w:tcPr>
            <w:tcW w:type="dxa" w:w="3633"/>
          </w:tcPr>
          <w:p>
            <w:pPr>
              <w:spacing w:after="0"/>
              <w:jc w:val="left"/>
            </w:pPr>
            <w:r>
              <w:rPr>
                <w:sz w:val="16"/>
              </w:rPr>
              <w:t>Relatively High 19, Relatively Moderate 11</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2"/>
          </w:tcPr>
          <w:p>
            <w:pPr>
              <w:spacing w:after="0"/>
              <w:jc w:val="right"/>
            </w:pPr>
            <w:r>
              <w:rPr>
                <w:sz w:val="16"/>
              </w:rPr>
              <w:t>30 of 30</w:t>
            </w:r>
          </w:p>
        </w:tc>
        <w:tc>
          <w:tcPr>
            <w:tcW w:type="dxa" w:w="872"/>
          </w:tcPr>
          <w:p>
            <w:pPr>
              <w:spacing w:after="0"/>
              <w:jc w:val="right"/>
            </w:pPr>
            <w:r>
              <w:rPr>
                <w:sz w:val="16"/>
              </w:rPr>
              <w:t>61.1</w:t>
            </w:r>
          </w:p>
        </w:tc>
        <w:tc>
          <w:tcPr>
            <w:tcW w:type="dxa" w:w="680"/>
          </w:tcPr>
          <w:p>
            <w:pPr>
              <w:spacing w:after="0"/>
              <w:jc w:val="right"/>
            </w:pPr>
            <w:r>
              <w:rPr>
                <w:sz w:val="16"/>
              </w:rPr>
              <w:t>85.8</w:t>
            </w:r>
          </w:p>
        </w:tc>
        <w:tc>
          <w:tcPr>
            <w:tcW w:type="dxa" w:w="648"/>
          </w:tcPr>
          <w:p>
            <w:pPr>
              <w:spacing w:after="0"/>
              <w:jc w:val="right"/>
            </w:pPr>
            <w:r>
              <w:rPr>
                <w:sz w:val="16"/>
              </w:rPr>
              <w:t>92.7</w:t>
            </w:r>
          </w:p>
        </w:tc>
        <w:tc>
          <w:tcPr>
            <w:tcW w:type="dxa" w:w="3633"/>
          </w:tcPr>
          <w:p>
            <w:pPr>
              <w:spacing w:after="0"/>
              <w:jc w:val="left"/>
            </w:pPr>
            <w:r>
              <w:rPr>
                <w:sz w:val="16"/>
              </w:rPr>
              <w:t>Relatively High 16, Relatively Moderate 14</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2"/>
          </w:tcPr>
          <w:p>
            <w:pPr>
              <w:spacing w:after="0"/>
              <w:jc w:val="right"/>
            </w:pPr>
            <w:r>
              <w:rPr>
                <w:sz w:val="16"/>
              </w:rPr>
              <w:t>30 of 30</w:t>
            </w:r>
          </w:p>
        </w:tc>
        <w:tc>
          <w:tcPr>
            <w:tcW w:type="dxa" w:w="872"/>
          </w:tcPr>
          <w:p>
            <w:pPr>
              <w:spacing w:after="0"/>
              <w:jc w:val="right"/>
            </w:pPr>
            <w:r>
              <w:rPr>
                <w:sz w:val="16"/>
              </w:rPr>
              <w:t>39.6</w:t>
            </w:r>
          </w:p>
        </w:tc>
        <w:tc>
          <w:tcPr>
            <w:tcW w:type="dxa" w:w="680"/>
          </w:tcPr>
          <w:p>
            <w:pPr>
              <w:spacing w:after="0"/>
              <w:jc w:val="right"/>
            </w:pPr>
            <w:r>
              <w:rPr>
                <w:sz w:val="16"/>
              </w:rPr>
              <w:t>48.1</w:t>
            </w:r>
          </w:p>
        </w:tc>
        <w:tc>
          <w:tcPr>
            <w:tcW w:type="dxa" w:w="648"/>
          </w:tcPr>
          <w:p>
            <w:pPr>
              <w:spacing w:after="0"/>
              <w:jc w:val="right"/>
            </w:pPr>
            <w:r>
              <w:rPr>
                <w:sz w:val="16"/>
              </w:rPr>
              <w:t>56.2</w:t>
            </w:r>
          </w:p>
        </w:tc>
        <w:tc>
          <w:tcPr>
            <w:tcW w:type="dxa" w:w="3633"/>
          </w:tcPr>
          <w:p>
            <w:pPr>
              <w:spacing w:after="0"/>
              <w:jc w:val="left"/>
            </w:pPr>
            <w:r>
              <w:rPr>
                <w:sz w:val="16"/>
              </w:rPr>
              <w:t>Relatively Low 12, Very Low 18</w:t>
            </w:r>
          </w:p>
        </w:tc>
        <w:tc>
          <w:tcPr>
            <w:tcW w:type="dxa" w:w="6401"/>
          </w:tcPr>
          <w:p>
            <w:pPr>
              <w:spacing w:after="0"/>
              <w:jc w:val="left"/>
            </w:pPr>
          </w:p>
        </w:tc>
      </w:tr>
      <w:tr>
        <w:trPr>
          <w:cantSplit/>
        </w:trPr>
        <w:tc>
          <w:tcPr>
            <w:tcW w:type="dxa" w:w="1037"/>
          </w:tcPr>
          <w:p>
            <w:pPr>
              <w:spacing w:after="0"/>
              <w:jc w:val="left"/>
            </w:pPr>
            <w:r>
              <w:rPr>
                <w:sz w:val="16"/>
              </w:rPr>
              <w:t>Ice Storm</w:t>
            </w:r>
          </w:p>
        </w:tc>
        <w:tc>
          <w:tcPr>
            <w:tcW w:type="dxa" w:w="842"/>
          </w:tcPr>
          <w:p>
            <w:pPr>
              <w:spacing w:after="0"/>
              <w:jc w:val="right"/>
            </w:pPr>
            <w:r>
              <w:rPr>
                <w:sz w:val="16"/>
              </w:rPr>
              <w:t>30 of 30</w:t>
            </w:r>
          </w:p>
        </w:tc>
        <w:tc>
          <w:tcPr>
            <w:tcW w:type="dxa" w:w="872"/>
          </w:tcPr>
          <w:p>
            <w:pPr>
              <w:spacing w:after="0"/>
              <w:jc w:val="right"/>
            </w:pPr>
            <w:r>
              <w:rPr>
                <w:sz w:val="16"/>
              </w:rPr>
              <w:t>95.2</w:t>
            </w:r>
          </w:p>
        </w:tc>
        <w:tc>
          <w:tcPr>
            <w:tcW w:type="dxa" w:w="680"/>
          </w:tcPr>
          <w:p>
            <w:pPr>
              <w:spacing w:after="0"/>
              <w:jc w:val="right"/>
            </w:pPr>
            <w:r>
              <w:rPr>
                <w:sz w:val="16"/>
              </w:rPr>
              <w:t>98.6</w:t>
            </w:r>
          </w:p>
        </w:tc>
        <w:tc>
          <w:tcPr>
            <w:tcW w:type="dxa" w:w="648"/>
          </w:tcPr>
          <w:p>
            <w:pPr>
              <w:spacing w:after="0"/>
              <w:jc w:val="right"/>
            </w:pPr>
            <w:r>
              <w:rPr>
                <w:sz w:val="16"/>
              </w:rPr>
              <w:t>99.5</w:t>
            </w:r>
          </w:p>
        </w:tc>
        <w:tc>
          <w:tcPr>
            <w:tcW w:type="dxa" w:w="3633"/>
          </w:tcPr>
          <w:p>
            <w:pPr>
              <w:spacing w:after="0"/>
              <w:jc w:val="left"/>
            </w:pPr>
            <w:r>
              <w:rPr>
                <w:sz w:val="16"/>
              </w:rPr>
              <w:t>Very High 23, Relatively High 7</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2"/>
          </w:tcPr>
          <w:p>
            <w:pPr>
              <w:spacing w:after="0"/>
              <w:jc w:val="right"/>
            </w:pPr>
            <w:r>
              <w:rPr>
                <w:sz w:val="16"/>
              </w:rPr>
              <w:t>30 of 30</w:t>
            </w:r>
          </w:p>
        </w:tc>
        <w:tc>
          <w:tcPr>
            <w:tcW w:type="dxa" w:w="872"/>
          </w:tcPr>
          <w:p>
            <w:pPr>
              <w:spacing w:after="0"/>
              <w:jc w:val="right"/>
            </w:pPr>
            <w:r>
              <w:rPr>
                <w:sz w:val="16"/>
              </w:rPr>
              <w:t>17.5</w:t>
            </w:r>
          </w:p>
        </w:tc>
        <w:tc>
          <w:tcPr>
            <w:tcW w:type="dxa" w:w="680"/>
          </w:tcPr>
          <w:p>
            <w:pPr>
              <w:spacing w:after="0"/>
              <w:jc w:val="right"/>
            </w:pPr>
            <w:r>
              <w:rPr>
                <w:sz w:val="16"/>
              </w:rPr>
              <w:t>77.8</w:t>
            </w:r>
          </w:p>
        </w:tc>
        <w:tc>
          <w:tcPr>
            <w:tcW w:type="dxa" w:w="648"/>
          </w:tcPr>
          <w:p>
            <w:pPr>
              <w:spacing w:after="0"/>
              <w:jc w:val="right"/>
            </w:pPr>
            <w:r>
              <w:rPr>
                <w:sz w:val="16"/>
              </w:rPr>
              <w:t>97.8</w:t>
            </w:r>
          </w:p>
        </w:tc>
        <w:tc>
          <w:tcPr>
            <w:tcW w:type="dxa" w:w="3633"/>
          </w:tcPr>
          <w:p>
            <w:pPr>
              <w:spacing w:after="0"/>
              <w:jc w:val="left"/>
            </w:pPr>
            <w:r>
              <w:rPr>
                <w:sz w:val="16"/>
              </w:rPr>
              <w:t>Very High 2, Relatively High 13, Relatively Moderate 10, Relatively Low 5</w:t>
            </w:r>
          </w:p>
        </w:tc>
        <w:tc>
          <w:tcPr>
            <w:tcW w:type="dxa" w:w="6401"/>
          </w:tcPr>
          <w:p>
            <w:pPr>
              <w:spacing w:after="0"/>
              <w:jc w:val="left"/>
            </w:pPr>
          </w:p>
        </w:tc>
      </w:tr>
      <w:tr>
        <w:trPr>
          <w:cantSplit/>
        </w:trPr>
        <w:tc>
          <w:tcPr>
            <w:tcW w:type="dxa" w:w="1037"/>
          </w:tcPr>
          <w:p>
            <w:pPr>
              <w:spacing w:after="0"/>
              <w:jc w:val="left"/>
            </w:pPr>
            <w:r>
              <w:rPr>
                <w:sz w:val="16"/>
              </w:rPr>
              <w:t>Landslide</w:t>
            </w:r>
          </w:p>
        </w:tc>
        <w:tc>
          <w:tcPr>
            <w:tcW w:type="dxa" w:w="842"/>
          </w:tcPr>
          <w:p>
            <w:pPr>
              <w:spacing w:after="0"/>
              <w:jc w:val="right"/>
            </w:pPr>
            <w:r>
              <w:rPr>
                <w:sz w:val="16"/>
              </w:rPr>
              <w:t>30 of 30</w:t>
            </w:r>
          </w:p>
        </w:tc>
        <w:tc>
          <w:tcPr>
            <w:tcW w:type="dxa" w:w="872"/>
          </w:tcPr>
          <w:p>
            <w:pPr>
              <w:spacing w:after="0"/>
              <w:jc w:val="right"/>
            </w:pPr>
            <w:r>
              <w:rPr>
                <w:sz w:val="16"/>
              </w:rPr>
              <w:t>36.0</w:t>
            </w:r>
          </w:p>
        </w:tc>
        <w:tc>
          <w:tcPr>
            <w:tcW w:type="dxa" w:w="680"/>
          </w:tcPr>
          <w:p>
            <w:pPr>
              <w:spacing w:after="0"/>
              <w:jc w:val="right"/>
            </w:pPr>
            <w:r>
              <w:rPr>
                <w:sz w:val="16"/>
              </w:rPr>
              <w:t>87.4</w:t>
            </w:r>
          </w:p>
        </w:tc>
        <w:tc>
          <w:tcPr>
            <w:tcW w:type="dxa" w:w="648"/>
          </w:tcPr>
          <w:p>
            <w:pPr>
              <w:spacing w:after="0"/>
              <w:jc w:val="right"/>
            </w:pPr>
            <w:r>
              <w:rPr>
                <w:sz w:val="16"/>
              </w:rPr>
              <w:t>99.2</w:t>
            </w:r>
          </w:p>
        </w:tc>
        <w:tc>
          <w:tcPr>
            <w:tcW w:type="dxa" w:w="3633"/>
          </w:tcPr>
          <w:p>
            <w:pPr>
              <w:spacing w:after="0"/>
              <w:jc w:val="left"/>
            </w:pPr>
            <w:r>
              <w:rPr>
                <w:sz w:val="16"/>
              </w:rPr>
              <w:t>Relatively Moderate 5, Relatively Low 14, Very Low 11</w:t>
            </w:r>
          </w:p>
        </w:tc>
        <w:tc>
          <w:tcPr>
            <w:tcW w:type="dxa" w:w="6401"/>
          </w:tcPr>
          <w:p>
            <w:pPr>
              <w:spacing w:after="0"/>
              <w:jc w:val="left"/>
            </w:pPr>
          </w:p>
        </w:tc>
      </w:tr>
      <w:tr>
        <w:trPr>
          <w:cantSplit/>
        </w:trPr>
        <w:tc>
          <w:tcPr>
            <w:tcW w:type="dxa" w:w="1037"/>
          </w:tcPr>
          <w:p>
            <w:pPr>
              <w:spacing w:after="0"/>
              <w:jc w:val="left"/>
            </w:pPr>
            <w:r>
              <w:rPr>
                <w:sz w:val="16"/>
              </w:rPr>
              <w:t>Lightning</w:t>
            </w:r>
          </w:p>
        </w:tc>
        <w:tc>
          <w:tcPr>
            <w:tcW w:type="dxa" w:w="842"/>
          </w:tcPr>
          <w:p>
            <w:pPr>
              <w:spacing w:after="0"/>
              <w:jc w:val="right"/>
            </w:pPr>
            <w:r>
              <w:rPr>
                <w:sz w:val="16"/>
              </w:rPr>
              <w:t>30 of 30</w:t>
            </w:r>
          </w:p>
        </w:tc>
        <w:tc>
          <w:tcPr>
            <w:tcW w:type="dxa" w:w="872"/>
          </w:tcPr>
          <w:p>
            <w:pPr>
              <w:spacing w:after="0"/>
              <w:jc w:val="right"/>
            </w:pPr>
            <w:r>
              <w:rPr>
                <w:sz w:val="16"/>
              </w:rPr>
              <w:t>54.3</w:t>
            </w:r>
          </w:p>
        </w:tc>
        <w:tc>
          <w:tcPr>
            <w:tcW w:type="dxa" w:w="680"/>
          </w:tcPr>
          <w:p>
            <w:pPr>
              <w:spacing w:after="0"/>
              <w:jc w:val="right"/>
            </w:pPr>
            <w:r>
              <w:rPr>
                <w:sz w:val="16"/>
              </w:rPr>
              <w:t>83.6</w:t>
            </w:r>
          </w:p>
        </w:tc>
        <w:tc>
          <w:tcPr>
            <w:tcW w:type="dxa" w:w="648"/>
          </w:tcPr>
          <w:p>
            <w:pPr>
              <w:spacing w:after="0"/>
              <w:jc w:val="right"/>
            </w:pPr>
            <w:r>
              <w:rPr>
                <w:sz w:val="16"/>
              </w:rPr>
              <w:t>93.4</w:t>
            </w:r>
          </w:p>
        </w:tc>
        <w:tc>
          <w:tcPr>
            <w:tcW w:type="dxa" w:w="3633"/>
          </w:tcPr>
          <w:p>
            <w:pPr>
              <w:spacing w:after="0"/>
              <w:jc w:val="left"/>
            </w:pPr>
            <w:r>
              <w:rPr>
                <w:sz w:val="16"/>
              </w:rPr>
              <w:t>Relatively High 22, Relatively Moderate 8</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2"/>
          </w:tcPr>
          <w:p>
            <w:pPr>
              <w:spacing w:after="0"/>
              <w:jc w:val="right"/>
            </w:pPr>
            <w:r>
              <w:rPr>
                <w:sz w:val="16"/>
              </w:rPr>
              <w:t>30 of 30</w:t>
            </w:r>
          </w:p>
        </w:tc>
        <w:tc>
          <w:tcPr>
            <w:tcW w:type="dxa" w:w="872"/>
          </w:tcPr>
          <w:p>
            <w:pPr>
              <w:spacing w:after="0"/>
              <w:jc w:val="right"/>
            </w:pPr>
            <w:r>
              <w:rPr>
                <w:sz w:val="16"/>
              </w:rPr>
              <w:t>74.9</w:t>
            </w:r>
          </w:p>
        </w:tc>
        <w:tc>
          <w:tcPr>
            <w:tcW w:type="dxa" w:w="680"/>
          </w:tcPr>
          <w:p>
            <w:pPr>
              <w:spacing w:after="0"/>
              <w:jc w:val="right"/>
            </w:pPr>
            <w:r>
              <w:rPr>
                <w:sz w:val="16"/>
              </w:rPr>
              <w:t>91.8</w:t>
            </w:r>
          </w:p>
        </w:tc>
        <w:tc>
          <w:tcPr>
            <w:tcW w:type="dxa" w:w="648"/>
          </w:tcPr>
          <w:p>
            <w:pPr>
              <w:spacing w:after="0"/>
              <w:jc w:val="right"/>
            </w:pPr>
            <w:r>
              <w:rPr>
                <w:sz w:val="16"/>
              </w:rPr>
              <w:t>96.5</w:t>
            </w:r>
          </w:p>
        </w:tc>
        <w:tc>
          <w:tcPr>
            <w:tcW w:type="dxa" w:w="3633"/>
          </w:tcPr>
          <w:p>
            <w:pPr>
              <w:spacing w:after="0"/>
              <w:jc w:val="left"/>
            </w:pPr>
            <w:r>
              <w:rPr>
                <w:sz w:val="16"/>
              </w:rPr>
              <w:t>Relatively High 28, Relatively Moderate 2</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2"/>
          </w:tcPr>
          <w:p>
            <w:pPr>
              <w:spacing w:after="0"/>
              <w:jc w:val="right"/>
            </w:pPr>
            <w:r>
              <w:rPr>
                <w:sz w:val="16"/>
              </w:rPr>
              <w:t>30 of 30</w:t>
            </w:r>
          </w:p>
        </w:tc>
        <w:tc>
          <w:tcPr>
            <w:tcW w:type="dxa" w:w="872"/>
          </w:tcPr>
          <w:p>
            <w:pPr>
              <w:spacing w:after="0"/>
              <w:jc w:val="right"/>
            </w:pPr>
            <w:r>
              <w:rPr>
                <w:sz w:val="16"/>
              </w:rPr>
              <w:t>72.1</w:t>
            </w:r>
          </w:p>
        </w:tc>
        <w:tc>
          <w:tcPr>
            <w:tcW w:type="dxa" w:w="680"/>
          </w:tcPr>
          <w:p>
            <w:pPr>
              <w:spacing w:after="0"/>
              <w:jc w:val="right"/>
            </w:pPr>
            <w:r>
              <w:rPr>
                <w:sz w:val="16"/>
              </w:rPr>
              <w:t>94.1</w:t>
            </w:r>
          </w:p>
        </w:tc>
        <w:tc>
          <w:tcPr>
            <w:tcW w:type="dxa" w:w="648"/>
          </w:tcPr>
          <w:p>
            <w:pPr>
              <w:spacing w:after="0"/>
              <w:jc w:val="right"/>
            </w:pPr>
            <w:r>
              <w:rPr>
                <w:sz w:val="16"/>
              </w:rPr>
              <w:t>98.5</w:t>
            </w:r>
          </w:p>
        </w:tc>
        <w:tc>
          <w:tcPr>
            <w:tcW w:type="dxa" w:w="3633"/>
          </w:tcPr>
          <w:p>
            <w:pPr>
              <w:spacing w:after="0"/>
              <w:jc w:val="left"/>
            </w:pPr>
            <w:r>
              <w:rPr>
                <w:sz w:val="16"/>
              </w:rPr>
              <w:t>Very High 17, Relatively High 12, Relatively Moderate 1</w:t>
            </w:r>
          </w:p>
        </w:tc>
        <w:tc>
          <w:tcPr>
            <w:tcW w:type="dxa" w:w="6401"/>
          </w:tcPr>
          <w:p>
            <w:pPr>
              <w:spacing w:after="0"/>
              <w:jc w:val="left"/>
            </w:pPr>
          </w:p>
        </w:tc>
      </w:tr>
      <w:tr>
        <w:trPr>
          <w:cantSplit/>
        </w:trPr>
        <w:tc>
          <w:tcPr>
            <w:tcW w:type="dxa" w:w="1037"/>
          </w:tcPr>
          <w:p>
            <w:pPr>
              <w:spacing w:after="0"/>
              <w:jc w:val="left"/>
            </w:pPr>
            <w:r>
              <w:rPr>
                <w:sz w:val="16"/>
              </w:rPr>
              <w:t>Tsunami</w:t>
            </w:r>
          </w:p>
        </w:tc>
        <w:tc>
          <w:tcPr>
            <w:tcW w:type="dxa" w:w="842"/>
          </w:tcPr>
          <w:p>
            <w:pPr>
              <w:spacing w:after="0"/>
              <w:jc w:val="right"/>
            </w:pPr>
            <w:r>
              <w:rPr>
                <w:sz w:val="16"/>
              </w:rPr>
              <w:t>0 of 30</w:t>
            </w:r>
          </w:p>
        </w:tc>
        <w:tc>
          <w:tcPr>
            <w:tcW w:type="dxa" w:w="872"/>
          </w:tcPr>
          <w:p>
            <w:pPr>
              <w:spacing w:after="0"/>
              <w:jc w:val="right"/>
            </w:pPr>
          </w:p>
        </w:tc>
        <w:tc>
          <w:tcPr>
            <w:tcW w:type="dxa" w:w="680"/>
          </w:tcPr>
          <w:p>
            <w:pPr>
              <w:spacing w:after="0"/>
              <w:jc w:val="right"/>
            </w:pPr>
          </w:p>
        </w:tc>
        <w:tc>
          <w:tcPr>
            <w:tcW w:type="dxa" w:w="648"/>
          </w:tcPr>
          <w:p>
            <w:pPr>
              <w:spacing w:after="0"/>
              <w:jc w:val="right"/>
            </w:pPr>
          </w:p>
        </w:tc>
        <w:tc>
          <w:tcPr>
            <w:tcW w:type="dxa" w:w="3633"/>
          </w:tcPr>
          <w:p>
            <w:pPr>
              <w:spacing w:after="0"/>
              <w:jc w:val="left"/>
            </w:pPr>
            <w:r>
              <w:rPr>
                <w:sz w:val="16"/>
              </w:rPr>
              <w:t>Not Applicable 30</w:t>
            </w:r>
          </w:p>
        </w:tc>
        <w:tc>
          <w:tcPr>
            <w:tcW w:type="dxa" w:w="6401"/>
          </w:tcPr>
          <w:p>
            <w:pPr>
              <w:spacing w:after="0"/>
              <w:jc w:val="left"/>
            </w:pPr>
          </w:p>
        </w:tc>
      </w:tr>
      <w:tr>
        <w:trPr>
          <w:cantSplit/>
        </w:trPr>
        <w:tc>
          <w:tcPr>
            <w:tcW w:type="dxa" w:w="1037"/>
          </w:tcPr>
          <w:p>
            <w:pPr>
              <w:spacing w:after="0"/>
              <w:jc w:val="left"/>
            </w:pPr>
            <w:r>
              <w:rPr>
                <w:sz w:val="16"/>
              </w:rPr>
              <w:t>Volcanic Activity</w:t>
            </w:r>
          </w:p>
        </w:tc>
        <w:tc>
          <w:tcPr>
            <w:tcW w:type="dxa" w:w="842"/>
          </w:tcPr>
          <w:p>
            <w:pPr>
              <w:spacing w:after="0"/>
              <w:jc w:val="right"/>
            </w:pPr>
            <w:r>
              <w:rPr>
                <w:sz w:val="16"/>
              </w:rPr>
              <w:t>0 of 30</w:t>
            </w:r>
          </w:p>
        </w:tc>
        <w:tc>
          <w:tcPr>
            <w:tcW w:type="dxa" w:w="872"/>
          </w:tcPr>
          <w:p>
            <w:pPr>
              <w:spacing w:after="0"/>
              <w:jc w:val="right"/>
            </w:pPr>
          </w:p>
        </w:tc>
        <w:tc>
          <w:tcPr>
            <w:tcW w:type="dxa" w:w="680"/>
          </w:tcPr>
          <w:p>
            <w:pPr>
              <w:spacing w:after="0"/>
              <w:jc w:val="right"/>
            </w:pPr>
          </w:p>
        </w:tc>
        <w:tc>
          <w:tcPr>
            <w:tcW w:type="dxa" w:w="648"/>
          </w:tcPr>
          <w:p>
            <w:pPr>
              <w:spacing w:after="0"/>
              <w:jc w:val="right"/>
            </w:pPr>
          </w:p>
        </w:tc>
        <w:tc>
          <w:tcPr>
            <w:tcW w:type="dxa" w:w="3633"/>
          </w:tcPr>
          <w:p>
            <w:pPr>
              <w:spacing w:after="0"/>
              <w:jc w:val="left"/>
            </w:pPr>
            <w:r>
              <w:rPr>
                <w:sz w:val="16"/>
              </w:rPr>
              <w:t>Not Applicable 30</w:t>
            </w:r>
          </w:p>
        </w:tc>
        <w:tc>
          <w:tcPr>
            <w:tcW w:type="dxa" w:w="6401"/>
          </w:tcPr>
          <w:p>
            <w:pPr>
              <w:spacing w:after="0"/>
              <w:jc w:val="left"/>
            </w:pPr>
          </w:p>
        </w:tc>
      </w:tr>
      <w:tr>
        <w:trPr>
          <w:cantSplit/>
        </w:trPr>
        <w:tc>
          <w:tcPr>
            <w:tcW w:type="dxa" w:w="1037"/>
          </w:tcPr>
          <w:p>
            <w:pPr>
              <w:spacing w:after="0"/>
              <w:jc w:val="left"/>
            </w:pPr>
            <w:r>
              <w:rPr>
                <w:sz w:val="16"/>
              </w:rPr>
              <w:t>Wildfire</w:t>
            </w:r>
          </w:p>
        </w:tc>
        <w:tc>
          <w:tcPr>
            <w:tcW w:type="dxa" w:w="842"/>
          </w:tcPr>
          <w:p>
            <w:pPr>
              <w:spacing w:after="0"/>
              <w:jc w:val="right"/>
            </w:pPr>
            <w:r>
              <w:rPr>
                <w:sz w:val="16"/>
              </w:rPr>
              <w:t>28 of 30</w:t>
            </w:r>
          </w:p>
        </w:tc>
        <w:tc>
          <w:tcPr>
            <w:tcW w:type="dxa" w:w="872"/>
          </w:tcPr>
          <w:p>
            <w:pPr>
              <w:spacing w:after="0"/>
              <w:jc w:val="right"/>
            </w:pPr>
            <w:r>
              <w:rPr>
                <w:sz w:val="16"/>
              </w:rPr>
              <w:t>35.9</w:t>
            </w:r>
          </w:p>
        </w:tc>
        <w:tc>
          <w:tcPr>
            <w:tcW w:type="dxa" w:w="680"/>
          </w:tcPr>
          <w:p>
            <w:pPr>
              <w:spacing w:after="0"/>
              <w:jc w:val="right"/>
            </w:pPr>
            <w:r>
              <w:rPr>
                <w:sz w:val="16"/>
              </w:rPr>
              <w:t>78.5</w:t>
            </w:r>
          </w:p>
        </w:tc>
        <w:tc>
          <w:tcPr>
            <w:tcW w:type="dxa" w:w="648"/>
          </w:tcPr>
          <w:p>
            <w:pPr>
              <w:spacing w:after="0"/>
              <w:jc w:val="right"/>
            </w:pPr>
            <w:r>
              <w:rPr>
                <w:sz w:val="16"/>
              </w:rPr>
              <w:t>89.8</w:t>
            </w:r>
          </w:p>
        </w:tc>
        <w:tc>
          <w:tcPr>
            <w:tcW w:type="dxa" w:w="3633"/>
          </w:tcPr>
          <w:p>
            <w:pPr>
              <w:spacing w:after="0"/>
              <w:jc w:val="left"/>
            </w:pPr>
            <w:r>
              <w:rPr>
                <w:sz w:val="16"/>
              </w:rPr>
              <w:t>Relatively Moderate 1, Relatively Low 17, Very Low 10, No Rating 2</w:t>
            </w:r>
          </w:p>
        </w:tc>
        <w:tc>
          <w:tcPr>
            <w:tcW w:type="dxa" w:w="6401"/>
          </w:tcPr>
          <w:p>
            <w:pPr>
              <w:spacing w:after="0"/>
              <w:jc w:val="left"/>
            </w:pPr>
          </w:p>
        </w:tc>
      </w:tr>
      <w:tr>
        <w:trPr>
          <w:cantSplit/>
        </w:trPr>
        <w:tc>
          <w:tcPr>
            <w:tcW w:type="dxa" w:w="1037"/>
          </w:tcPr>
          <w:p>
            <w:pPr>
              <w:spacing w:after="0"/>
              <w:jc w:val="left"/>
            </w:pPr>
            <w:r>
              <w:rPr>
                <w:sz w:val="16"/>
              </w:rPr>
              <w:t>Winter Weather</w:t>
            </w:r>
          </w:p>
        </w:tc>
        <w:tc>
          <w:tcPr>
            <w:tcW w:type="dxa" w:w="842"/>
          </w:tcPr>
          <w:p>
            <w:pPr>
              <w:spacing w:after="0"/>
              <w:jc w:val="right"/>
            </w:pPr>
            <w:r>
              <w:rPr>
                <w:sz w:val="16"/>
              </w:rPr>
              <w:t>30 of 30</w:t>
            </w:r>
          </w:p>
        </w:tc>
        <w:tc>
          <w:tcPr>
            <w:tcW w:type="dxa" w:w="872"/>
          </w:tcPr>
          <w:p>
            <w:pPr>
              <w:spacing w:after="0"/>
              <w:jc w:val="right"/>
            </w:pPr>
            <w:r>
              <w:rPr>
                <w:sz w:val="16"/>
              </w:rPr>
              <w:t>69.6</w:t>
            </w:r>
          </w:p>
        </w:tc>
        <w:tc>
          <w:tcPr>
            <w:tcW w:type="dxa" w:w="680"/>
          </w:tcPr>
          <w:p>
            <w:pPr>
              <w:spacing w:after="0"/>
              <w:jc w:val="right"/>
            </w:pPr>
            <w:r>
              <w:rPr>
                <w:sz w:val="16"/>
              </w:rPr>
              <w:t>88.0</w:t>
            </w:r>
          </w:p>
        </w:tc>
        <w:tc>
          <w:tcPr>
            <w:tcW w:type="dxa" w:w="648"/>
          </w:tcPr>
          <w:p>
            <w:pPr>
              <w:spacing w:after="0"/>
              <w:jc w:val="right"/>
            </w:pPr>
            <w:r>
              <w:rPr>
                <w:sz w:val="16"/>
              </w:rPr>
              <w:t>94.3</w:t>
            </w:r>
          </w:p>
        </w:tc>
        <w:tc>
          <w:tcPr>
            <w:tcW w:type="dxa" w:w="3633"/>
          </w:tcPr>
          <w:p>
            <w:pPr>
              <w:spacing w:after="0"/>
              <w:jc w:val="left"/>
            </w:pPr>
            <w:r>
              <w:rPr>
                <w:sz w:val="16"/>
              </w:rPr>
              <w:t>Relatively High 24, Relatively Moderate 6</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07"/>
        <w:gridCol w:w="702"/>
        <w:gridCol w:w="2729"/>
        <w:gridCol w:w="2268"/>
        <w:gridCol w:w="1531"/>
        <w:gridCol w:w="1863"/>
        <w:gridCol w:w="3213"/>
      </w:tblGrid>
      <w:tr>
        <w:trPr>
          <w:cantSplit/>
          <w:tblHeader/>
        </w:trPr>
        <w:tc>
          <w:tcPr>
            <w:tcW w:type="dxa" w:w="1807"/>
            <w:shd w:val="clear" w:color="auto" w:fill="E8E8E8"/>
          </w:tcPr>
          <w:p>
            <w:pPr>
              <w:spacing w:after="0"/>
              <w:jc w:val="left"/>
            </w:pPr>
            <w:r>
              <w:rPr>
                <w:b/>
                <w:sz w:val="16"/>
              </w:rPr>
              <w:t>Member</w:t>
            </w:r>
          </w:p>
        </w:tc>
        <w:tc>
          <w:tcPr>
            <w:tcW w:type="dxa" w:w="702"/>
            <w:shd w:val="clear" w:color="auto" w:fill="E8E8E8"/>
          </w:tcPr>
          <w:p>
            <w:pPr>
              <w:spacing w:after="0"/>
              <w:jc w:val="left"/>
            </w:pPr>
            <w:r>
              <w:rPr>
                <w:b/>
                <w:sz w:val="16"/>
              </w:rPr>
              <w:t>Type</w:t>
            </w:r>
          </w:p>
        </w:tc>
        <w:tc>
          <w:tcPr>
            <w:tcW w:type="dxa" w:w="2729"/>
            <w:shd w:val="clear" w:color="auto" w:fill="E8E8E8"/>
          </w:tcPr>
          <w:p>
            <w:pPr>
              <w:spacing w:after="0"/>
              <w:jc w:val="left"/>
            </w:pPr>
            <w:r>
              <w:rPr>
                <w:b/>
                <w:sz w:val="16"/>
              </w:rPr>
              <w:t>Plan status</w:t>
            </w:r>
          </w:p>
        </w:tc>
        <w:tc>
          <w:tcPr>
            <w:tcW w:type="dxa" w:w="226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3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6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213"/>
            <w:shd w:val="clear" w:color="auto" w:fill="E8E8E8"/>
          </w:tcPr>
          <w:p>
            <w:pPr>
              <w:spacing w:after="0"/>
              <w:jc w:val="left"/>
            </w:pPr>
            <w:r>
              <w:rPr>
                <w:b/>
                <w:sz w:val="16"/>
              </w:rPr>
              <w:t>Notes</w:t>
            </w:r>
          </w:p>
        </w:tc>
      </w:tr>
      <w:tr>
        <w:trPr>
          <w:cantSplit/>
        </w:trPr>
        <w:tc>
          <w:tcPr>
            <w:tcW w:type="dxa" w:w="1807"/>
          </w:tcPr>
          <w:p>
            <w:pPr>
              <w:spacing w:after="0"/>
              <w:jc w:val="left"/>
            </w:pPr>
            <w:r>
              <w:rPr>
                <w:sz w:val="16"/>
              </w:rPr>
              <w:t>Garland County</w:t>
            </w:r>
          </w:p>
        </w:tc>
        <w:tc>
          <w:tcPr>
            <w:tcW w:type="dxa" w:w="702"/>
          </w:tcPr>
          <w:p>
            <w:pPr>
              <w:spacing w:after="0"/>
              <w:jc w:val="left"/>
            </w:pPr>
            <w:r>
              <w:rPr>
                <w:sz w:val="16"/>
              </w:rPr>
              <w:t>County</w:t>
            </w:r>
          </w:p>
        </w:tc>
        <w:tc>
          <w:tcPr>
            <w:tcW w:type="dxa" w:w="2729"/>
          </w:tcPr>
          <w:p>
            <w:pPr>
              <w:spacing w:after="0"/>
              <w:jc w:val="left"/>
            </w:pPr>
            <w:r>
              <w:rPr>
                <w:sz w:val="16"/>
              </w:rPr>
              <w:t>Approved, expires 2029-02-14</w:t>
            </w:r>
          </w:p>
        </w:tc>
        <w:tc>
          <w:tcPr>
            <w:tcW w:type="dxa" w:w="2268"/>
          </w:tcPr>
          <w:p>
            <w:pPr>
              <w:spacing w:after="0"/>
              <w:jc w:val="right"/>
            </w:pPr>
            <w:r>
              <w:rPr>
                <w:sz w:val="16"/>
              </w:rPr>
              <w:t>FMA RL 0, SRL 1; any 10</w:t>
            </w:r>
          </w:p>
        </w:tc>
        <w:tc>
          <w:tcPr>
            <w:tcW w:type="dxa" w:w="1531"/>
          </w:tcPr>
          <w:p>
            <w:pPr>
              <w:spacing w:after="0"/>
              <w:jc w:val="right"/>
            </w:pPr>
            <w:r>
              <w:rPr>
                <w:sz w:val="16"/>
              </w:rPr>
              <w:t>$4,369,539.64</w:t>
            </w:r>
          </w:p>
        </w:tc>
        <w:tc>
          <w:tcPr>
            <w:tcW w:type="dxa" w:w="1863"/>
          </w:tcPr>
          <w:p>
            <w:pPr>
              <w:spacing w:after="0"/>
              <w:jc w:val="right"/>
            </w:pPr>
            <w:r>
              <w:rPr>
                <w:sz w:val="16"/>
              </w:rPr>
              <w:t>0; 0</w:t>
            </w:r>
          </w:p>
        </w:tc>
        <w:tc>
          <w:tcPr>
            <w:tcW w:type="dxa" w:w="3213"/>
          </w:tcPr>
          <w:p>
            <w:pPr>
              <w:spacing w:after="0"/>
              <w:jc w:val="left"/>
            </w:pPr>
            <w:r>
              <w:rPr>
                <w:sz w:val="16"/>
              </w:rPr>
              <w:t>Includes $138,432.62 for declarations not counted as hazard incidents (DR-4518-AR, EM-3215-AR).</w:t>
            </w:r>
          </w:p>
        </w:tc>
      </w:tr>
      <w:tr>
        <w:trPr>
          <w:cantSplit/>
        </w:trPr>
        <w:tc>
          <w:tcPr>
            <w:tcW w:type="dxa" w:w="1807"/>
          </w:tcPr>
          <w:p>
            <w:pPr>
              <w:spacing w:after="0"/>
              <w:jc w:val="left"/>
            </w:pPr>
            <w:r>
              <w:rPr>
                <w:sz w:val="16"/>
              </w:rPr>
              <w:t>Fountain Lake town</w:t>
            </w:r>
          </w:p>
        </w:tc>
        <w:tc>
          <w:tcPr>
            <w:tcW w:type="dxa" w:w="702"/>
          </w:tcPr>
          <w:p>
            <w:pPr>
              <w:spacing w:after="0"/>
              <w:jc w:val="left"/>
            </w:pPr>
            <w:r>
              <w:rPr>
                <w:sz w:val="16"/>
              </w:rPr>
              <w:t>Town</w:t>
            </w:r>
          </w:p>
        </w:tc>
        <w:tc>
          <w:tcPr>
            <w:tcW w:type="dxa" w:w="2729"/>
          </w:tcPr>
          <w:p>
            <w:pPr>
              <w:spacing w:after="0"/>
              <w:jc w:val="left"/>
            </w:pPr>
            <w:r>
              <w:rPr>
                <w:sz w:val="16"/>
              </w:rPr>
              <w:t>Approved, expires 2029-02-14</w:t>
            </w:r>
          </w:p>
        </w:tc>
        <w:tc>
          <w:tcPr>
            <w:tcW w:type="dxa" w:w="2268"/>
          </w:tcPr>
          <w:p>
            <w:pPr>
              <w:spacing w:after="0"/>
              <w:jc w:val="right"/>
            </w:pPr>
            <w:r>
              <w:rPr>
                <w:sz w:val="16"/>
              </w:rPr>
              <w:t>FMA RL 0, SRL 0; any 0</w:t>
            </w:r>
          </w:p>
        </w:tc>
        <w:tc>
          <w:tcPr>
            <w:tcW w:type="dxa" w:w="1531"/>
          </w:tcPr>
          <w:p>
            <w:pPr>
              <w:spacing w:after="0"/>
              <w:jc w:val="right"/>
            </w:pPr>
            <w:r>
              <w:rPr>
                <w:sz w:val="16"/>
              </w:rPr>
              <w:t>$19,856.33</w:t>
            </w:r>
          </w:p>
        </w:tc>
        <w:tc>
          <w:tcPr>
            <w:tcW w:type="dxa" w:w="1863"/>
          </w:tcPr>
          <w:p>
            <w:pPr>
              <w:spacing w:after="0"/>
              <w:jc w:val="right"/>
            </w:pPr>
            <w:r>
              <w:rPr>
                <w:sz w:val="16"/>
              </w:rPr>
              <w:t>9; 0</w:t>
            </w:r>
          </w:p>
        </w:tc>
        <w:tc>
          <w:tcPr>
            <w:tcW w:type="dxa" w:w="3213"/>
          </w:tcPr>
          <w:p>
            <w:pPr>
              <w:spacing w:after="0"/>
              <w:jc w:val="left"/>
            </w:pPr>
          </w:p>
        </w:tc>
      </w:tr>
      <w:tr>
        <w:trPr>
          <w:cantSplit/>
        </w:trPr>
        <w:tc>
          <w:tcPr>
            <w:tcW w:type="dxa" w:w="1807"/>
          </w:tcPr>
          <w:p>
            <w:pPr>
              <w:spacing w:after="0"/>
              <w:jc w:val="left"/>
            </w:pPr>
            <w:r>
              <w:rPr>
                <w:sz w:val="16"/>
              </w:rPr>
              <w:t>Hot Springs city</w:t>
            </w:r>
          </w:p>
        </w:tc>
        <w:tc>
          <w:tcPr>
            <w:tcW w:type="dxa" w:w="702"/>
          </w:tcPr>
          <w:p>
            <w:pPr>
              <w:spacing w:after="0"/>
              <w:jc w:val="left"/>
            </w:pPr>
            <w:r>
              <w:rPr>
                <w:sz w:val="16"/>
              </w:rPr>
              <w:t>City</w:t>
            </w:r>
          </w:p>
        </w:tc>
        <w:tc>
          <w:tcPr>
            <w:tcW w:type="dxa" w:w="2729"/>
          </w:tcPr>
          <w:p>
            <w:pPr>
              <w:spacing w:after="0"/>
              <w:jc w:val="left"/>
            </w:pPr>
            <w:r>
              <w:rPr>
                <w:sz w:val="16"/>
              </w:rPr>
              <w:t>Approved, expires 2029-02-14</w:t>
            </w:r>
          </w:p>
        </w:tc>
        <w:tc>
          <w:tcPr>
            <w:tcW w:type="dxa" w:w="2268"/>
          </w:tcPr>
          <w:p>
            <w:pPr>
              <w:spacing w:after="0"/>
              <w:jc w:val="right"/>
            </w:pPr>
            <w:r>
              <w:rPr>
                <w:sz w:val="16"/>
              </w:rPr>
              <w:t>FMA RL 0, SRL 3; any 13</w:t>
            </w:r>
          </w:p>
        </w:tc>
        <w:tc>
          <w:tcPr>
            <w:tcW w:type="dxa" w:w="1531"/>
          </w:tcPr>
          <w:p>
            <w:pPr>
              <w:spacing w:after="0"/>
              <w:jc w:val="right"/>
            </w:pPr>
            <w:r>
              <w:rPr>
                <w:sz w:val="16"/>
              </w:rPr>
              <w:t>$579,444.78</w:t>
            </w:r>
          </w:p>
        </w:tc>
        <w:tc>
          <w:tcPr>
            <w:tcW w:type="dxa" w:w="1863"/>
          </w:tcPr>
          <w:p>
            <w:pPr>
              <w:spacing w:after="0"/>
              <w:jc w:val="right"/>
            </w:pPr>
            <w:r>
              <w:rPr>
                <w:sz w:val="16"/>
              </w:rPr>
              <w:t>218; 8</w:t>
            </w:r>
          </w:p>
        </w:tc>
        <w:tc>
          <w:tcPr>
            <w:tcW w:type="dxa" w:w="3213"/>
          </w:tcPr>
          <w:p>
            <w:pPr>
              <w:spacing w:after="0"/>
              <w:jc w:val="left"/>
            </w:pPr>
          </w:p>
        </w:tc>
      </w:tr>
      <w:tr>
        <w:trPr>
          <w:cantSplit/>
        </w:trPr>
        <w:tc>
          <w:tcPr>
            <w:tcW w:type="dxa" w:w="1807"/>
          </w:tcPr>
          <w:p>
            <w:pPr>
              <w:spacing w:after="0"/>
              <w:jc w:val="left"/>
            </w:pPr>
            <w:r>
              <w:rPr>
                <w:sz w:val="16"/>
              </w:rPr>
              <w:t>Mountain Pine city</w:t>
            </w:r>
          </w:p>
        </w:tc>
        <w:tc>
          <w:tcPr>
            <w:tcW w:type="dxa" w:w="702"/>
          </w:tcPr>
          <w:p>
            <w:pPr>
              <w:spacing w:after="0"/>
              <w:jc w:val="left"/>
            </w:pPr>
            <w:r>
              <w:rPr>
                <w:sz w:val="16"/>
              </w:rPr>
              <w:t>City</w:t>
            </w:r>
          </w:p>
        </w:tc>
        <w:tc>
          <w:tcPr>
            <w:tcW w:type="dxa" w:w="2729"/>
          </w:tcPr>
          <w:p>
            <w:pPr>
              <w:spacing w:after="0"/>
              <w:jc w:val="left"/>
            </w:pPr>
            <w:r>
              <w:rPr>
                <w:sz w:val="16"/>
              </w:rPr>
              <w:t>Approved, expires 2029-02-14</w:t>
            </w:r>
          </w:p>
        </w:tc>
        <w:tc>
          <w:tcPr>
            <w:tcW w:type="dxa" w:w="2268"/>
          </w:tcPr>
          <w:p>
            <w:pPr>
              <w:spacing w:after="0"/>
              <w:jc w:val="right"/>
            </w:pPr>
            <w:r>
              <w:rPr>
                <w:sz w:val="16"/>
              </w:rPr>
              <w:t>FMA RL 0, SRL 0; any 0</w:t>
            </w:r>
          </w:p>
        </w:tc>
        <w:tc>
          <w:tcPr>
            <w:tcW w:type="dxa" w:w="1531"/>
          </w:tcPr>
          <w:p>
            <w:pPr>
              <w:spacing w:after="0"/>
              <w:jc w:val="right"/>
            </w:pPr>
            <w:r>
              <w:rPr>
                <w:sz w:val="16"/>
              </w:rPr>
              <w:t>none found</w:t>
            </w:r>
          </w:p>
        </w:tc>
        <w:tc>
          <w:tcPr>
            <w:tcW w:type="dxa" w:w="1863"/>
          </w:tcPr>
          <w:p>
            <w:pPr>
              <w:spacing w:after="0"/>
              <w:jc w:val="right"/>
            </w:pPr>
            <w:r>
              <w:rPr>
                <w:sz w:val="16"/>
              </w:rPr>
              <w:t>32; 0</w:t>
            </w:r>
          </w:p>
        </w:tc>
        <w:tc>
          <w:tcPr>
            <w:tcW w:type="dxa" w:w="32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9"/>
        <w:gridCol w:w="1047"/>
        <w:gridCol w:w="1126"/>
        <w:gridCol w:w="1126"/>
        <w:gridCol w:w="1184"/>
        <w:gridCol w:w="1054"/>
        <w:gridCol w:w="1244"/>
        <w:gridCol w:w="1122"/>
        <w:gridCol w:w="1276"/>
        <w:gridCol w:w="127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5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4"/>
            <w:shd w:val="clear" w:color="auto" w:fill="E8E8E8"/>
          </w:tcPr>
          <w:p>
            <w:pPr>
              <w:spacing w:after="0"/>
              <w:jc w:val="right"/>
            </w:pPr>
            <w:r>
              <w:rPr>
                <w:b/>
                <w:sz w:val="16"/>
              </w:rPr>
              <w:t>Storm Events damage since 2024-02-15</w:t>
            </w:r>
          </w:p>
          <w:p>
            <w:pPr>
              <w:spacing w:after="0"/>
              <w:jc w:val="right"/>
            </w:pPr>
            <w:r>
              <w:rPr>
                <w:i/>
                <w:color w:val="555555"/>
                <w:sz w:val="14"/>
              </w:rPr>
              <w:t>county-coded records, property plus crops, nominal dollars</w:t>
            </w:r>
          </w:p>
        </w:tc>
        <w:tc>
          <w:tcPr>
            <w:tcW w:type="dxa" w:w="112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7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9"/>
          </w:tcPr>
          <w:p>
            <w:pPr>
              <w:spacing w:after="0"/>
              <w:jc w:val="right"/>
            </w:pPr>
          </w:p>
        </w:tc>
        <w:tc>
          <w:tcPr>
            <w:tcW w:type="dxa" w:w="1047"/>
          </w:tcPr>
          <w:p>
            <w:pPr>
              <w:spacing w:after="0"/>
              <w:jc w:val="right"/>
            </w:pPr>
          </w:p>
        </w:tc>
        <w:tc>
          <w:tcPr>
            <w:tcW w:type="dxa" w:w="1126"/>
          </w:tcPr>
          <w:p>
            <w:pPr>
              <w:spacing w:after="0"/>
              <w:jc w:val="right"/>
            </w:pPr>
          </w:p>
        </w:tc>
        <w:tc>
          <w:tcPr>
            <w:tcW w:type="dxa" w:w="1126"/>
          </w:tcPr>
          <w:p>
            <w:pPr>
              <w:spacing w:after="0"/>
              <w:jc w:val="right"/>
            </w:pPr>
          </w:p>
        </w:tc>
        <w:tc>
          <w:tcPr>
            <w:tcW w:type="dxa" w:w="1184"/>
          </w:tcPr>
          <w:p>
            <w:pPr>
              <w:spacing w:after="0"/>
              <w:jc w:val="right"/>
            </w:pPr>
          </w:p>
        </w:tc>
        <w:tc>
          <w:tcPr>
            <w:tcW w:type="dxa" w:w="1054"/>
          </w:tcPr>
          <w:p>
            <w:pPr>
              <w:spacing w:after="0"/>
              <w:jc w:val="right"/>
            </w:pP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9"/>
          </w:tcPr>
          <w:p>
            <w:pPr>
              <w:spacing w:after="0"/>
              <w:jc w:val="right"/>
            </w:pPr>
          </w:p>
        </w:tc>
        <w:tc>
          <w:tcPr>
            <w:tcW w:type="dxa" w:w="1047"/>
          </w:tcPr>
          <w:p>
            <w:pPr>
              <w:spacing w:after="0"/>
              <w:jc w:val="right"/>
            </w:pPr>
          </w:p>
        </w:tc>
        <w:tc>
          <w:tcPr>
            <w:tcW w:type="dxa" w:w="1126"/>
          </w:tcPr>
          <w:p>
            <w:pPr>
              <w:spacing w:after="0"/>
              <w:jc w:val="right"/>
            </w:pPr>
          </w:p>
        </w:tc>
        <w:tc>
          <w:tcPr>
            <w:tcW w:type="dxa" w:w="1126"/>
          </w:tcPr>
          <w:p>
            <w:pPr>
              <w:spacing w:after="0"/>
              <w:jc w:val="right"/>
            </w:pPr>
          </w:p>
        </w:tc>
        <w:tc>
          <w:tcPr>
            <w:tcW w:type="dxa" w:w="1184"/>
          </w:tcPr>
          <w:p>
            <w:pPr>
              <w:spacing w:after="0"/>
              <w:jc w:val="right"/>
            </w:pPr>
          </w:p>
        </w:tc>
        <w:tc>
          <w:tcPr>
            <w:tcW w:type="dxa" w:w="1054"/>
          </w:tcPr>
          <w:p>
            <w:pPr>
              <w:spacing w:after="0"/>
              <w:jc w:val="right"/>
            </w:pP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$22,280,182,181</w:t>
            </w:r>
          </w:p>
        </w:tc>
        <w:tc>
          <w:tcPr>
            <w:tcW w:type="dxa" w:w="1139"/>
          </w:tcPr>
          <w:p>
            <w:pPr>
              <w:spacing w:after="0"/>
              <w:jc w:val="right"/>
            </w:pPr>
            <w:r>
              <w:rPr>
                <w:sz w:val="16"/>
              </w:rPr>
              <w:t>$12,868,888</w:t>
            </w:r>
          </w:p>
        </w:tc>
        <w:tc>
          <w:tcPr>
            <w:tcW w:type="dxa" w:w="1047"/>
          </w:tcPr>
          <w:p>
            <w:pPr>
              <w:spacing w:after="0"/>
              <w:jc w:val="right"/>
            </w:pPr>
            <w:r>
              <w:rPr>
                <w:sz w:val="16"/>
              </w:rPr>
              <w:t>100,056</w:t>
            </w:r>
          </w:p>
        </w:tc>
        <w:tc>
          <w:tcPr>
            <w:tcW w:type="dxa" w:w="1126"/>
          </w:tcPr>
          <w:p>
            <w:pPr>
              <w:spacing w:after="0"/>
              <w:jc w:val="right"/>
            </w:pPr>
            <w:r>
              <w:rPr>
                <w:sz w:val="16"/>
              </w:rPr>
              <w:t>$32,122</w:t>
            </w:r>
          </w:p>
        </w:tc>
        <w:tc>
          <w:tcPr>
            <w:tcW w:type="dxa" w:w="1126"/>
          </w:tcPr>
          <w:p>
            <w:pPr>
              <w:spacing w:after="0"/>
              <w:jc w:val="right"/>
            </w:pPr>
            <w:r>
              <w:rPr>
                <w:sz w:val="16"/>
              </w:rPr>
              <w:t>$33</w:t>
            </w:r>
          </w:p>
        </w:tc>
        <w:tc>
          <w:tcPr>
            <w:tcW w:type="dxa" w:w="1184"/>
          </w:tcPr>
          <w:p>
            <w:pPr>
              <w:spacing w:after="0"/>
              <w:jc w:val="right"/>
            </w:pPr>
            <w:r>
              <w:rPr>
                <w:sz w:val="16"/>
              </w:rPr>
              <w:t>$542,457</w:t>
            </w:r>
          </w:p>
        </w:tc>
        <w:tc>
          <w:tcPr>
            <w:tcW w:type="dxa" w:w="1054"/>
          </w:tcPr>
          <w:p>
            <w:pPr>
              <w:spacing w:after="0"/>
              <w:jc w:val="right"/>
            </w:pPr>
            <w:r>
              <w:rPr>
                <w:sz w:val="16"/>
              </w:rPr>
              <w:t>0.000144%</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9"/>
          </w:tcPr>
          <w:p>
            <w:pPr>
              <w:spacing w:after="0"/>
              <w:jc w:val="right"/>
            </w:pPr>
            <w:r>
              <w:rPr>
                <w:sz w:val="16"/>
              </w:rPr>
              <w:t>$0</w:t>
            </w:r>
          </w:p>
        </w:tc>
        <w:tc>
          <w:tcPr>
            <w:tcW w:type="dxa" w:w="1047"/>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184"/>
          </w:tcPr>
          <w:p>
            <w:pPr>
              <w:spacing w:after="0"/>
              <w:jc w:val="right"/>
            </w:pPr>
          </w:p>
        </w:tc>
        <w:tc>
          <w:tcPr>
            <w:tcW w:type="dxa" w:w="1054"/>
          </w:tcPr>
          <w:p>
            <w:pPr>
              <w:spacing w:after="0"/>
              <w:jc w:val="right"/>
            </w:pP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$40,528,715,327</w:t>
            </w:r>
          </w:p>
        </w:tc>
        <w:tc>
          <w:tcPr>
            <w:tcW w:type="dxa" w:w="1139"/>
          </w:tcPr>
          <w:p>
            <w:pPr>
              <w:spacing w:after="0"/>
              <w:jc w:val="right"/>
            </w:pPr>
          </w:p>
        </w:tc>
        <w:tc>
          <w:tcPr>
            <w:tcW w:type="dxa" w:w="1047"/>
          </w:tcPr>
          <w:p>
            <w:pPr>
              <w:spacing w:after="0"/>
              <w:jc w:val="right"/>
            </w:pPr>
            <w:r>
              <w:rPr>
                <w:sz w:val="16"/>
              </w:rPr>
              <w:t>100,180</w:t>
            </w:r>
          </w:p>
        </w:tc>
        <w:tc>
          <w:tcPr>
            <w:tcW w:type="dxa" w:w="1126"/>
          </w:tcPr>
          <w:p>
            <w:pPr>
              <w:spacing w:after="0"/>
              <w:jc w:val="right"/>
            </w:pPr>
            <w:r>
              <w:rPr>
                <w:sz w:val="16"/>
              </w:rPr>
              <w:t>$2,358,842</w:t>
            </w:r>
          </w:p>
        </w:tc>
        <w:tc>
          <w:tcPr>
            <w:tcW w:type="dxa" w:w="1126"/>
          </w:tcPr>
          <w:p>
            <w:pPr>
              <w:spacing w:after="0"/>
              <w:jc w:val="right"/>
            </w:pPr>
          </w:p>
        </w:tc>
        <w:tc>
          <w:tcPr>
            <w:tcW w:type="dxa" w:w="1184"/>
          </w:tcPr>
          <w:p>
            <w:pPr>
              <w:spacing w:after="0"/>
              <w:jc w:val="right"/>
            </w:pPr>
            <w:r>
              <w:rPr>
                <w:sz w:val="16"/>
              </w:rPr>
              <w:t>$934,614</w:t>
            </w:r>
          </w:p>
        </w:tc>
        <w:tc>
          <w:tcPr>
            <w:tcW w:type="dxa" w:w="1054"/>
          </w:tcPr>
          <w:p>
            <w:pPr>
              <w:spacing w:after="0"/>
              <w:jc w:val="right"/>
            </w:pPr>
            <w:r>
              <w:rPr>
                <w:sz w:val="16"/>
              </w:rPr>
              <w:t>0.00582%</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$22,280,182,181</w:t>
            </w:r>
          </w:p>
        </w:tc>
        <w:tc>
          <w:tcPr>
            <w:tcW w:type="dxa" w:w="1139"/>
          </w:tcPr>
          <w:p>
            <w:pPr>
              <w:spacing w:after="0"/>
              <w:jc w:val="right"/>
            </w:pPr>
            <w:r>
              <w:rPr>
                <w:sz w:val="16"/>
              </w:rPr>
              <w:t>$12,868,888</w:t>
            </w:r>
          </w:p>
        </w:tc>
        <w:tc>
          <w:tcPr>
            <w:tcW w:type="dxa" w:w="1047"/>
          </w:tcPr>
          <w:p>
            <w:pPr>
              <w:spacing w:after="0"/>
              <w:jc w:val="right"/>
            </w:pPr>
            <w:r>
              <w:rPr>
                <w:sz w:val="16"/>
              </w:rPr>
              <w:t>100,056</w:t>
            </w:r>
          </w:p>
        </w:tc>
        <w:tc>
          <w:tcPr>
            <w:tcW w:type="dxa" w:w="1126"/>
          </w:tcPr>
          <w:p>
            <w:pPr>
              <w:spacing w:after="0"/>
              <w:jc w:val="right"/>
            </w:pPr>
            <w:r>
              <w:rPr>
                <w:sz w:val="16"/>
              </w:rPr>
              <w:t>$2,203,416</w:t>
            </w:r>
          </w:p>
        </w:tc>
        <w:tc>
          <w:tcPr>
            <w:tcW w:type="dxa" w:w="1126"/>
          </w:tcPr>
          <w:p>
            <w:pPr>
              <w:spacing w:after="0"/>
              <w:jc w:val="right"/>
            </w:pPr>
            <w:r>
              <w:rPr>
                <w:sz w:val="16"/>
              </w:rPr>
              <w:t>$8,541</w:t>
            </w:r>
          </w:p>
        </w:tc>
        <w:tc>
          <w:tcPr>
            <w:tcW w:type="dxa" w:w="1184"/>
          </w:tcPr>
          <w:p>
            <w:pPr>
              <w:spacing w:after="0"/>
              <w:jc w:val="right"/>
            </w:pPr>
            <w:r>
              <w:rPr>
                <w:sz w:val="16"/>
              </w:rPr>
              <w:t>$64,506</w:t>
            </w:r>
          </w:p>
        </w:tc>
        <w:tc>
          <w:tcPr>
            <w:tcW w:type="dxa" w:w="1054"/>
          </w:tcPr>
          <w:p>
            <w:pPr>
              <w:spacing w:after="0"/>
              <w:jc w:val="right"/>
            </w:pPr>
            <w:r>
              <w:rPr>
                <w:sz w:val="16"/>
              </w:rPr>
              <w:t>0.00989%</w:t>
            </w:r>
          </w:p>
        </w:tc>
        <w:tc>
          <w:tcPr>
            <w:tcW w:type="dxa" w:w="1244"/>
          </w:tcPr>
          <w:p>
            <w:pPr>
              <w:spacing w:after="0"/>
              <w:jc w:val="right"/>
            </w:pPr>
            <w:r>
              <w:rPr>
                <w:sz w:val="16"/>
              </w:rPr>
              <w:t>$0</w:t>
            </w: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$22,280,182,181</w:t>
            </w:r>
          </w:p>
        </w:tc>
        <w:tc>
          <w:tcPr>
            <w:tcW w:type="dxa" w:w="1139"/>
          </w:tcPr>
          <w:p>
            <w:pPr>
              <w:spacing w:after="0"/>
              <w:jc w:val="right"/>
            </w:pPr>
            <w:r>
              <w:rPr>
                <w:sz w:val="16"/>
              </w:rPr>
              <w:t>$12,868,888</w:t>
            </w:r>
          </w:p>
        </w:tc>
        <w:tc>
          <w:tcPr>
            <w:tcW w:type="dxa" w:w="1047"/>
          </w:tcPr>
          <w:p>
            <w:pPr>
              <w:spacing w:after="0"/>
              <w:jc w:val="right"/>
            </w:pPr>
            <w:r>
              <w:rPr>
                <w:sz w:val="16"/>
              </w:rPr>
              <w:t>100,056</w:t>
            </w:r>
          </w:p>
        </w:tc>
        <w:tc>
          <w:tcPr>
            <w:tcW w:type="dxa" w:w="1126"/>
          </w:tcPr>
          <w:p>
            <w:pPr>
              <w:spacing w:after="0"/>
              <w:jc w:val="right"/>
            </w:pPr>
            <w:r>
              <w:rPr>
                <w:sz w:val="16"/>
              </w:rPr>
              <w:t>$261</w:t>
            </w:r>
          </w:p>
        </w:tc>
        <w:tc>
          <w:tcPr>
            <w:tcW w:type="dxa" w:w="1126"/>
          </w:tcPr>
          <w:p>
            <w:pPr>
              <w:spacing w:after="0"/>
              <w:jc w:val="right"/>
            </w:pPr>
            <w:r>
              <w:rPr>
                <w:sz w:val="16"/>
              </w:rPr>
              <w:t>$60</w:t>
            </w:r>
          </w:p>
        </w:tc>
        <w:tc>
          <w:tcPr>
            <w:tcW w:type="dxa" w:w="1184"/>
          </w:tcPr>
          <w:p>
            <w:pPr>
              <w:spacing w:after="0"/>
              <w:jc w:val="right"/>
            </w:pPr>
            <w:r>
              <w:rPr>
                <w:sz w:val="16"/>
              </w:rPr>
              <w:t>$3,459,707</w:t>
            </w:r>
          </w:p>
        </w:tc>
        <w:tc>
          <w:tcPr>
            <w:tcW w:type="dxa" w:w="1054"/>
          </w:tcPr>
          <w:p>
            <w:pPr>
              <w:spacing w:after="0"/>
              <w:jc w:val="right"/>
            </w:pPr>
            <w:r>
              <w:rPr>
                <w:sz w:val="16"/>
              </w:rPr>
              <w:t>under 0.0001%</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$22,280,182,181</w:t>
            </w:r>
          </w:p>
        </w:tc>
        <w:tc>
          <w:tcPr>
            <w:tcW w:type="dxa" w:w="1139"/>
          </w:tcPr>
          <w:p>
            <w:pPr>
              <w:spacing w:after="0"/>
              <w:jc w:val="right"/>
            </w:pPr>
            <w:r>
              <w:rPr>
                <w:sz w:val="16"/>
              </w:rPr>
              <w:t>$12,843,311</w:t>
            </w:r>
          </w:p>
        </w:tc>
        <w:tc>
          <w:tcPr>
            <w:tcW w:type="dxa" w:w="1047"/>
          </w:tcPr>
          <w:p>
            <w:pPr>
              <w:spacing w:after="0"/>
              <w:jc w:val="right"/>
            </w:pPr>
            <w:r>
              <w:rPr>
                <w:sz w:val="16"/>
              </w:rPr>
              <w:t>100,056</w:t>
            </w:r>
          </w:p>
        </w:tc>
        <w:tc>
          <w:tcPr>
            <w:tcW w:type="dxa" w:w="1126"/>
          </w:tcPr>
          <w:p>
            <w:pPr>
              <w:spacing w:after="0"/>
              <w:jc w:val="right"/>
            </w:pPr>
            <w:r>
              <w:rPr>
                <w:sz w:val="16"/>
              </w:rPr>
              <w:t>$172,732</w:t>
            </w:r>
          </w:p>
        </w:tc>
        <w:tc>
          <w:tcPr>
            <w:tcW w:type="dxa" w:w="1126"/>
          </w:tcPr>
          <w:p>
            <w:pPr>
              <w:spacing w:after="0"/>
              <w:jc w:val="right"/>
            </w:pPr>
            <w:r>
              <w:rPr>
                <w:sz w:val="16"/>
              </w:rPr>
              <w:t>$3,280</w:t>
            </w:r>
          </w:p>
        </w:tc>
        <w:tc>
          <w:tcPr>
            <w:tcW w:type="dxa" w:w="1184"/>
          </w:tcPr>
          <w:p>
            <w:pPr>
              <w:spacing w:after="0"/>
              <w:jc w:val="right"/>
            </w:pPr>
            <w:r>
              <w:rPr>
                <w:sz w:val="16"/>
              </w:rPr>
              <w:t>$5,567</w:t>
            </w:r>
          </w:p>
        </w:tc>
        <w:tc>
          <w:tcPr>
            <w:tcW w:type="dxa" w:w="1054"/>
          </w:tcPr>
          <w:p>
            <w:pPr>
              <w:spacing w:after="0"/>
              <w:jc w:val="right"/>
            </w:pPr>
            <w:r>
              <w:rPr>
                <w:sz w:val="16"/>
              </w:rPr>
              <w:t>0.000775%</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$22,272,838,217</w:t>
            </w:r>
          </w:p>
        </w:tc>
        <w:tc>
          <w:tcPr>
            <w:tcW w:type="dxa" w:w="1139"/>
          </w:tcPr>
          <w:p>
            <w:pPr>
              <w:spacing w:after="0"/>
              <w:jc w:val="right"/>
            </w:pPr>
          </w:p>
        </w:tc>
        <w:tc>
          <w:tcPr>
            <w:tcW w:type="dxa" w:w="1047"/>
          </w:tcPr>
          <w:p>
            <w:pPr>
              <w:spacing w:after="0"/>
              <w:jc w:val="right"/>
            </w:pPr>
            <w:r>
              <w:rPr>
                <w:sz w:val="16"/>
              </w:rPr>
              <w:t>99,974</w:t>
            </w:r>
          </w:p>
        </w:tc>
        <w:tc>
          <w:tcPr>
            <w:tcW w:type="dxa" w:w="1126"/>
          </w:tcPr>
          <w:p>
            <w:pPr>
              <w:spacing w:after="0"/>
              <w:jc w:val="right"/>
            </w:pPr>
            <w:r>
              <w:rPr>
                <w:sz w:val="16"/>
              </w:rPr>
              <w:t>$3,426,662</w:t>
            </w:r>
          </w:p>
        </w:tc>
        <w:tc>
          <w:tcPr>
            <w:tcW w:type="dxa" w:w="1126"/>
          </w:tcPr>
          <w:p>
            <w:pPr>
              <w:spacing w:after="0"/>
              <w:jc w:val="right"/>
            </w:pPr>
          </w:p>
        </w:tc>
        <w:tc>
          <w:tcPr>
            <w:tcW w:type="dxa" w:w="1184"/>
          </w:tcPr>
          <w:p>
            <w:pPr>
              <w:spacing w:after="0"/>
              <w:jc w:val="right"/>
            </w:pPr>
            <w:r>
              <w:rPr>
                <w:sz w:val="16"/>
              </w:rPr>
              <w:t>$226,738</w:t>
            </w:r>
          </w:p>
        </w:tc>
        <w:tc>
          <w:tcPr>
            <w:tcW w:type="dxa" w:w="1054"/>
          </w:tcPr>
          <w:p>
            <w:pPr>
              <w:spacing w:after="0"/>
              <w:jc w:val="right"/>
            </w:pPr>
            <w:r>
              <w:rPr>
                <w:sz w:val="16"/>
              </w:rPr>
              <w:t>0.0154%</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$22,159,008,181</w:t>
            </w:r>
          </w:p>
        </w:tc>
        <w:tc>
          <w:tcPr>
            <w:tcW w:type="dxa" w:w="1139"/>
          </w:tcPr>
          <w:p>
            <w:pPr>
              <w:spacing w:after="0"/>
              <w:jc w:val="right"/>
            </w:pPr>
            <w:r>
              <w:rPr>
                <w:sz w:val="16"/>
              </w:rPr>
              <w:t>$1,164,245</w:t>
            </w:r>
          </w:p>
        </w:tc>
        <w:tc>
          <w:tcPr>
            <w:tcW w:type="dxa" w:w="1047"/>
          </w:tcPr>
          <w:p>
            <w:pPr>
              <w:spacing w:after="0"/>
              <w:jc w:val="right"/>
            </w:pPr>
            <w:r>
              <w:rPr>
                <w:sz w:val="16"/>
              </w:rPr>
              <w:t>3,967</w:t>
            </w:r>
          </w:p>
        </w:tc>
        <w:tc>
          <w:tcPr>
            <w:tcW w:type="dxa" w:w="1126"/>
          </w:tcPr>
          <w:p>
            <w:pPr>
              <w:spacing w:after="0"/>
              <w:jc w:val="right"/>
            </w:pPr>
            <w:r>
              <w:rPr>
                <w:sz w:val="16"/>
              </w:rPr>
              <w:t>$27,390,665</w:t>
            </w:r>
          </w:p>
        </w:tc>
        <w:tc>
          <w:tcPr>
            <w:tcW w:type="dxa" w:w="1126"/>
          </w:tcPr>
          <w:p>
            <w:pPr>
              <w:spacing w:after="0"/>
              <w:jc w:val="right"/>
            </w:pPr>
            <w:r>
              <w:rPr>
                <w:sz w:val="16"/>
              </w:rPr>
              <w:t>$45,619</w:t>
            </w:r>
          </w:p>
        </w:tc>
        <w:tc>
          <w:tcPr>
            <w:tcW w:type="dxa" w:w="1184"/>
          </w:tcPr>
          <w:p>
            <w:pPr>
              <w:spacing w:after="0"/>
              <w:jc w:val="right"/>
            </w:pPr>
            <w:r>
              <w:rPr>
                <w:sz w:val="16"/>
              </w:rPr>
              <w:t>$566,065</w:t>
            </w:r>
          </w:p>
        </w:tc>
        <w:tc>
          <w:tcPr>
            <w:tcW w:type="dxa" w:w="1054"/>
          </w:tcPr>
          <w:p>
            <w:pPr>
              <w:spacing w:after="0"/>
              <w:jc w:val="right"/>
            </w:pPr>
            <w:r>
              <w:rPr>
                <w:sz w:val="16"/>
              </w:rPr>
              <w:t>n/a (see note)</w:t>
            </w:r>
          </w:p>
        </w:tc>
        <w:tc>
          <w:tcPr>
            <w:tcW w:type="dxa" w:w="1244"/>
          </w:tcPr>
          <w:p>
            <w:pPr>
              <w:spacing w:after="0"/>
              <w:jc w:val="right"/>
            </w:pPr>
            <w:r>
              <w:rPr>
                <w:sz w:val="16"/>
              </w:rPr>
              <w:t>$0</w:t>
            </w:r>
          </w:p>
        </w:tc>
        <w:tc>
          <w:tcPr>
            <w:tcW w:type="dxa" w:w="1122"/>
          </w:tcPr>
          <w:p>
            <w:pPr>
              <w:spacing w:after="0"/>
              <w:jc w:val="right"/>
            </w:pPr>
          </w:p>
        </w:tc>
        <w:tc>
          <w:tcPr>
            <w:tcW w:type="dxa" w:w="1276"/>
          </w:tcPr>
          <w:p>
            <w:pPr>
              <w:spacing w:after="0"/>
              <w:jc w:val="right"/>
            </w:pPr>
            <w:r>
              <w:rPr>
                <w:sz w:val="16"/>
              </w:rPr>
              <w:t>$365,043.83</w:t>
            </w:r>
          </w:p>
        </w:tc>
        <w:tc>
          <w:tcPr>
            <w:tcW w:type="dxa" w:w="1275"/>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$1,533,370,486</w:t>
            </w:r>
          </w:p>
        </w:tc>
        <w:tc>
          <w:tcPr>
            <w:tcW w:type="dxa" w:w="1139"/>
          </w:tcPr>
          <w:p>
            <w:pPr>
              <w:spacing w:after="0"/>
              <w:jc w:val="right"/>
            </w:pPr>
          </w:p>
        </w:tc>
        <w:tc>
          <w:tcPr>
            <w:tcW w:type="dxa" w:w="1047"/>
          </w:tcPr>
          <w:p>
            <w:pPr>
              <w:spacing w:after="0"/>
              <w:jc w:val="right"/>
            </w:pPr>
            <w:r>
              <w:rPr>
                <w:sz w:val="16"/>
              </w:rPr>
              <w:t>6,804</w:t>
            </w:r>
          </w:p>
        </w:tc>
        <w:tc>
          <w:tcPr>
            <w:tcW w:type="dxa" w:w="1126"/>
          </w:tcPr>
          <w:p>
            <w:pPr>
              <w:spacing w:after="0"/>
              <w:jc w:val="right"/>
            </w:pPr>
            <w:r>
              <w:rPr>
                <w:sz w:val="16"/>
              </w:rPr>
              <w:t>$48,944</w:t>
            </w:r>
          </w:p>
        </w:tc>
        <w:tc>
          <w:tcPr>
            <w:tcW w:type="dxa" w:w="1126"/>
          </w:tcPr>
          <w:p>
            <w:pPr>
              <w:spacing w:after="0"/>
              <w:jc w:val="right"/>
            </w:pPr>
          </w:p>
        </w:tc>
        <w:tc>
          <w:tcPr>
            <w:tcW w:type="dxa" w:w="1184"/>
          </w:tcPr>
          <w:p>
            <w:pPr>
              <w:spacing w:after="0"/>
              <w:jc w:val="right"/>
            </w:pPr>
            <w:r>
              <w:rPr>
                <w:sz w:val="16"/>
              </w:rPr>
              <w:t>$2,824</w:t>
            </w:r>
          </w:p>
        </w:tc>
        <w:tc>
          <w:tcPr>
            <w:tcW w:type="dxa" w:w="1054"/>
          </w:tcPr>
          <w:p>
            <w:pPr>
              <w:spacing w:after="0"/>
              <w:jc w:val="right"/>
            </w:pPr>
            <w:r>
              <w:rPr>
                <w:sz w:val="16"/>
              </w:rPr>
              <w:t>0.00319%</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$22,280,182,181</w:t>
            </w:r>
          </w:p>
        </w:tc>
        <w:tc>
          <w:tcPr>
            <w:tcW w:type="dxa" w:w="1139"/>
          </w:tcPr>
          <w:p>
            <w:pPr>
              <w:spacing w:after="0"/>
              <w:jc w:val="right"/>
            </w:pPr>
          </w:p>
        </w:tc>
        <w:tc>
          <w:tcPr>
            <w:tcW w:type="dxa" w:w="1047"/>
          </w:tcPr>
          <w:p>
            <w:pPr>
              <w:spacing w:after="0"/>
              <w:jc w:val="right"/>
            </w:pPr>
            <w:r>
              <w:rPr>
                <w:sz w:val="16"/>
              </w:rPr>
              <w:t>100,056</w:t>
            </w:r>
          </w:p>
        </w:tc>
        <w:tc>
          <w:tcPr>
            <w:tcW w:type="dxa" w:w="1126"/>
          </w:tcPr>
          <w:p>
            <w:pPr>
              <w:spacing w:after="0"/>
              <w:jc w:val="right"/>
            </w:pPr>
            <w:r>
              <w:rPr>
                <w:sz w:val="16"/>
              </w:rPr>
              <w:t>$81,538</w:t>
            </w:r>
          </w:p>
        </w:tc>
        <w:tc>
          <w:tcPr>
            <w:tcW w:type="dxa" w:w="1126"/>
          </w:tcPr>
          <w:p>
            <w:pPr>
              <w:spacing w:after="0"/>
              <w:jc w:val="right"/>
            </w:pPr>
          </w:p>
        </w:tc>
        <w:tc>
          <w:tcPr>
            <w:tcW w:type="dxa" w:w="1184"/>
          </w:tcPr>
          <w:p>
            <w:pPr>
              <w:spacing w:after="0"/>
              <w:jc w:val="right"/>
            </w:pPr>
            <w:r>
              <w:rPr>
                <w:sz w:val="16"/>
              </w:rPr>
              <w:t>$751,301</w:t>
            </w:r>
          </w:p>
        </w:tc>
        <w:tc>
          <w:tcPr>
            <w:tcW w:type="dxa" w:w="1054"/>
          </w:tcPr>
          <w:p>
            <w:pPr>
              <w:spacing w:after="0"/>
              <w:jc w:val="right"/>
            </w:pPr>
            <w:r>
              <w:rPr>
                <w:sz w:val="16"/>
              </w:rPr>
              <w:t>0.000366%</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$22,280,182,181</w:t>
            </w:r>
          </w:p>
        </w:tc>
        <w:tc>
          <w:tcPr>
            <w:tcW w:type="dxa" w:w="1139"/>
          </w:tcPr>
          <w:p>
            <w:pPr>
              <w:spacing w:after="0"/>
              <w:jc w:val="right"/>
            </w:pPr>
            <w:r>
              <w:rPr>
                <w:sz w:val="16"/>
              </w:rPr>
              <w:t>$12,868,888</w:t>
            </w:r>
          </w:p>
        </w:tc>
        <w:tc>
          <w:tcPr>
            <w:tcW w:type="dxa" w:w="1047"/>
          </w:tcPr>
          <w:p>
            <w:pPr>
              <w:spacing w:after="0"/>
              <w:jc w:val="right"/>
            </w:pPr>
            <w:r>
              <w:rPr>
                <w:sz w:val="16"/>
              </w:rPr>
              <w:t>100,056</w:t>
            </w:r>
          </w:p>
        </w:tc>
        <w:tc>
          <w:tcPr>
            <w:tcW w:type="dxa" w:w="1126"/>
          </w:tcPr>
          <w:p>
            <w:pPr>
              <w:spacing w:after="0"/>
              <w:jc w:val="right"/>
            </w:pPr>
            <w:r>
              <w:rPr>
                <w:sz w:val="16"/>
              </w:rPr>
              <w:t>$553,067</w:t>
            </w:r>
          </w:p>
        </w:tc>
        <w:tc>
          <w:tcPr>
            <w:tcW w:type="dxa" w:w="1126"/>
          </w:tcPr>
          <w:p>
            <w:pPr>
              <w:spacing w:after="0"/>
              <w:jc w:val="right"/>
            </w:pPr>
            <w:r>
              <w:rPr>
                <w:sz w:val="16"/>
              </w:rPr>
              <w:t>$14</w:t>
            </w:r>
          </w:p>
        </w:tc>
        <w:tc>
          <w:tcPr>
            <w:tcW w:type="dxa" w:w="1184"/>
          </w:tcPr>
          <w:p>
            <w:pPr>
              <w:spacing w:after="0"/>
              <w:jc w:val="right"/>
            </w:pPr>
            <w:r>
              <w:rPr>
                <w:sz w:val="16"/>
              </w:rPr>
              <w:t>$2,152,856</w:t>
            </w:r>
          </w:p>
        </w:tc>
        <w:tc>
          <w:tcPr>
            <w:tcW w:type="dxa" w:w="1054"/>
          </w:tcPr>
          <w:p>
            <w:pPr>
              <w:spacing w:after="0"/>
              <w:jc w:val="right"/>
            </w:pPr>
            <w:r>
              <w:rPr>
                <w:sz w:val="16"/>
              </w:rPr>
              <w:t>0.00248%</w:t>
            </w:r>
          </w:p>
        </w:tc>
        <w:tc>
          <w:tcPr>
            <w:tcW w:type="dxa" w:w="1244"/>
          </w:tcPr>
          <w:p>
            <w:pPr>
              <w:spacing w:after="0"/>
              <w:jc w:val="right"/>
            </w:pPr>
            <w:r>
              <w:rPr>
                <w:sz w:val="16"/>
              </w:rPr>
              <w:t>$0</w:t>
            </w: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$22,280,182,181</w:t>
            </w:r>
          </w:p>
        </w:tc>
        <w:tc>
          <w:tcPr>
            <w:tcW w:type="dxa" w:w="1139"/>
          </w:tcPr>
          <w:p>
            <w:pPr>
              <w:spacing w:after="0"/>
              <w:jc w:val="right"/>
            </w:pPr>
            <w:r>
              <w:rPr>
                <w:sz w:val="16"/>
              </w:rPr>
              <w:t>$12,868,888</w:t>
            </w:r>
          </w:p>
        </w:tc>
        <w:tc>
          <w:tcPr>
            <w:tcW w:type="dxa" w:w="1047"/>
          </w:tcPr>
          <w:p>
            <w:pPr>
              <w:spacing w:after="0"/>
              <w:jc w:val="right"/>
            </w:pPr>
            <w:r>
              <w:rPr>
                <w:sz w:val="16"/>
              </w:rPr>
              <w:t>100,056</w:t>
            </w:r>
          </w:p>
        </w:tc>
        <w:tc>
          <w:tcPr>
            <w:tcW w:type="dxa" w:w="1126"/>
          </w:tcPr>
          <w:p>
            <w:pPr>
              <w:spacing w:after="0"/>
              <w:jc w:val="right"/>
            </w:pPr>
            <w:r>
              <w:rPr>
                <w:sz w:val="16"/>
              </w:rPr>
              <w:t>$4,453,016</w:t>
            </w:r>
          </w:p>
        </w:tc>
        <w:tc>
          <w:tcPr>
            <w:tcW w:type="dxa" w:w="1126"/>
          </w:tcPr>
          <w:p>
            <w:pPr>
              <w:spacing w:after="0"/>
              <w:jc w:val="right"/>
            </w:pPr>
            <w:r>
              <w:rPr>
                <w:sz w:val="16"/>
              </w:rPr>
              <w:t>$250</w:t>
            </w:r>
          </w:p>
        </w:tc>
        <w:tc>
          <w:tcPr>
            <w:tcW w:type="dxa" w:w="1184"/>
          </w:tcPr>
          <w:p>
            <w:pPr>
              <w:spacing w:after="0"/>
              <w:jc w:val="right"/>
            </w:pPr>
            <w:r>
              <w:rPr>
                <w:sz w:val="16"/>
              </w:rPr>
              <w:t>$7,099,598</w:t>
            </w:r>
          </w:p>
        </w:tc>
        <w:tc>
          <w:tcPr>
            <w:tcW w:type="dxa" w:w="1054"/>
          </w:tcPr>
          <w:p>
            <w:pPr>
              <w:spacing w:after="0"/>
              <w:jc w:val="right"/>
            </w:pPr>
            <w:r>
              <w:rPr>
                <w:sz w:val="16"/>
              </w:rPr>
              <w:t>0.02%</w:t>
            </w:r>
          </w:p>
        </w:tc>
        <w:tc>
          <w:tcPr>
            <w:tcW w:type="dxa" w:w="1244"/>
          </w:tcPr>
          <w:p>
            <w:pPr>
              <w:spacing w:after="0"/>
              <w:jc w:val="right"/>
            </w:pPr>
          </w:p>
        </w:tc>
        <w:tc>
          <w:tcPr>
            <w:tcW w:type="dxa" w:w="1122"/>
          </w:tcPr>
          <w:p>
            <w:pPr>
              <w:spacing w:after="0"/>
              <w:jc w:val="right"/>
            </w:pPr>
          </w:p>
        </w:tc>
        <w:tc>
          <w:tcPr>
            <w:tcW w:type="dxa" w:w="1276"/>
          </w:tcPr>
          <w:p>
            <w:pPr>
              <w:spacing w:after="0"/>
              <w:jc w:val="right"/>
            </w:pPr>
            <w:r>
              <w:rPr>
                <w:sz w:val="16"/>
              </w:rPr>
              <w:t>$365,043.83</w:t>
            </w:r>
          </w:p>
        </w:tc>
        <w:tc>
          <w:tcPr>
            <w:tcW w:type="dxa" w:w="1275"/>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9"/>
          </w:tcPr>
          <w:p>
            <w:pPr>
              <w:spacing w:after="0"/>
              <w:jc w:val="right"/>
            </w:pPr>
          </w:p>
        </w:tc>
        <w:tc>
          <w:tcPr>
            <w:tcW w:type="dxa" w:w="1047"/>
          </w:tcPr>
          <w:p>
            <w:pPr>
              <w:spacing w:after="0"/>
              <w:jc w:val="right"/>
            </w:pPr>
          </w:p>
        </w:tc>
        <w:tc>
          <w:tcPr>
            <w:tcW w:type="dxa" w:w="1126"/>
          </w:tcPr>
          <w:p>
            <w:pPr>
              <w:spacing w:after="0"/>
              <w:jc w:val="right"/>
            </w:pPr>
          </w:p>
        </w:tc>
        <w:tc>
          <w:tcPr>
            <w:tcW w:type="dxa" w:w="1126"/>
          </w:tcPr>
          <w:p>
            <w:pPr>
              <w:spacing w:after="0"/>
              <w:jc w:val="right"/>
            </w:pPr>
          </w:p>
        </w:tc>
        <w:tc>
          <w:tcPr>
            <w:tcW w:type="dxa" w:w="1184"/>
          </w:tcPr>
          <w:p>
            <w:pPr>
              <w:spacing w:after="0"/>
              <w:jc w:val="right"/>
            </w:pPr>
          </w:p>
        </w:tc>
        <w:tc>
          <w:tcPr>
            <w:tcW w:type="dxa" w:w="1054"/>
          </w:tcPr>
          <w:p>
            <w:pPr>
              <w:spacing w:after="0"/>
              <w:jc w:val="right"/>
            </w:pP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9"/>
          </w:tcPr>
          <w:p>
            <w:pPr>
              <w:spacing w:after="0"/>
              <w:jc w:val="right"/>
            </w:pPr>
          </w:p>
        </w:tc>
        <w:tc>
          <w:tcPr>
            <w:tcW w:type="dxa" w:w="1047"/>
          </w:tcPr>
          <w:p>
            <w:pPr>
              <w:spacing w:after="0"/>
              <w:jc w:val="right"/>
            </w:pPr>
          </w:p>
        </w:tc>
        <w:tc>
          <w:tcPr>
            <w:tcW w:type="dxa" w:w="1126"/>
          </w:tcPr>
          <w:p>
            <w:pPr>
              <w:spacing w:after="0"/>
              <w:jc w:val="right"/>
            </w:pPr>
          </w:p>
        </w:tc>
        <w:tc>
          <w:tcPr>
            <w:tcW w:type="dxa" w:w="1126"/>
          </w:tcPr>
          <w:p>
            <w:pPr>
              <w:spacing w:after="0"/>
              <w:jc w:val="right"/>
            </w:pPr>
          </w:p>
        </w:tc>
        <w:tc>
          <w:tcPr>
            <w:tcW w:type="dxa" w:w="1184"/>
          </w:tcPr>
          <w:p>
            <w:pPr>
              <w:spacing w:after="0"/>
              <w:jc w:val="right"/>
            </w:pPr>
          </w:p>
        </w:tc>
        <w:tc>
          <w:tcPr>
            <w:tcW w:type="dxa" w:w="1054"/>
          </w:tcPr>
          <w:p>
            <w:pPr>
              <w:spacing w:after="0"/>
              <w:jc w:val="right"/>
            </w:pP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$1,668,834,411</w:t>
            </w:r>
          </w:p>
        </w:tc>
        <w:tc>
          <w:tcPr>
            <w:tcW w:type="dxa" w:w="1139"/>
          </w:tcPr>
          <w:p>
            <w:pPr>
              <w:spacing w:after="0"/>
              <w:jc w:val="right"/>
            </w:pPr>
            <w:r>
              <w:rPr>
                <w:sz w:val="16"/>
              </w:rPr>
              <w:t>$5,781,825</w:t>
            </w:r>
          </w:p>
        </w:tc>
        <w:tc>
          <w:tcPr>
            <w:tcW w:type="dxa" w:w="1047"/>
          </w:tcPr>
          <w:p>
            <w:pPr>
              <w:spacing w:after="0"/>
              <w:jc w:val="right"/>
            </w:pPr>
            <w:r>
              <w:rPr>
                <w:sz w:val="16"/>
              </w:rPr>
              <w:t>16,797</w:t>
            </w:r>
          </w:p>
        </w:tc>
        <w:tc>
          <w:tcPr>
            <w:tcW w:type="dxa" w:w="1126"/>
          </w:tcPr>
          <w:p>
            <w:pPr>
              <w:spacing w:after="0"/>
              <w:jc w:val="right"/>
            </w:pPr>
            <w:r>
              <w:rPr>
                <w:sz w:val="16"/>
              </w:rPr>
              <w:t>$127,252</w:t>
            </w:r>
          </w:p>
        </w:tc>
        <w:tc>
          <w:tcPr>
            <w:tcW w:type="dxa" w:w="1126"/>
          </w:tcPr>
          <w:p>
            <w:pPr>
              <w:spacing w:after="0"/>
              <w:jc w:val="right"/>
            </w:pPr>
            <w:r>
              <w:rPr>
                <w:sz w:val="16"/>
              </w:rPr>
              <w:t>$69</w:t>
            </w:r>
          </w:p>
        </w:tc>
        <w:tc>
          <w:tcPr>
            <w:tcW w:type="dxa" w:w="1184"/>
          </w:tcPr>
          <w:p>
            <w:pPr>
              <w:spacing w:after="0"/>
              <w:jc w:val="right"/>
            </w:pPr>
            <w:r>
              <w:rPr>
                <w:sz w:val="16"/>
              </w:rPr>
              <w:t>$28,141</w:t>
            </w:r>
          </w:p>
        </w:tc>
        <w:tc>
          <w:tcPr>
            <w:tcW w:type="dxa" w:w="1054"/>
          </w:tcPr>
          <w:p>
            <w:pPr>
              <w:spacing w:after="0"/>
              <w:jc w:val="right"/>
            </w:pPr>
            <w:r>
              <w:rPr>
                <w:sz w:val="16"/>
              </w:rPr>
              <w:t>0.00763%</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$22,280,182,181</w:t>
            </w:r>
          </w:p>
        </w:tc>
        <w:tc>
          <w:tcPr>
            <w:tcW w:type="dxa" w:w="1139"/>
          </w:tcPr>
          <w:p>
            <w:pPr>
              <w:spacing w:after="0"/>
              <w:jc w:val="right"/>
            </w:pPr>
            <w:r>
              <w:rPr>
                <w:sz w:val="16"/>
              </w:rPr>
              <w:t>$12,868,888</w:t>
            </w:r>
          </w:p>
        </w:tc>
        <w:tc>
          <w:tcPr>
            <w:tcW w:type="dxa" w:w="1047"/>
          </w:tcPr>
          <w:p>
            <w:pPr>
              <w:spacing w:after="0"/>
              <w:jc w:val="right"/>
            </w:pPr>
            <w:r>
              <w:rPr>
                <w:sz w:val="16"/>
              </w:rPr>
              <w:t>100,056</w:t>
            </w:r>
          </w:p>
        </w:tc>
        <w:tc>
          <w:tcPr>
            <w:tcW w:type="dxa" w:w="1126"/>
          </w:tcPr>
          <w:p>
            <w:pPr>
              <w:spacing w:after="0"/>
              <w:jc w:val="right"/>
            </w:pPr>
            <w:r>
              <w:rPr>
                <w:sz w:val="16"/>
              </w:rPr>
              <w:t>$276,684</w:t>
            </w:r>
          </w:p>
        </w:tc>
        <w:tc>
          <w:tcPr>
            <w:tcW w:type="dxa" w:w="1126"/>
          </w:tcPr>
          <w:p>
            <w:pPr>
              <w:spacing w:after="0"/>
              <w:jc w:val="right"/>
            </w:pPr>
            <w:r>
              <w:rPr>
                <w:sz w:val="16"/>
              </w:rPr>
              <w:t>$80</w:t>
            </w:r>
          </w:p>
        </w:tc>
        <w:tc>
          <w:tcPr>
            <w:tcW w:type="dxa" w:w="1184"/>
          </w:tcPr>
          <w:p>
            <w:pPr>
              <w:spacing w:after="0"/>
              <w:jc w:val="right"/>
            </w:pPr>
            <w:r>
              <w:rPr>
                <w:sz w:val="16"/>
              </w:rPr>
              <w:t>$33,823</w:t>
            </w:r>
          </w:p>
        </w:tc>
        <w:tc>
          <w:tcPr>
            <w:tcW w:type="dxa" w:w="1054"/>
          </w:tcPr>
          <w:p>
            <w:pPr>
              <w:spacing w:after="0"/>
              <w:jc w:val="right"/>
            </w:pPr>
            <w:r>
              <w:rPr>
                <w:sz w:val="16"/>
              </w:rPr>
              <w:t>0.00124%</w:t>
            </w:r>
          </w:p>
        </w:tc>
        <w:tc>
          <w:tcPr>
            <w:tcW w:type="dxa" w:w="1244"/>
          </w:tcPr>
          <w:p>
            <w:pPr>
              <w:spacing w:after="0"/>
              <w:jc w:val="right"/>
            </w:pPr>
          </w:p>
        </w:tc>
        <w:tc>
          <w:tcPr>
            <w:tcW w:type="dxa" w:w="1122"/>
          </w:tcPr>
          <w:p>
            <w:pPr>
              <w:spacing w:after="0"/>
              <w:jc w:val="right"/>
            </w:pPr>
            <w:r>
              <w:rPr>
                <w:sz w:val="16"/>
              </w:rPr>
              <w:t>$0</w:t>
            </w:r>
          </w:p>
        </w:tc>
        <w:tc>
          <w:tcPr>
            <w:tcW w:type="dxa" w:w="1276"/>
          </w:tcPr>
          <w:p>
            <w:pPr>
              <w:spacing w:after="0"/>
              <w:jc w:val="right"/>
            </w:pPr>
            <w:r>
              <w:rPr>
                <w:sz w:val="16"/>
              </w:rPr>
              <w:t>none found (1 declaration)</w:t>
            </w:r>
          </w:p>
        </w:tc>
        <w:tc>
          <w:tcPr>
            <w:tcW w:type="dxa" w:w="1275"/>
          </w:tcPr>
          <w:p>
            <w:pPr>
              <w:spacing w:after="0"/>
              <w:jc w:val="left"/>
            </w:pPr>
          </w:p>
        </w:tc>
      </w:tr>
    </w:tbl>
    <w:p>
      <w:pPr>
        <w:spacing w:after="40" w:before="60"/>
      </w:pPr>
      <w:r>
        <w:rPr>
          <w:sz w:val="15"/>
        </w:rPr>
        <w:t>Totals since 2024-02-15 (Storm Events through 2026-06-30): 30 county-coded records, 26 with a damage value recorded (including $0), $0; 5 zone-level records, 3 with a damage value recorded (including $0), $0 reported for the zone; Public Assistance on counted declarations $365,043.83 (3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100,056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$22,280,182,181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$12,868,888</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$41,183,148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$15,868,197</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141"/>
        <w:gridCol w:w="1542"/>
        <w:gridCol w:w="1542"/>
        <w:gridCol w:w="1542"/>
        <w:gridCol w:w="1542"/>
        <w:gridCol w:w="1542"/>
        <w:gridCol w:w="1542"/>
        <w:gridCol w:w="1717"/>
      </w:tblGrid>
      <w:tr>
        <w:trPr>
          <w:cantSplit/>
          <w:tblHeader/>
        </w:trPr>
        <w:tc>
          <w:tcPr>
            <w:tcW w:type="dxa" w:w="3141"/>
            <w:shd w:val="clear" w:color="auto" w:fill="E8E8E8"/>
          </w:tcPr>
          <w:p>
            <w:pPr>
              <w:spacing w:after="0"/>
              <w:jc w:val="left"/>
            </w:pPr>
            <w:r>
              <w:rPr>
                <w:b/>
                <w:sz w:val="16"/>
              </w:rPr>
              <w:t>Scope</w:t>
            </w:r>
          </w:p>
        </w:tc>
        <w:tc>
          <w:tcPr>
            <w:tcW w:type="dxa" w:w="1542"/>
            <w:shd w:val="clear" w:color="auto" w:fill="E8E8E8"/>
          </w:tcPr>
          <w:p>
            <w:pPr>
              <w:spacing w:after="0"/>
              <w:jc w:val="right"/>
            </w:pPr>
            <w:r>
              <w:rPr>
                <w:b/>
                <w:sz w:val="16"/>
              </w:rPr>
              <w:t>RL, FMA</w:t>
            </w:r>
          </w:p>
          <w:p>
            <w:pPr>
              <w:spacing w:after="0"/>
              <w:jc w:val="right"/>
            </w:pPr>
            <w:r>
              <w:rPr>
                <w:i/>
                <w:color w:val="555555"/>
                <w:sz w:val="14"/>
              </w:rPr>
              <w:t>properties</w:t>
            </w:r>
          </w:p>
        </w:tc>
        <w:tc>
          <w:tcPr>
            <w:tcW w:type="dxa" w:w="1542"/>
            <w:shd w:val="clear" w:color="auto" w:fill="E8E8E8"/>
          </w:tcPr>
          <w:p>
            <w:pPr>
              <w:spacing w:after="0"/>
              <w:jc w:val="right"/>
            </w:pPr>
            <w:r>
              <w:rPr>
                <w:b/>
                <w:sz w:val="16"/>
              </w:rPr>
              <w:t>SRL, FMA</w:t>
            </w:r>
          </w:p>
          <w:p>
            <w:pPr>
              <w:spacing w:after="0"/>
              <w:jc w:val="right"/>
            </w:pPr>
            <w:r>
              <w:rPr>
                <w:i/>
                <w:color w:val="555555"/>
                <w:sz w:val="14"/>
              </w:rPr>
              <w:t>properties</w:t>
            </w:r>
          </w:p>
        </w:tc>
        <w:tc>
          <w:tcPr>
            <w:tcW w:type="dxa" w:w="1542"/>
            <w:shd w:val="clear" w:color="auto" w:fill="E8E8E8"/>
          </w:tcPr>
          <w:p>
            <w:pPr>
              <w:spacing w:after="0"/>
              <w:jc w:val="right"/>
            </w:pPr>
            <w:r>
              <w:rPr>
                <w:b/>
                <w:sz w:val="16"/>
              </w:rPr>
              <w:t>RL, NFIP</w:t>
            </w:r>
          </w:p>
          <w:p>
            <w:pPr>
              <w:spacing w:after="0"/>
              <w:jc w:val="right"/>
            </w:pPr>
            <w:r>
              <w:rPr>
                <w:i/>
                <w:color w:val="555555"/>
                <w:sz w:val="14"/>
              </w:rPr>
              <w:t>properties</w:t>
            </w:r>
          </w:p>
        </w:tc>
        <w:tc>
          <w:tcPr>
            <w:tcW w:type="dxa" w:w="1542"/>
            <w:shd w:val="clear" w:color="auto" w:fill="E8E8E8"/>
          </w:tcPr>
          <w:p>
            <w:pPr>
              <w:spacing w:after="0"/>
              <w:jc w:val="right"/>
            </w:pPr>
            <w:r>
              <w:rPr>
                <w:b/>
                <w:sz w:val="16"/>
              </w:rPr>
              <w:t>SRL, NFIP</w:t>
            </w:r>
          </w:p>
          <w:p>
            <w:pPr>
              <w:spacing w:after="0"/>
              <w:jc w:val="right"/>
            </w:pPr>
            <w:r>
              <w:rPr>
                <w:i/>
                <w:color w:val="555555"/>
                <w:sz w:val="14"/>
              </w:rPr>
              <w:t>properties</w:t>
            </w:r>
          </w:p>
        </w:tc>
        <w:tc>
          <w:tcPr>
            <w:tcW w:type="dxa" w:w="154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42"/>
            <w:shd w:val="clear" w:color="auto" w:fill="E8E8E8"/>
          </w:tcPr>
          <w:p>
            <w:pPr>
              <w:spacing w:after="0"/>
              <w:jc w:val="right"/>
            </w:pPr>
            <w:r>
              <w:rPr>
                <w:b/>
                <w:sz w:val="16"/>
              </w:rPr>
              <w:t>Mitigated</w:t>
            </w:r>
          </w:p>
          <w:p>
            <w:pPr>
              <w:spacing w:after="0"/>
              <w:jc w:val="right"/>
            </w:pPr>
            <w:r>
              <w:rPr>
                <w:i/>
                <w:color w:val="555555"/>
                <w:sz w:val="14"/>
              </w:rPr>
              <w:t>properties</w:t>
            </w:r>
          </w:p>
        </w:tc>
        <w:tc>
          <w:tcPr>
            <w:tcW w:type="dxa" w:w="17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141"/>
          </w:tcPr>
          <w:p>
            <w:pPr>
              <w:spacing w:after="0"/>
              <w:jc w:val="left"/>
            </w:pPr>
            <w:r>
              <w:rPr>
                <w:sz w:val="16"/>
              </w:rPr>
              <w:t>County total</w:t>
            </w:r>
          </w:p>
        </w:tc>
        <w:tc>
          <w:tcPr>
            <w:tcW w:type="dxa" w:w="1542"/>
          </w:tcPr>
          <w:p>
            <w:pPr>
              <w:spacing w:after="0"/>
              <w:jc w:val="right"/>
            </w:pPr>
            <w:r>
              <w:rPr>
                <w:sz w:val="16"/>
              </w:rPr>
              <w:t>0</w:t>
            </w:r>
          </w:p>
        </w:tc>
        <w:tc>
          <w:tcPr>
            <w:tcW w:type="dxa" w:w="1542"/>
          </w:tcPr>
          <w:p>
            <w:pPr>
              <w:spacing w:after="0"/>
              <w:jc w:val="right"/>
            </w:pPr>
            <w:r>
              <w:rPr>
                <w:sz w:val="16"/>
              </w:rPr>
              <w:t>4</w:t>
            </w:r>
          </w:p>
        </w:tc>
        <w:tc>
          <w:tcPr>
            <w:tcW w:type="dxa" w:w="1542"/>
          </w:tcPr>
          <w:p>
            <w:pPr>
              <w:spacing w:after="0"/>
              <w:jc w:val="right"/>
            </w:pPr>
            <w:r>
              <w:rPr>
                <w:sz w:val="16"/>
              </w:rPr>
              <w:t>19</w:t>
            </w:r>
          </w:p>
        </w:tc>
        <w:tc>
          <w:tcPr>
            <w:tcW w:type="dxa" w:w="1542"/>
          </w:tcPr>
          <w:p>
            <w:pPr>
              <w:spacing w:after="0"/>
              <w:jc w:val="right"/>
            </w:pPr>
            <w:r>
              <w:rPr>
                <w:sz w:val="16"/>
              </w:rPr>
              <w:t>0</w:t>
            </w:r>
          </w:p>
        </w:tc>
        <w:tc>
          <w:tcPr>
            <w:tcW w:type="dxa" w:w="1542"/>
          </w:tcPr>
          <w:p>
            <w:pPr>
              <w:spacing w:after="0"/>
              <w:jc w:val="right"/>
            </w:pPr>
            <w:r>
              <w:rPr>
                <w:sz w:val="16"/>
              </w:rPr>
              <w:t>23</w:t>
            </w:r>
          </w:p>
        </w:tc>
        <w:tc>
          <w:tcPr>
            <w:tcW w:type="dxa" w:w="1542"/>
          </w:tcPr>
          <w:p>
            <w:pPr>
              <w:spacing w:after="0"/>
              <w:jc w:val="right"/>
            </w:pPr>
            <w:r>
              <w:rPr>
                <w:sz w:val="16"/>
              </w:rPr>
              <w:t>5</w:t>
            </w:r>
          </w:p>
        </w:tc>
        <w:tc>
          <w:tcPr>
            <w:tcW w:type="dxa" w:w="1717"/>
          </w:tcPr>
          <w:p>
            <w:pPr>
              <w:spacing w:after="0"/>
              <w:jc w:val="right"/>
            </w:pPr>
            <w:r>
              <w:rPr>
                <w:sz w:val="16"/>
              </w:rPr>
              <w:t>4</w:t>
            </w:r>
          </w:p>
        </w:tc>
      </w:tr>
      <w:tr>
        <w:trPr>
          <w:cantSplit/>
        </w:trPr>
        <w:tc>
          <w:tcPr>
            <w:tcW w:type="dxa" w:w="3141"/>
          </w:tcPr>
          <w:p>
            <w:pPr>
              <w:spacing w:after="0"/>
              <w:jc w:val="left"/>
            </w:pPr>
            <w:r>
              <w:rPr>
                <w:sz w:val="16"/>
              </w:rPr>
              <w:t>HOT SPRINGS, CITY OF</w:t>
            </w:r>
          </w:p>
        </w:tc>
        <w:tc>
          <w:tcPr>
            <w:tcW w:type="dxa" w:w="1542"/>
          </w:tcPr>
          <w:p>
            <w:pPr>
              <w:spacing w:after="0"/>
              <w:jc w:val="right"/>
            </w:pPr>
            <w:r>
              <w:rPr>
                <w:sz w:val="16"/>
              </w:rPr>
              <w:t>0</w:t>
            </w:r>
          </w:p>
        </w:tc>
        <w:tc>
          <w:tcPr>
            <w:tcW w:type="dxa" w:w="1542"/>
          </w:tcPr>
          <w:p>
            <w:pPr>
              <w:spacing w:after="0"/>
              <w:jc w:val="right"/>
            </w:pPr>
            <w:r>
              <w:rPr>
                <w:sz w:val="16"/>
              </w:rPr>
              <w:t>3</w:t>
            </w:r>
          </w:p>
        </w:tc>
        <w:tc>
          <w:tcPr>
            <w:tcW w:type="dxa" w:w="1542"/>
          </w:tcPr>
          <w:p>
            <w:pPr>
              <w:spacing w:after="0"/>
              <w:jc w:val="right"/>
            </w:pPr>
            <w:r>
              <w:rPr>
                <w:sz w:val="16"/>
              </w:rPr>
              <w:t>10</w:t>
            </w:r>
          </w:p>
        </w:tc>
        <w:tc>
          <w:tcPr>
            <w:tcW w:type="dxa" w:w="1542"/>
          </w:tcPr>
          <w:p>
            <w:pPr>
              <w:spacing w:after="0"/>
              <w:jc w:val="right"/>
            </w:pPr>
            <w:r>
              <w:rPr>
                <w:sz w:val="16"/>
              </w:rPr>
              <w:t>0</w:t>
            </w:r>
          </w:p>
        </w:tc>
        <w:tc>
          <w:tcPr>
            <w:tcW w:type="dxa" w:w="1542"/>
          </w:tcPr>
          <w:p>
            <w:pPr>
              <w:spacing w:after="0"/>
              <w:jc w:val="right"/>
            </w:pPr>
            <w:r>
              <w:rPr>
                <w:sz w:val="16"/>
              </w:rPr>
              <w:t>13</w:t>
            </w:r>
          </w:p>
        </w:tc>
        <w:tc>
          <w:tcPr>
            <w:tcW w:type="dxa" w:w="1542"/>
          </w:tcPr>
          <w:p>
            <w:pPr>
              <w:spacing w:after="0"/>
              <w:jc w:val="right"/>
            </w:pPr>
            <w:r>
              <w:rPr>
                <w:sz w:val="16"/>
              </w:rPr>
              <w:t>4</w:t>
            </w:r>
          </w:p>
        </w:tc>
        <w:tc>
          <w:tcPr>
            <w:tcW w:type="dxa" w:w="1717"/>
          </w:tcPr>
          <w:p>
            <w:pPr>
              <w:spacing w:after="0"/>
              <w:jc w:val="right"/>
            </w:pPr>
            <w:r>
              <w:rPr>
                <w:sz w:val="16"/>
              </w:rPr>
              <w:t>2</w:t>
            </w:r>
          </w:p>
        </w:tc>
      </w:tr>
      <w:tr>
        <w:trPr>
          <w:cantSplit/>
        </w:trPr>
        <w:tc>
          <w:tcPr>
            <w:tcW w:type="dxa" w:w="3141"/>
          </w:tcPr>
          <w:p>
            <w:pPr>
              <w:spacing w:after="0"/>
              <w:jc w:val="left"/>
            </w:pPr>
            <w:r>
              <w:rPr>
                <w:sz w:val="16"/>
              </w:rPr>
              <w:t>GARLAND COUNTY *</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9</w:t>
            </w:r>
          </w:p>
        </w:tc>
        <w:tc>
          <w:tcPr>
            <w:tcW w:type="dxa" w:w="1542"/>
          </w:tcPr>
          <w:p>
            <w:pPr>
              <w:spacing w:after="0"/>
              <w:jc w:val="right"/>
            </w:pPr>
            <w:r>
              <w:rPr>
                <w:sz w:val="16"/>
              </w:rPr>
              <w:t>0</w:t>
            </w:r>
          </w:p>
        </w:tc>
        <w:tc>
          <w:tcPr>
            <w:tcW w:type="dxa" w:w="1542"/>
          </w:tcPr>
          <w:p>
            <w:pPr>
              <w:spacing w:after="0"/>
              <w:jc w:val="right"/>
            </w:pPr>
            <w:r>
              <w:rPr>
                <w:sz w:val="16"/>
              </w:rPr>
              <w:t>10</w:t>
            </w:r>
          </w:p>
        </w:tc>
        <w:tc>
          <w:tcPr>
            <w:tcW w:type="dxa" w:w="1542"/>
          </w:tcPr>
          <w:p>
            <w:pPr>
              <w:spacing w:after="0"/>
              <w:jc w:val="right"/>
            </w:pPr>
            <w:r>
              <w:rPr>
                <w:sz w:val="16"/>
              </w:rPr>
              <w:t>1</w:t>
            </w:r>
          </w:p>
        </w:tc>
        <w:tc>
          <w:tcPr>
            <w:tcW w:type="dxa" w:w="1717"/>
          </w:tcPr>
          <w:p>
            <w:pPr>
              <w:spacing w:after="0"/>
              <w:jc w:val="right"/>
            </w:pPr>
            <w:r>
              <w:rPr>
                <w:sz w:val="16"/>
              </w:rPr>
              <w:t>2</w:t>
            </w:r>
          </w:p>
        </w:tc>
      </w:tr>
      <w:tr>
        <w:trPr>
          <w:cantSplit/>
        </w:trPr>
        <w:tc>
          <w:tcPr>
            <w:tcW w:type="dxa" w:w="3141"/>
          </w:tcPr>
          <w:p>
            <w:pPr>
              <w:spacing w:after="0"/>
              <w:jc w:val="left"/>
            </w:pPr>
            <w:r>
              <w:rPr>
                <w:sz w:val="16"/>
              </w:rPr>
              <w:t>State level, not in this county: county not reported</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3</w:t>
            </w:r>
          </w:p>
        </w:tc>
        <w:tc>
          <w:tcPr>
            <w:tcW w:type="dxa" w:w="1542"/>
          </w:tcPr>
          <w:p>
            <w:pPr>
              <w:spacing w:after="0"/>
              <w:jc w:val="right"/>
            </w:pPr>
            <w:r>
              <w:rPr>
                <w:sz w:val="16"/>
              </w:rPr>
              <w:t>0</w:t>
            </w:r>
          </w:p>
        </w:tc>
        <w:tc>
          <w:tcPr>
            <w:tcW w:type="dxa" w:w="1542"/>
          </w:tcPr>
          <w:p>
            <w:pPr>
              <w:spacing w:after="0"/>
              <w:jc w:val="right"/>
            </w:pPr>
            <w:r>
              <w:rPr>
                <w:sz w:val="16"/>
              </w:rPr>
              <w:t>3</w:t>
            </w:r>
          </w:p>
        </w:tc>
        <w:tc>
          <w:tcPr>
            <w:tcW w:type="dxa" w:w="1542"/>
          </w:tcPr>
          <w:p>
            <w:pPr>
              <w:spacing w:after="0"/>
              <w:jc w:val="right"/>
            </w:pPr>
            <w:r>
              <w:rPr>
                <w:sz w:val="16"/>
              </w:rPr>
              <w:t>0</w:t>
            </w:r>
          </w:p>
        </w:tc>
        <w:tc>
          <w:tcPr>
            <w:tcW w:type="dxa" w:w="1717"/>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424"/>
        <w:gridCol w:w="1460"/>
        <w:gridCol w:w="1312"/>
        <w:gridCol w:w="1312"/>
        <w:gridCol w:w="1312"/>
        <w:gridCol w:w="1312"/>
        <w:gridCol w:w="1312"/>
        <w:gridCol w:w="1312"/>
        <w:gridCol w:w="1460"/>
        <w:gridCol w:w="897"/>
      </w:tblGrid>
      <w:tr>
        <w:trPr>
          <w:cantSplit/>
          <w:tblHeader/>
        </w:trPr>
        <w:tc>
          <w:tcPr>
            <w:tcW w:type="dxa" w:w="2424"/>
            <w:shd w:val="clear" w:color="auto" w:fill="E8E8E8"/>
          </w:tcPr>
          <w:p>
            <w:pPr>
              <w:spacing w:after="0"/>
              <w:jc w:val="left"/>
            </w:pPr>
            <w:r>
              <w:rPr>
                <w:b/>
                <w:sz w:val="16"/>
              </w:rPr>
              <w:t>Member</w:t>
            </w:r>
          </w:p>
        </w:tc>
        <w:tc>
          <w:tcPr>
            <w:tcW w:type="dxa" w:w="1460"/>
            <w:shd w:val="clear" w:color="auto" w:fill="E8E8E8"/>
          </w:tcPr>
          <w:p>
            <w:pPr>
              <w:spacing w:after="0"/>
              <w:jc w:val="left"/>
            </w:pPr>
            <w:r>
              <w:rPr>
                <w:b/>
                <w:sz w:val="16"/>
              </w:rPr>
              <w:t>NFIP community ID</w:t>
            </w:r>
          </w:p>
        </w:tc>
        <w:tc>
          <w:tcPr>
            <w:tcW w:type="dxa" w:w="1312"/>
            <w:shd w:val="clear" w:color="auto" w:fill="E8E8E8"/>
          </w:tcPr>
          <w:p>
            <w:pPr>
              <w:spacing w:after="0"/>
              <w:jc w:val="right"/>
            </w:pPr>
            <w:r>
              <w:rPr>
                <w:b/>
                <w:sz w:val="16"/>
              </w:rPr>
              <w:t>RL, FMA</w:t>
            </w:r>
          </w:p>
          <w:p>
            <w:pPr>
              <w:spacing w:after="0"/>
              <w:jc w:val="right"/>
            </w:pPr>
            <w:r>
              <w:rPr>
                <w:i/>
                <w:color w:val="555555"/>
                <w:sz w:val="14"/>
              </w:rPr>
              <w:t>properties</w:t>
            </w:r>
          </w:p>
        </w:tc>
        <w:tc>
          <w:tcPr>
            <w:tcW w:type="dxa" w:w="1312"/>
            <w:shd w:val="clear" w:color="auto" w:fill="E8E8E8"/>
          </w:tcPr>
          <w:p>
            <w:pPr>
              <w:spacing w:after="0"/>
              <w:jc w:val="right"/>
            </w:pPr>
            <w:r>
              <w:rPr>
                <w:b/>
                <w:sz w:val="16"/>
              </w:rPr>
              <w:t>SRL, FMA</w:t>
            </w:r>
          </w:p>
          <w:p>
            <w:pPr>
              <w:spacing w:after="0"/>
              <w:jc w:val="right"/>
            </w:pPr>
            <w:r>
              <w:rPr>
                <w:i/>
                <w:color w:val="555555"/>
                <w:sz w:val="14"/>
              </w:rPr>
              <w:t>properties</w:t>
            </w:r>
          </w:p>
        </w:tc>
        <w:tc>
          <w:tcPr>
            <w:tcW w:type="dxa" w:w="1312"/>
            <w:shd w:val="clear" w:color="auto" w:fill="E8E8E8"/>
          </w:tcPr>
          <w:p>
            <w:pPr>
              <w:spacing w:after="0"/>
              <w:jc w:val="right"/>
            </w:pPr>
            <w:r>
              <w:rPr>
                <w:b/>
                <w:sz w:val="16"/>
              </w:rPr>
              <w:t>RL, NFIP</w:t>
            </w:r>
          </w:p>
          <w:p>
            <w:pPr>
              <w:spacing w:after="0"/>
              <w:jc w:val="right"/>
            </w:pPr>
            <w:r>
              <w:rPr>
                <w:i/>
                <w:color w:val="555555"/>
                <w:sz w:val="14"/>
              </w:rPr>
              <w:t>properties</w:t>
            </w:r>
          </w:p>
        </w:tc>
        <w:tc>
          <w:tcPr>
            <w:tcW w:type="dxa" w:w="1312"/>
            <w:shd w:val="clear" w:color="auto" w:fill="E8E8E8"/>
          </w:tcPr>
          <w:p>
            <w:pPr>
              <w:spacing w:after="0"/>
              <w:jc w:val="right"/>
            </w:pPr>
            <w:r>
              <w:rPr>
                <w:b/>
                <w:sz w:val="16"/>
              </w:rPr>
              <w:t>SRL, NFIP</w:t>
            </w:r>
          </w:p>
          <w:p>
            <w:pPr>
              <w:spacing w:after="0"/>
              <w:jc w:val="right"/>
            </w:pPr>
            <w:r>
              <w:rPr>
                <w:i/>
                <w:color w:val="555555"/>
                <w:sz w:val="14"/>
              </w:rPr>
              <w:t>properties</w:t>
            </w:r>
          </w:p>
        </w:tc>
        <w:tc>
          <w:tcPr>
            <w:tcW w:type="dxa" w:w="13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12"/>
            <w:shd w:val="clear" w:color="auto" w:fill="E8E8E8"/>
          </w:tcPr>
          <w:p>
            <w:pPr>
              <w:spacing w:after="0"/>
              <w:jc w:val="right"/>
            </w:pPr>
            <w:r>
              <w:rPr>
                <w:b/>
                <w:sz w:val="16"/>
              </w:rPr>
              <w:t>Mitigated</w:t>
            </w:r>
          </w:p>
          <w:p>
            <w:pPr>
              <w:spacing w:after="0"/>
              <w:jc w:val="right"/>
            </w:pPr>
            <w:r>
              <w:rPr>
                <w:i/>
                <w:color w:val="555555"/>
                <w:sz w:val="14"/>
              </w:rPr>
              <w:t>properties</w:t>
            </w:r>
          </w:p>
        </w:tc>
        <w:tc>
          <w:tcPr>
            <w:tcW w:type="dxa" w:w="146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97"/>
            <w:shd w:val="clear" w:color="auto" w:fill="E8E8E8"/>
          </w:tcPr>
          <w:p>
            <w:pPr>
              <w:spacing w:after="0"/>
              <w:jc w:val="left"/>
            </w:pPr>
            <w:r>
              <w:rPr>
                <w:b/>
                <w:sz w:val="16"/>
              </w:rPr>
              <w:t>Note</w:t>
            </w:r>
          </w:p>
        </w:tc>
      </w:tr>
      <w:tr>
        <w:trPr>
          <w:cantSplit/>
        </w:trPr>
        <w:tc>
          <w:tcPr>
            <w:tcW w:type="dxa" w:w="2424"/>
          </w:tcPr>
          <w:p>
            <w:pPr>
              <w:spacing w:after="0"/>
              <w:jc w:val="left"/>
            </w:pPr>
            <w:r>
              <w:rPr>
                <w:sz w:val="16"/>
              </w:rPr>
              <w:t>Garland County</w:t>
            </w:r>
          </w:p>
        </w:tc>
        <w:tc>
          <w:tcPr>
            <w:tcW w:type="dxa" w:w="1460"/>
          </w:tcPr>
          <w:p>
            <w:pPr>
              <w:spacing w:after="0"/>
              <w:jc w:val="left"/>
            </w:pPr>
            <w:r>
              <w:rPr>
                <w:sz w:val="16"/>
              </w:rPr>
              <w:t>050433</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9</w:t>
            </w:r>
          </w:p>
        </w:tc>
        <w:tc>
          <w:tcPr>
            <w:tcW w:type="dxa" w:w="1312"/>
          </w:tcPr>
          <w:p>
            <w:pPr>
              <w:spacing w:after="0"/>
              <w:jc w:val="right"/>
            </w:pPr>
            <w:r>
              <w:rPr>
                <w:sz w:val="16"/>
              </w:rPr>
              <w:t>0</w:t>
            </w:r>
          </w:p>
        </w:tc>
        <w:tc>
          <w:tcPr>
            <w:tcW w:type="dxa" w:w="1312"/>
          </w:tcPr>
          <w:p>
            <w:pPr>
              <w:spacing w:after="0"/>
              <w:jc w:val="right"/>
            </w:pPr>
            <w:r>
              <w:rPr>
                <w:sz w:val="16"/>
              </w:rPr>
              <w:t>10</w:t>
            </w:r>
          </w:p>
        </w:tc>
        <w:tc>
          <w:tcPr>
            <w:tcW w:type="dxa" w:w="1312"/>
          </w:tcPr>
          <w:p>
            <w:pPr>
              <w:spacing w:after="0"/>
              <w:jc w:val="right"/>
            </w:pPr>
            <w:r>
              <w:rPr>
                <w:sz w:val="16"/>
              </w:rPr>
              <w:t>1</w:t>
            </w:r>
          </w:p>
        </w:tc>
        <w:tc>
          <w:tcPr>
            <w:tcW w:type="dxa" w:w="1460"/>
          </w:tcPr>
          <w:p>
            <w:pPr>
              <w:spacing w:after="0"/>
              <w:jc w:val="right"/>
            </w:pPr>
            <w:r>
              <w:rPr>
                <w:sz w:val="16"/>
              </w:rPr>
              <w:t>2</w:t>
            </w:r>
          </w:p>
        </w:tc>
        <w:tc>
          <w:tcPr>
            <w:tcW w:type="dxa" w:w="897"/>
          </w:tcPr>
          <w:p>
            <w:pPr>
              <w:spacing w:after="0"/>
              <w:jc w:val="left"/>
            </w:pPr>
          </w:p>
        </w:tc>
      </w:tr>
      <w:tr>
        <w:trPr>
          <w:cantSplit/>
        </w:trPr>
        <w:tc>
          <w:tcPr>
            <w:tcW w:type="dxa" w:w="2424"/>
          </w:tcPr>
          <w:p>
            <w:pPr>
              <w:spacing w:after="0"/>
              <w:jc w:val="left"/>
            </w:pPr>
            <w:r>
              <w:rPr>
                <w:sz w:val="16"/>
              </w:rPr>
              <w:t>Fountain Lake town</w:t>
            </w:r>
          </w:p>
        </w:tc>
        <w:tc>
          <w:tcPr>
            <w:tcW w:type="dxa" w:w="1460"/>
          </w:tcPr>
          <w:p>
            <w:pPr>
              <w:spacing w:after="0"/>
              <w:jc w:val="left"/>
            </w:pPr>
            <w:r>
              <w:rPr>
                <w:sz w:val="16"/>
              </w:rPr>
              <w:t>050509</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Hot Springs city</w:t>
            </w:r>
          </w:p>
        </w:tc>
        <w:tc>
          <w:tcPr>
            <w:tcW w:type="dxa" w:w="1460"/>
          </w:tcPr>
          <w:p>
            <w:pPr>
              <w:spacing w:after="0"/>
              <w:jc w:val="left"/>
            </w:pPr>
            <w:r>
              <w:rPr>
                <w:sz w:val="16"/>
              </w:rPr>
              <w:t>050084</w:t>
            </w:r>
          </w:p>
        </w:tc>
        <w:tc>
          <w:tcPr>
            <w:tcW w:type="dxa" w:w="1312"/>
          </w:tcPr>
          <w:p>
            <w:pPr>
              <w:spacing w:after="0"/>
              <w:jc w:val="right"/>
            </w:pPr>
            <w:r>
              <w:rPr>
                <w:sz w:val="16"/>
              </w:rPr>
              <w:t>0</w:t>
            </w:r>
          </w:p>
        </w:tc>
        <w:tc>
          <w:tcPr>
            <w:tcW w:type="dxa" w:w="1312"/>
          </w:tcPr>
          <w:p>
            <w:pPr>
              <w:spacing w:after="0"/>
              <w:jc w:val="right"/>
            </w:pPr>
            <w:r>
              <w:rPr>
                <w:sz w:val="16"/>
              </w:rPr>
              <w:t>3</w:t>
            </w:r>
          </w:p>
        </w:tc>
        <w:tc>
          <w:tcPr>
            <w:tcW w:type="dxa" w:w="1312"/>
          </w:tcPr>
          <w:p>
            <w:pPr>
              <w:spacing w:after="0"/>
              <w:jc w:val="right"/>
            </w:pPr>
            <w:r>
              <w:rPr>
                <w:sz w:val="16"/>
              </w:rPr>
              <w:t>10</w:t>
            </w:r>
          </w:p>
        </w:tc>
        <w:tc>
          <w:tcPr>
            <w:tcW w:type="dxa" w:w="1312"/>
          </w:tcPr>
          <w:p>
            <w:pPr>
              <w:spacing w:after="0"/>
              <w:jc w:val="right"/>
            </w:pPr>
            <w:r>
              <w:rPr>
                <w:sz w:val="16"/>
              </w:rPr>
              <w:t>0</w:t>
            </w:r>
          </w:p>
        </w:tc>
        <w:tc>
          <w:tcPr>
            <w:tcW w:type="dxa" w:w="1312"/>
          </w:tcPr>
          <w:p>
            <w:pPr>
              <w:spacing w:after="0"/>
              <w:jc w:val="right"/>
            </w:pPr>
            <w:r>
              <w:rPr>
                <w:sz w:val="16"/>
              </w:rPr>
              <w:t>13</w:t>
            </w:r>
          </w:p>
        </w:tc>
        <w:tc>
          <w:tcPr>
            <w:tcW w:type="dxa" w:w="1312"/>
          </w:tcPr>
          <w:p>
            <w:pPr>
              <w:spacing w:after="0"/>
              <w:jc w:val="right"/>
            </w:pPr>
            <w:r>
              <w:rPr>
                <w:sz w:val="16"/>
              </w:rPr>
              <w:t>4</w:t>
            </w:r>
          </w:p>
        </w:tc>
        <w:tc>
          <w:tcPr>
            <w:tcW w:type="dxa" w:w="1460"/>
          </w:tcPr>
          <w:p>
            <w:pPr>
              <w:spacing w:after="0"/>
              <w:jc w:val="right"/>
            </w:pPr>
            <w:r>
              <w:rPr>
                <w:sz w:val="16"/>
              </w:rPr>
              <w:t>2</w:t>
            </w:r>
          </w:p>
        </w:tc>
        <w:tc>
          <w:tcPr>
            <w:tcW w:type="dxa" w:w="897"/>
          </w:tcPr>
          <w:p>
            <w:pPr>
              <w:spacing w:after="0"/>
              <w:jc w:val="left"/>
            </w:pPr>
          </w:p>
        </w:tc>
      </w:tr>
      <w:tr>
        <w:trPr>
          <w:cantSplit/>
        </w:trPr>
        <w:tc>
          <w:tcPr>
            <w:tcW w:type="dxa" w:w="2424"/>
          </w:tcPr>
          <w:p>
            <w:pPr>
              <w:spacing w:after="0"/>
              <w:jc w:val="left"/>
            </w:pPr>
            <w:r>
              <w:rPr>
                <w:sz w:val="16"/>
              </w:rPr>
              <w:t>Mountain Pine city</w:t>
            </w:r>
          </w:p>
        </w:tc>
        <w:tc>
          <w:tcPr>
            <w:tcW w:type="dxa" w:w="1460"/>
          </w:tcPr>
          <w:p>
            <w:pPr>
              <w:spacing w:after="0"/>
              <w:jc w:val="left"/>
            </w:pPr>
            <w:r>
              <w:rPr>
                <w:sz w:val="16"/>
              </w:rPr>
              <w:t>050477</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496"/>
          </w:tcPr>
          <w:p>
            <w:pPr>
              <w:spacing w:after="0"/>
              <w:jc w:val="right"/>
            </w:pPr>
            <w:r>
              <w:rPr>
                <w:sz w:val="16"/>
              </w:rPr>
              <w:t>11</w:t>
            </w:r>
          </w:p>
        </w:tc>
        <w:tc>
          <w:tcPr>
            <w:tcW w:type="dxa" w:w="1496"/>
          </w:tcPr>
          <w:p>
            <w:pPr>
              <w:spacing w:after="0"/>
              <w:jc w:val="right"/>
            </w:pPr>
            <w:r>
              <w:rPr>
                <w:sz w:val="16"/>
              </w:rPr>
              <w:t>1</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496"/>
          </w:tcPr>
          <w:p>
            <w:pPr>
              <w:spacing w:after="0"/>
              <w:jc w:val="right"/>
            </w:pPr>
            <w:r>
              <w:rPr>
                <w:sz w:val="16"/>
              </w:rPr>
              <w:t>12</w:t>
            </w:r>
          </w:p>
        </w:tc>
        <w:tc>
          <w:tcPr>
            <w:tcW w:type="dxa" w:w="1496"/>
          </w:tcPr>
          <w:p>
            <w:pPr>
              <w:spacing w:after="0"/>
              <w:jc w:val="right"/>
            </w:pPr>
            <w:r>
              <w:rPr>
                <w:sz w:val="16"/>
              </w:rPr>
              <w:t>4</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19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Garland County, AR: risk-assessment baseline packet, release 2026-10 (data as of 2026-09-28; County area 05051).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hazard-plain_2026-10_AR_05051.docx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Garland County, AR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Garland County, AR: Risk-assessment baseline packet</dc:title>
  <dc:subject>Hazard Plain release 2026-10, as of 2026-09-28. Preview: automated baseline</dc:subject>
  <dc:creator>Hazard Plain</dc:creator>
  <cp:keywords>Hazard Plain; hazard mitigation; risk assessment; 05051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