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Cleveland County, AR</w:t>
      </w:r>
    </w:p>
    <w:p>
      <w:pPr>
        <w:spacing w:after="120" w:before="0"/>
      </w:pPr>
      <w:r>
        <w:rPr>
          <w:color w:val="555555"/>
          <w:sz w:val="24"/>
        </w:rPr>
        <w:t>Risk-assessment baseline packet</w:t>
      </w:r>
    </w:p>
    <w:p>
      <w:pPr>
        <w:spacing w:after="120" w:before="0"/>
      </w:pPr>
      <w:r>
        <w:rPr>
          <w:b/>
          <w:sz w:val="18"/>
        </w:rPr>
        <w:t xml:space="preserve">County FIPS: </w:t>
      </w:r>
      <w:r>
        <w:rPr>
          <w:sz w:val="18"/>
        </w:rPr>
        <w:t>05025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101349 approved 2025-04-09, pending adoption here; not yet eligible. Plan: Cleveland County (FEMA plan 101349), pending adoption here, approved 2025-04-09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($1,066,232 a year), Tornado ($547,726) and Earthquake ($335,087).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101349 approved 2025-04-09, pending adoption here; not yet eligible</w:t>
      </w:r>
    </w:p>
    <w:p>
      <w:pPr>
        <w:keepNext/>
        <w:spacing w:after="40" w:before="0"/>
      </w:pPr>
      <w:r>
        <w:rPr>
          <w:b/>
        </w:rPr>
        <w:t xml:space="preserve">Plan: </w:t>
      </w:r>
      <w:r>
        <w:rPr/>
        <w:t>Cleveland County (FEMA plan 101349), pending adoption here</w:t>
      </w:r>
    </w:p>
    <w:p>
      <w:pPr>
        <w:keepNext/>
        <w:spacing w:after="40" w:before="0"/>
      </w:pPr>
      <w:r>
        <w:rPr>
          <w:b/>
        </w:rPr>
        <w:t xml:space="preserve">Approved: </w:t>
      </w:r>
      <w:r>
        <w:rPr/>
        <w:t>2025-04-09 by FEMA; not yet adopted here</w:t>
      </w:r>
    </w:p>
    <w:p>
      <w:pPr>
        <w:keepNext/>
        <w:spacing w:after="40" w:before="0"/>
      </w:pPr>
      <w:r>
        <w:rPr>
          <w:b/>
        </w:rPr>
        <w:t xml:space="preserve">Expires: </w:t>
      </w:r>
      <w:r>
        <w:rPr/>
        <w:t>2030-04-08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101349 was approved by FEMA on 2025-04-09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35"/>
        <w:gridCol w:w="1803"/>
        <w:gridCol w:w="2067"/>
        <w:gridCol w:w="2386"/>
        <w:gridCol w:w="1258"/>
        <w:gridCol w:w="1037"/>
        <w:gridCol w:w="853"/>
        <w:gridCol w:w="1510"/>
        <w:gridCol w:w="1263"/>
      </w:tblGrid>
      <w:tr>
        <w:trPr>
          <w:cantSplit/>
          <w:tblHeader/>
        </w:trPr>
        <w:tc>
          <w:tcPr>
            <w:tcW w:type="dxa" w:w="1935"/>
            <w:shd w:val="clear" w:color="auto" w:fill="E8E8E8"/>
          </w:tcPr>
          <w:p>
            <w:pPr>
              <w:spacing w:after="0"/>
              <w:jc w:val="left"/>
            </w:pPr>
            <w:r>
              <w:rPr>
                <w:b/>
                <w:sz w:val="16"/>
              </w:rPr>
              <w:t>Jurisdiction</w:t>
            </w:r>
          </w:p>
        </w:tc>
        <w:tc>
          <w:tcPr>
            <w:tcW w:type="dxa" w:w="1803"/>
            <w:shd w:val="clear" w:color="auto" w:fill="E8E8E8"/>
          </w:tcPr>
          <w:p>
            <w:pPr>
              <w:spacing w:after="0"/>
              <w:jc w:val="left"/>
            </w:pPr>
            <w:r>
              <w:rPr>
                <w:b/>
                <w:sz w:val="16"/>
              </w:rPr>
              <w:t>Type</w:t>
            </w:r>
          </w:p>
        </w:tc>
        <w:tc>
          <w:tcPr>
            <w:tcW w:type="dxa" w:w="2067"/>
            <w:shd w:val="clear" w:color="auto" w:fill="E8E8E8"/>
          </w:tcPr>
          <w:p>
            <w:pPr>
              <w:spacing w:after="0"/>
              <w:jc w:val="left"/>
            </w:pPr>
            <w:r>
              <w:rPr>
                <w:b/>
                <w:sz w:val="16"/>
              </w:rPr>
              <w:t>Status</w:t>
            </w:r>
          </w:p>
        </w:tc>
        <w:tc>
          <w:tcPr>
            <w:tcW w:type="dxa" w:w="2386"/>
            <w:shd w:val="clear" w:color="auto" w:fill="E8E8E8"/>
          </w:tcPr>
          <w:p>
            <w:pPr>
              <w:spacing w:after="0"/>
              <w:jc w:val="left"/>
            </w:pPr>
            <w:r>
              <w:rPr>
                <w:b/>
                <w:sz w:val="16"/>
              </w:rPr>
              <w:t>Plan</w:t>
            </w:r>
          </w:p>
        </w:tc>
        <w:tc>
          <w:tcPr>
            <w:tcW w:type="dxa" w:w="125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10"/>
            <w:shd w:val="clear" w:color="auto" w:fill="E8E8E8"/>
          </w:tcPr>
          <w:p>
            <w:pPr>
              <w:spacing w:after="0"/>
              <w:jc w:val="left"/>
            </w:pPr>
            <w:r>
              <w:rPr>
                <w:b/>
                <w:sz w:val="16"/>
              </w:rPr>
              <w:t>Update underway</w:t>
            </w:r>
          </w:p>
        </w:tc>
        <w:tc>
          <w:tcPr>
            <w:tcW w:type="dxa" w:w="1263"/>
            <w:shd w:val="clear" w:color="auto" w:fill="E8E8E8"/>
          </w:tcPr>
          <w:p>
            <w:pPr>
              <w:spacing w:after="0"/>
              <w:jc w:val="left"/>
            </w:pPr>
            <w:r>
              <w:rPr>
                <w:b/>
                <w:sz w:val="16"/>
              </w:rPr>
              <w:t>Notes</w:t>
            </w:r>
          </w:p>
        </w:tc>
      </w:tr>
      <w:tr>
        <w:trPr>
          <w:cantSplit/>
        </w:trPr>
        <w:tc>
          <w:tcPr>
            <w:tcW w:type="dxa" w:w="1935"/>
          </w:tcPr>
          <w:p>
            <w:pPr>
              <w:spacing w:after="0"/>
              <w:jc w:val="left"/>
            </w:pPr>
            <w:r>
              <w:rPr>
                <w:sz w:val="16"/>
              </w:rPr>
              <w:t>Cleveland County</w:t>
            </w:r>
          </w:p>
        </w:tc>
        <w:tc>
          <w:tcPr>
            <w:tcW w:type="dxa" w:w="1803"/>
          </w:tcPr>
          <w:p>
            <w:pPr>
              <w:spacing w:after="0"/>
              <w:jc w:val="left"/>
            </w:pPr>
            <w:r>
              <w:rPr>
                <w:sz w:val="16"/>
              </w:rPr>
              <w:t>County</w:t>
            </w:r>
          </w:p>
        </w:tc>
        <w:tc>
          <w:tcPr>
            <w:tcW w:type="dxa" w:w="2067"/>
          </w:tcPr>
          <w:p>
            <w:pPr>
              <w:spacing w:after="0"/>
              <w:jc w:val="left"/>
            </w:pPr>
            <w:r>
              <w:rPr>
                <w:sz w:val="16"/>
              </w:rPr>
              <w:t>Plan 101349 approved 2025-04-09, pending adoption here; not yet eligible</w:t>
            </w:r>
          </w:p>
        </w:tc>
        <w:tc>
          <w:tcPr>
            <w:tcW w:type="dxa" w:w="2386"/>
          </w:tcPr>
          <w:p>
            <w:pPr>
              <w:spacing w:after="0"/>
              <w:jc w:val="left"/>
            </w:pPr>
            <w:r>
              <w:rPr>
                <w:sz w:val="16"/>
              </w:rPr>
              <w:t>Cleveland County (FEMA plan 101349), pending adoption here</w:t>
            </w:r>
          </w:p>
        </w:tc>
        <w:tc>
          <w:tcPr>
            <w:tcW w:type="dxa" w:w="1258"/>
          </w:tcPr>
          <w:p>
            <w:pPr>
              <w:spacing w:after="0"/>
              <w:jc w:val="left"/>
            </w:pPr>
            <w:r>
              <w:rPr>
                <w:sz w:val="16"/>
              </w:rPr>
              <w:t>2025-04-09 by FEMA; not yet adopted here</w:t>
            </w:r>
          </w:p>
        </w:tc>
        <w:tc>
          <w:tcPr>
            <w:tcW w:type="dxa" w:w="1037"/>
          </w:tcPr>
          <w:p>
            <w:pPr>
              <w:spacing w:after="0"/>
              <w:jc w:val="left"/>
            </w:pPr>
            <w:r>
              <w:rPr>
                <w:sz w:val="16"/>
              </w:rPr>
              <w:t>2030-04-08 once adopted</w:t>
            </w:r>
          </w:p>
        </w:tc>
        <w:tc>
          <w:tcPr>
            <w:tcW w:type="dxa" w:w="853"/>
          </w:tcPr>
          <w:p>
            <w:pPr>
              <w:spacing w:after="0"/>
              <w:jc w:val="right"/>
            </w:pPr>
          </w:p>
        </w:tc>
        <w:tc>
          <w:tcPr>
            <w:tcW w:type="dxa" w:w="1510"/>
          </w:tcPr>
          <w:p>
            <w:pPr>
              <w:spacing w:after="0"/>
              <w:jc w:val="left"/>
            </w:pPr>
            <w:r>
              <w:rPr>
                <w:sz w:val="16"/>
              </w:rPr>
              <w:t>FEMA tracker shows a plan approvable pending adoption</w:t>
            </w:r>
          </w:p>
        </w:tc>
        <w:tc>
          <w:tcPr>
            <w:tcW w:type="dxa" w:w="1263"/>
          </w:tcPr>
          <w:p>
            <w:pPr>
              <w:spacing w:after="0"/>
              <w:jc w:val="left"/>
            </w:pPr>
            <w:r>
              <w:rPr>
                <w:sz w:val="16"/>
              </w:rPr>
              <w:t>Not yet eligible: adopt the approved plan.</w:t>
            </w:r>
          </w:p>
        </w:tc>
      </w:tr>
      <w:tr>
        <w:trPr>
          <w:cantSplit/>
        </w:trPr>
        <w:tc>
          <w:tcPr>
            <w:tcW w:type="dxa" w:w="1935"/>
          </w:tcPr>
          <w:p>
            <w:pPr>
              <w:spacing w:after="0"/>
              <w:jc w:val="left"/>
            </w:pPr>
            <w:r>
              <w:rPr>
                <w:sz w:val="16"/>
              </w:rPr>
              <w:t>Kingsland city</w:t>
            </w:r>
          </w:p>
        </w:tc>
        <w:tc>
          <w:tcPr>
            <w:tcW w:type="dxa" w:w="1803"/>
          </w:tcPr>
          <w:p>
            <w:pPr>
              <w:spacing w:after="0"/>
              <w:jc w:val="left"/>
            </w:pPr>
            <w:r>
              <w:rPr>
                <w:sz w:val="16"/>
              </w:rPr>
              <w:t>City</w:t>
            </w:r>
          </w:p>
        </w:tc>
        <w:tc>
          <w:tcPr>
            <w:tcW w:type="dxa" w:w="2067"/>
          </w:tcPr>
          <w:p>
            <w:pPr>
              <w:spacing w:after="0"/>
              <w:jc w:val="left"/>
            </w:pPr>
            <w:r>
              <w:rPr>
                <w:sz w:val="16"/>
              </w:rPr>
              <w:t>Approved, expires 2030-04-08</w:t>
            </w:r>
          </w:p>
        </w:tc>
        <w:tc>
          <w:tcPr>
            <w:tcW w:type="dxa" w:w="2386"/>
          </w:tcPr>
          <w:p>
            <w:pPr>
              <w:spacing w:after="0"/>
              <w:jc w:val="left"/>
            </w:pPr>
            <w:r>
              <w:rPr>
                <w:sz w:val="16"/>
              </w:rPr>
              <w:t>Cleveland County (FEMA plan 101349)</w:t>
            </w:r>
          </w:p>
        </w:tc>
        <w:tc>
          <w:tcPr>
            <w:tcW w:type="dxa" w:w="1258"/>
          </w:tcPr>
          <w:p>
            <w:pPr>
              <w:spacing w:after="0"/>
              <w:jc w:val="left"/>
            </w:pPr>
            <w:r>
              <w:rPr>
                <w:sz w:val="16"/>
              </w:rPr>
              <w:t>2025-04-09</w:t>
            </w:r>
          </w:p>
        </w:tc>
        <w:tc>
          <w:tcPr>
            <w:tcW w:type="dxa" w:w="1037"/>
          </w:tcPr>
          <w:p>
            <w:pPr>
              <w:spacing w:after="0"/>
              <w:jc w:val="left"/>
            </w:pPr>
            <w:r>
              <w:rPr>
                <w:sz w:val="16"/>
              </w:rPr>
              <w:t>2030-04-08</w:t>
            </w:r>
          </w:p>
        </w:tc>
        <w:tc>
          <w:tcPr>
            <w:tcW w:type="dxa" w:w="853"/>
          </w:tcPr>
          <w:p>
            <w:pPr>
              <w:spacing w:after="0"/>
              <w:jc w:val="right"/>
            </w:pPr>
            <w:r>
              <w:rPr>
                <w:sz w:val="16"/>
              </w:rPr>
              <w:t>1,286</w:t>
            </w:r>
          </w:p>
        </w:tc>
        <w:tc>
          <w:tcPr>
            <w:tcW w:type="dxa" w:w="1510"/>
          </w:tcPr>
          <w:p>
            <w:pPr>
              <w:spacing w:after="0"/>
              <w:jc w:val="left"/>
            </w:pPr>
          </w:p>
        </w:tc>
        <w:tc>
          <w:tcPr>
            <w:tcW w:type="dxa" w:w="1263"/>
          </w:tcPr>
          <w:p>
            <w:pPr>
              <w:spacing w:after="0"/>
              <w:jc w:val="left"/>
            </w:pPr>
          </w:p>
        </w:tc>
      </w:tr>
      <w:tr>
        <w:trPr>
          <w:cantSplit/>
        </w:trPr>
        <w:tc>
          <w:tcPr>
            <w:tcW w:type="dxa" w:w="1935"/>
          </w:tcPr>
          <w:p>
            <w:pPr>
              <w:spacing w:after="0"/>
              <w:jc w:val="left"/>
            </w:pPr>
            <w:r>
              <w:rPr>
                <w:sz w:val="16"/>
              </w:rPr>
              <w:t>Rison city</w:t>
            </w:r>
          </w:p>
        </w:tc>
        <w:tc>
          <w:tcPr>
            <w:tcW w:type="dxa" w:w="1803"/>
          </w:tcPr>
          <w:p>
            <w:pPr>
              <w:spacing w:after="0"/>
              <w:jc w:val="left"/>
            </w:pPr>
            <w:r>
              <w:rPr>
                <w:sz w:val="16"/>
              </w:rPr>
              <w:t>City</w:t>
            </w:r>
          </w:p>
        </w:tc>
        <w:tc>
          <w:tcPr>
            <w:tcW w:type="dxa" w:w="2067"/>
          </w:tcPr>
          <w:p>
            <w:pPr>
              <w:spacing w:after="0"/>
              <w:jc w:val="left"/>
            </w:pPr>
            <w:r>
              <w:rPr>
                <w:sz w:val="16"/>
              </w:rPr>
              <w:t>Approved, expires 2030-04-08</w:t>
            </w:r>
          </w:p>
        </w:tc>
        <w:tc>
          <w:tcPr>
            <w:tcW w:type="dxa" w:w="2386"/>
          </w:tcPr>
          <w:p>
            <w:pPr>
              <w:spacing w:after="0"/>
              <w:jc w:val="left"/>
            </w:pPr>
            <w:r>
              <w:rPr>
                <w:sz w:val="16"/>
              </w:rPr>
              <w:t>Cleveland County (FEMA plan 101349)</w:t>
            </w:r>
          </w:p>
        </w:tc>
        <w:tc>
          <w:tcPr>
            <w:tcW w:type="dxa" w:w="1258"/>
          </w:tcPr>
          <w:p>
            <w:pPr>
              <w:spacing w:after="0"/>
              <w:jc w:val="left"/>
            </w:pPr>
            <w:r>
              <w:rPr>
                <w:sz w:val="16"/>
              </w:rPr>
              <w:t>2025-04-09</w:t>
            </w:r>
          </w:p>
        </w:tc>
        <w:tc>
          <w:tcPr>
            <w:tcW w:type="dxa" w:w="1037"/>
          </w:tcPr>
          <w:p>
            <w:pPr>
              <w:spacing w:after="0"/>
              <w:jc w:val="left"/>
            </w:pPr>
            <w:r>
              <w:rPr>
                <w:sz w:val="16"/>
              </w:rPr>
              <w:t>2030-04-08</w:t>
            </w:r>
          </w:p>
        </w:tc>
        <w:tc>
          <w:tcPr>
            <w:tcW w:type="dxa" w:w="853"/>
          </w:tcPr>
          <w:p>
            <w:pPr>
              <w:spacing w:after="0"/>
              <w:jc w:val="right"/>
            </w:pPr>
            <w:r>
              <w:rPr>
                <w:sz w:val="16"/>
              </w:rPr>
              <w:t>1,286</w:t>
            </w:r>
          </w:p>
        </w:tc>
        <w:tc>
          <w:tcPr>
            <w:tcW w:type="dxa" w:w="1510"/>
          </w:tcPr>
          <w:p>
            <w:pPr>
              <w:spacing w:after="0"/>
              <w:jc w:val="left"/>
            </w:pPr>
          </w:p>
        </w:tc>
        <w:tc>
          <w:tcPr>
            <w:tcW w:type="dxa" w:w="1263"/>
          </w:tcPr>
          <w:p>
            <w:pPr>
              <w:spacing w:after="0"/>
              <w:jc w:val="left"/>
            </w:pPr>
          </w:p>
        </w:tc>
      </w:tr>
      <w:tr>
        <w:trPr>
          <w:cantSplit/>
        </w:trPr>
        <w:tc>
          <w:tcPr>
            <w:tcW w:type="dxa" w:w="1935"/>
          </w:tcPr>
          <w:p>
            <w:pPr>
              <w:spacing w:after="0"/>
              <w:jc w:val="left"/>
            </w:pPr>
            <w:r>
              <w:rPr>
                <w:sz w:val="16"/>
              </w:rPr>
              <w:t>Cleveland County School District</w:t>
            </w:r>
          </w:p>
        </w:tc>
        <w:tc>
          <w:tcPr>
            <w:tcW w:type="dxa" w:w="1803"/>
          </w:tcPr>
          <w:p>
            <w:pPr>
              <w:spacing w:after="0"/>
              <w:jc w:val="left"/>
            </w:pPr>
            <w:r>
              <w:rPr>
                <w:sz w:val="16"/>
              </w:rPr>
              <w:t>School/School District</w:t>
            </w:r>
          </w:p>
        </w:tc>
        <w:tc>
          <w:tcPr>
            <w:tcW w:type="dxa" w:w="2067"/>
          </w:tcPr>
          <w:p>
            <w:pPr>
              <w:spacing w:after="0"/>
              <w:jc w:val="left"/>
            </w:pPr>
            <w:r>
              <w:rPr>
                <w:sz w:val="16"/>
              </w:rPr>
              <w:t>Approved, expires 2030-04-08</w:t>
            </w:r>
          </w:p>
        </w:tc>
        <w:tc>
          <w:tcPr>
            <w:tcW w:type="dxa" w:w="2386"/>
          </w:tcPr>
          <w:p>
            <w:pPr>
              <w:spacing w:after="0"/>
              <w:jc w:val="left"/>
            </w:pPr>
            <w:r>
              <w:rPr>
                <w:sz w:val="16"/>
              </w:rPr>
              <w:t>Cleveland County (FEMA plan 101349)</w:t>
            </w:r>
          </w:p>
        </w:tc>
        <w:tc>
          <w:tcPr>
            <w:tcW w:type="dxa" w:w="1258"/>
          </w:tcPr>
          <w:p>
            <w:pPr>
              <w:spacing w:after="0"/>
              <w:jc w:val="left"/>
            </w:pPr>
            <w:r>
              <w:rPr>
                <w:sz w:val="16"/>
              </w:rPr>
              <w:t>2025-04-09</w:t>
            </w:r>
          </w:p>
        </w:tc>
        <w:tc>
          <w:tcPr>
            <w:tcW w:type="dxa" w:w="1037"/>
          </w:tcPr>
          <w:p>
            <w:pPr>
              <w:spacing w:after="0"/>
              <w:jc w:val="left"/>
            </w:pPr>
            <w:r>
              <w:rPr>
                <w:sz w:val="16"/>
              </w:rPr>
              <w:t>2030-04-08</w:t>
            </w:r>
          </w:p>
        </w:tc>
        <w:tc>
          <w:tcPr>
            <w:tcW w:type="dxa" w:w="853"/>
          </w:tcPr>
          <w:p>
            <w:pPr>
              <w:spacing w:after="0"/>
              <w:jc w:val="right"/>
            </w:pPr>
            <w:r>
              <w:rPr>
                <w:sz w:val="16"/>
              </w:rPr>
              <w:t>1,286</w:t>
            </w:r>
          </w:p>
        </w:tc>
        <w:tc>
          <w:tcPr>
            <w:tcW w:type="dxa" w:w="1510"/>
          </w:tcPr>
          <w:p>
            <w:pPr>
              <w:spacing w:after="0"/>
              <w:jc w:val="left"/>
            </w:pPr>
          </w:p>
        </w:tc>
        <w:tc>
          <w:tcPr>
            <w:tcW w:type="dxa" w:w="1263"/>
          </w:tcPr>
          <w:p>
            <w:pPr>
              <w:spacing w:after="0"/>
              <w:jc w:val="left"/>
            </w:pPr>
          </w:p>
        </w:tc>
      </w:tr>
      <w:tr>
        <w:trPr>
          <w:cantSplit/>
        </w:trPr>
        <w:tc>
          <w:tcPr>
            <w:tcW w:type="dxa" w:w="1935"/>
          </w:tcPr>
          <w:p>
            <w:pPr>
              <w:spacing w:after="0"/>
              <w:jc w:val="left"/>
            </w:pPr>
            <w:r>
              <w:rPr>
                <w:sz w:val="16"/>
              </w:rPr>
              <w:t>Malvern Special School District</w:t>
            </w:r>
          </w:p>
        </w:tc>
        <w:tc>
          <w:tcPr>
            <w:tcW w:type="dxa" w:w="1803"/>
          </w:tcPr>
          <w:p>
            <w:pPr>
              <w:spacing w:after="0"/>
              <w:jc w:val="left"/>
            </w:pPr>
            <w:r>
              <w:rPr>
                <w:sz w:val="16"/>
              </w:rPr>
              <w:t>School/School District</w:t>
            </w:r>
          </w:p>
        </w:tc>
        <w:tc>
          <w:tcPr>
            <w:tcW w:type="dxa" w:w="2067"/>
          </w:tcPr>
          <w:p>
            <w:pPr>
              <w:spacing w:after="0"/>
              <w:jc w:val="left"/>
            </w:pPr>
            <w:r>
              <w:rPr>
                <w:sz w:val="16"/>
              </w:rPr>
              <w:t>Approved, expires 2030-05-21</w:t>
            </w:r>
          </w:p>
        </w:tc>
        <w:tc>
          <w:tcPr>
            <w:tcW w:type="dxa" w:w="2386"/>
          </w:tcPr>
          <w:p>
            <w:pPr>
              <w:spacing w:after="0"/>
              <w:jc w:val="left"/>
            </w:pPr>
            <w:r>
              <w:rPr>
                <w:sz w:val="16"/>
              </w:rPr>
              <w:t>Hot Spring County (FEMA plan 109391)</w:t>
            </w:r>
          </w:p>
        </w:tc>
        <w:tc>
          <w:tcPr>
            <w:tcW w:type="dxa" w:w="1258"/>
          </w:tcPr>
          <w:p>
            <w:pPr>
              <w:spacing w:after="0"/>
              <w:jc w:val="left"/>
            </w:pPr>
            <w:r>
              <w:rPr>
                <w:sz w:val="16"/>
              </w:rPr>
              <w:t>2025-05-22</w:t>
            </w:r>
          </w:p>
        </w:tc>
        <w:tc>
          <w:tcPr>
            <w:tcW w:type="dxa" w:w="1037"/>
          </w:tcPr>
          <w:p>
            <w:pPr>
              <w:spacing w:after="0"/>
              <w:jc w:val="left"/>
            </w:pPr>
            <w:r>
              <w:rPr>
                <w:sz w:val="16"/>
              </w:rPr>
              <w:t>2030-05-21</w:t>
            </w:r>
          </w:p>
        </w:tc>
        <w:tc>
          <w:tcPr>
            <w:tcW w:type="dxa" w:w="853"/>
          </w:tcPr>
          <w:p>
            <w:pPr>
              <w:spacing w:after="0"/>
              <w:jc w:val="right"/>
            </w:pPr>
            <w:r>
              <w:rPr>
                <w:sz w:val="16"/>
              </w:rPr>
              <w:t>1,329</w:t>
            </w:r>
          </w:p>
        </w:tc>
        <w:tc>
          <w:tcPr>
            <w:tcW w:type="dxa" w:w="1510"/>
          </w:tcPr>
          <w:p>
            <w:pPr>
              <w:spacing w:after="0"/>
              <w:jc w:val="left"/>
            </w:pPr>
          </w:p>
        </w:tc>
        <w:tc>
          <w:tcPr>
            <w:tcW w:type="dxa" w:w="1263"/>
          </w:tcPr>
          <w:p>
            <w:pPr>
              <w:spacing w:after="0"/>
              <w:jc w:val="left"/>
            </w:pPr>
          </w:p>
        </w:tc>
      </w:tr>
      <w:tr>
        <w:trPr>
          <w:cantSplit/>
        </w:trPr>
        <w:tc>
          <w:tcPr>
            <w:tcW w:type="dxa" w:w="1935"/>
          </w:tcPr>
          <w:p>
            <w:pPr>
              <w:spacing w:after="0"/>
              <w:jc w:val="left"/>
            </w:pPr>
            <w:r>
              <w:rPr>
                <w:sz w:val="16"/>
              </w:rPr>
              <w:t>Star City School District</w:t>
            </w:r>
          </w:p>
        </w:tc>
        <w:tc>
          <w:tcPr>
            <w:tcW w:type="dxa" w:w="1803"/>
          </w:tcPr>
          <w:p>
            <w:pPr>
              <w:spacing w:after="0"/>
              <w:jc w:val="left"/>
            </w:pPr>
            <w:r>
              <w:rPr>
                <w:sz w:val="16"/>
              </w:rPr>
              <w:t>School/School District</w:t>
            </w:r>
          </w:p>
        </w:tc>
        <w:tc>
          <w:tcPr>
            <w:tcW w:type="dxa" w:w="2067"/>
          </w:tcPr>
          <w:p>
            <w:pPr>
              <w:spacing w:after="0"/>
              <w:jc w:val="left"/>
            </w:pPr>
            <w:r>
              <w:rPr>
                <w:sz w:val="16"/>
              </w:rPr>
              <w:t>Approved, expires 2029-01-28</w:t>
            </w:r>
          </w:p>
        </w:tc>
        <w:tc>
          <w:tcPr>
            <w:tcW w:type="dxa" w:w="2386"/>
          </w:tcPr>
          <w:p>
            <w:pPr>
              <w:spacing w:after="0"/>
              <w:jc w:val="left"/>
            </w:pPr>
            <w:r>
              <w:rPr>
                <w:sz w:val="16"/>
              </w:rPr>
              <w:t>Lincoln County (FEMA plan 101363)</w:t>
            </w:r>
          </w:p>
        </w:tc>
        <w:tc>
          <w:tcPr>
            <w:tcW w:type="dxa" w:w="1258"/>
          </w:tcPr>
          <w:p>
            <w:pPr>
              <w:spacing w:after="0"/>
              <w:jc w:val="left"/>
            </w:pPr>
            <w:r>
              <w:rPr>
                <w:sz w:val="16"/>
              </w:rPr>
              <w:t>2024-01-29</w:t>
            </w:r>
          </w:p>
        </w:tc>
        <w:tc>
          <w:tcPr>
            <w:tcW w:type="dxa" w:w="1037"/>
          </w:tcPr>
          <w:p>
            <w:pPr>
              <w:spacing w:after="0"/>
              <w:jc w:val="left"/>
            </w:pPr>
            <w:r>
              <w:rPr>
                <w:sz w:val="16"/>
              </w:rPr>
              <w:t>2029-01-28</w:t>
            </w:r>
          </w:p>
        </w:tc>
        <w:tc>
          <w:tcPr>
            <w:tcW w:type="dxa" w:w="853"/>
          </w:tcPr>
          <w:p>
            <w:pPr>
              <w:spacing w:after="0"/>
              <w:jc w:val="right"/>
            </w:pPr>
            <w:r>
              <w:rPr>
                <w:sz w:val="16"/>
              </w:rPr>
              <w:t>851</w:t>
            </w:r>
          </w:p>
        </w:tc>
        <w:tc>
          <w:tcPr>
            <w:tcW w:type="dxa" w:w="1510"/>
          </w:tcPr>
          <w:p>
            <w:pPr>
              <w:spacing w:after="0"/>
              <w:jc w:val="left"/>
            </w:pPr>
          </w:p>
        </w:tc>
        <w:tc>
          <w:tcPr>
            <w:tcW w:type="dxa" w:w="1263"/>
          </w:tcPr>
          <w:p>
            <w:pPr>
              <w:spacing w:after="0"/>
              <w:jc w:val="left"/>
            </w:pPr>
          </w:p>
        </w:tc>
      </w:tr>
      <w:tr>
        <w:trPr>
          <w:cantSplit/>
        </w:trPr>
        <w:tc>
          <w:tcPr>
            <w:tcW w:type="dxa" w:w="1935"/>
          </w:tcPr>
          <w:p>
            <w:pPr>
              <w:spacing w:after="0"/>
              <w:jc w:val="left"/>
            </w:pPr>
            <w:r>
              <w:rPr>
                <w:sz w:val="16"/>
              </w:rPr>
              <w:t>Woodlawn School District</w:t>
            </w:r>
          </w:p>
        </w:tc>
        <w:tc>
          <w:tcPr>
            <w:tcW w:type="dxa" w:w="1803"/>
          </w:tcPr>
          <w:p>
            <w:pPr>
              <w:spacing w:after="0"/>
              <w:jc w:val="left"/>
            </w:pPr>
            <w:r>
              <w:rPr>
                <w:sz w:val="16"/>
              </w:rPr>
              <w:t>School/School District</w:t>
            </w:r>
          </w:p>
        </w:tc>
        <w:tc>
          <w:tcPr>
            <w:tcW w:type="dxa" w:w="2067"/>
          </w:tcPr>
          <w:p>
            <w:pPr>
              <w:spacing w:after="0"/>
              <w:jc w:val="left"/>
            </w:pPr>
            <w:r>
              <w:rPr>
                <w:sz w:val="16"/>
              </w:rPr>
              <w:t>Approved, expires 2030-04-08</w:t>
            </w:r>
          </w:p>
        </w:tc>
        <w:tc>
          <w:tcPr>
            <w:tcW w:type="dxa" w:w="2386"/>
          </w:tcPr>
          <w:p>
            <w:pPr>
              <w:spacing w:after="0"/>
              <w:jc w:val="left"/>
            </w:pPr>
            <w:r>
              <w:rPr>
                <w:sz w:val="16"/>
              </w:rPr>
              <w:t>Cleveland County (FEMA plan 101349)</w:t>
            </w:r>
          </w:p>
        </w:tc>
        <w:tc>
          <w:tcPr>
            <w:tcW w:type="dxa" w:w="1258"/>
          </w:tcPr>
          <w:p>
            <w:pPr>
              <w:spacing w:after="0"/>
              <w:jc w:val="left"/>
            </w:pPr>
            <w:r>
              <w:rPr>
                <w:sz w:val="16"/>
              </w:rPr>
              <w:t>2025-04-09</w:t>
            </w:r>
          </w:p>
        </w:tc>
        <w:tc>
          <w:tcPr>
            <w:tcW w:type="dxa" w:w="1037"/>
          </w:tcPr>
          <w:p>
            <w:pPr>
              <w:spacing w:after="0"/>
              <w:jc w:val="left"/>
            </w:pPr>
            <w:r>
              <w:rPr>
                <w:sz w:val="16"/>
              </w:rPr>
              <w:t>2030-04-08</w:t>
            </w:r>
          </w:p>
        </w:tc>
        <w:tc>
          <w:tcPr>
            <w:tcW w:type="dxa" w:w="853"/>
          </w:tcPr>
          <w:p>
            <w:pPr>
              <w:spacing w:after="0"/>
              <w:jc w:val="right"/>
            </w:pPr>
            <w:r>
              <w:rPr>
                <w:sz w:val="16"/>
              </w:rPr>
              <w:t>1,286</w:t>
            </w:r>
          </w:p>
        </w:tc>
        <w:tc>
          <w:tcPr>
            <w:tcW w:type="dxa" w:w="1510"/>
          </w:tcPr>
          <w:p>
            <w:pPr>
              <w:spacing w:after="0"/>
              <w:jc w:val="left"/>
            </w:pPr>
          </w:p>
        </w:tc>
        <w:tc>
          <w:tcPr>
            <w:tcW w:type="dxa" w:w="1263"/>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1"/>
        <w:gridCol w:w="1251"/>
        <w:gridCol w:w="1037"/>
        <w:gridCol w:w="1126"/>
        <w:gridCol w:w="1587"/>
        <w:gridCol w:w="1144"/>
        <w:gridCol w:w="1787"/>
        <w:gridCol w:w="319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1"/>
            <w:shd w:val="clear" w:color="auto" w:fill="E8E8E8"/>
          </w:tcPr>
          <w:p>
            <w:pPr>
              <w:spacing w:after="0"/>
              <w:jc w:val="left"/>
            </w:pPr>
            <w:r>
              <w:rPr>
                <w:b/>
                <w:sz w:val="16"/>
              </w:rPr>
              <w:t>NRI risk rating</w:t>
            </w:r>
          </w:p>
        </w:tc>
        <w:tc>
          <w:tcPr>
            <w:tcW w:type="dxa" w:w="12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9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$1,055,028</w:t>
            </w:r>
          </w:p>
        </w:tc>
        <w:tc>
          <w:tcPr>
            <w:tcW w:type="dxa" w:w="1126"/>
          </w:tcPr>
          <w:p>
            <w:pPr>
              <w:spacing w:after="0"/>
              <w:jc w:val="right"/>
            </w:pPr>
            <w:r>
              <w:rPr>
                <w:sz w:val="16"/>
              </w:rPr>
              <w:t>$8,599</w:t>
            </w:r>
          </w:p>
        </w:tc>
        <w:tc>
          <w:tcPr>
            <w:tcW w:type="dxa" w:w="1587"/>
          </w:tcPr>
          <w:p>
            <w:pPr>
              <w:spacing w:after="0"/>
              <w:jc w:val="right"/>
            </w:pPr>
            <w:r>
              <w:rPr>
                <w:sz w:val="16"/>
              </w:rPr>
              <w:t>$2,605</w:t>
            </w:r>
          </w:p>
        </w:tc>
        <w:tc>
          <w:tcPr>
            <w:tcW w:type="dxa" w:w="1144"/>
          </w:tcPr>
          <w:p>
            <w:pPr>
              <w:spacing w:after="0"/>
              <w:jc w:val="right"/>
            </w:pPr>
            <w:r>
              <w:rPr>
                <w:sz w:val="16"/>
              </w:rPr>
              <w:t>$1,066,232</w:t>
            </w:r>
          </w:p>
        </w:tc>
        <w:tc>
          <w:tcPr>
            <w:tcW w:type="dxa" w:w="1787"/>
          </w:tcPr>
          <w:p>
            <w:pPr>
              <w:spacing w:after="0"/>
              <w:jc w:val="right"/>
            </w:pPr>
            <w:r>
              <w:rPr>
                <w:sz w:val="16"/>
              </w:rPr>
              <w:t>39</w:t>
            </w:r>
          </w:p>
        </w:tc>
        <w:tc>
          <w:tcPr>
            <w:tcW w:type="dxa" w:w="319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$196,163</w:t>
            </w:r>
          </w:p>
        </w:tc>
        <w:tc>
          <w:tcPr>
            <w:tcW w:type="dxa" w:w="1126"/>
          </w:tcPr>
          <w:p>
            <w:pPr>
              <w:spacing w:after="0"/>
              <w:jc w:val="right"/>
            </w:pPr>
            <w:r>
              <w:rPr>
                <w:sz w:val="16"/>
              </w:rPr>
              <w:t>$8,141</w:t>
            </w:r>
          </w:p>
        </w:tc>
        <w:tc>
          <w:tcPr>
            <w:tcW w:type="dxa" w:w="1587"/>
          </w:tcPr>
          <w:p>
            <w:pPr>
              <w:spacing w:after="0"/>
              <w:jc w:val="right"/>
            </w:pPr>
            <w:r>
              <w:rPr>
                <w:sz w:val="16"/>
              </w:rPr>
              <w:t>$343,421</w:t>
            </w:r>
          </w:p>
        </w:tc>
        <w:tc>
          <w:tcPr>
            <w:tcW w:type="dxa" w:w="1144"/>
          </w:tcPr>
          <w:p>
            <w:pPr>
              <w:spacing w:after="0"/>
              <w:jc w:val="right"/>
            </w:pPr>
            <w:r>
              <w:rPr>
                <w:sz w:val="16"/>
              </w:rPr>
              <w:t>$547,726</w:t>
            </w:r>
          </w:p>
        </w:tc>
        <w:tc>
          <w:tcPr>
            <w:tcW w:type="dxa" w:w="1787"/>
          </w:tcPr>
          <w:p>
            <w:pPr>
              <w:spacing w:after="0"/>
              <w:jc w:val="right"/>
            </w:pPr>
            <w:r>
              <w:rPr>
                <w:sz w:val="16"/>
              </w:rPr>
              <w:t>5</w:t>
            </w:r>
          </w:p>
        </w:tc>
        <w:tc>
          <w:tcPr>
            <w:tcW w:type="dxa" w:w="3192"/>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Earthquake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$197,130</w:t>
            </w:r>
          </w:p>
        </w:tc>
        <w:tc>
          <w:tcPr>
            <w:tcW w:type="dxa" w:w="1126"/>
          </w:tcPr>
          <w:p>
            <w:pPr>
              <w:spacing w:after="0"/>
              <w:jc w:val="right"/>
            </w:pPr>
            <w:r>
              <w:rPr>
                <w:sz w:val="16"/>
              </w:rPr>
              <w:t>n/a</w:t>
            </w:r>
          </w:p>
        </w:tc>
        <w:tc>
          <w:tcPr>
            <w:tcW w:type="dxa" w:w="1587"/>
          </w:tcPr>
          <w:p>
            <w:pPr>
              <w:spacing w:after="0"/>
              <w:jc w:val="right"/>
            </w:pPr>
            <w:r>
              <w:rPr>
                <w:sz w:val="16"/>
              </w:rPr>
              <w:t>$137,958</w:t>
            </w:r>
          </w:p>
        </w:tc>
        <w:tc>
          <w:tcPr>
            <w:tcW w:type="dxa" w:w="1144"/>
          </w:tcPr>
          <w:p>
            <w:pPr>
              <w:spacing w:after="0"/>
              <w:jc w:val="right"/>
            </w:pPr>
            <w:r>
              <w:rPr>
                <w:sz w:val="16"/>
              </w:rPr>
              <w:t>$335,087</w:t>
            </w:r>
          </w:p>
        </w:tc>
        <w:tc>
          <w:tcPr>
            <w:tcW w:type="dxa" w:w="1787"/>
          </w:tcPr>
          <w:p>
            <w:pPr>
              <w:spacing w:after="0"/>
              <w:jc w:val="right"/>
            </w:pPr>
          </w:p>
        </w:tc>
        <w:tc>
          <w:tcPr>
            <w:tcW w:type="dxa" w:w="3192"/>
          </w:tcPr>
          <w:p>
            <w:pPr>
              <w:spacing w:after="0"/>
              <w:jc w:val="left"/>
            </w:pPr>
            <w:r>
              <w:rPr>
                <w:sz w:val="16"/>
              </w:rPr>
              <w:t>Storm Events does not record earthquakes.</w:t>
            </w:r>
          </w:p>
        </w:tc>
      </w:tr>
      <w:tr>
        <w:trPr>
          <w:cantSplit/>
        </w:trPr>
        <w:tc>
          <w:tcPr>
            <w:tcW w:type="dxa" w:w="699"/>
          </w:tcPr>
          <w:p>
            <w:pPr>
              <w:spacing w:after="0"/>
              <w:jc w:val="right"/>
            </w:pPr>
            <w:r>
              <w:rPr>
                <w:sz w:val="16"/>
              </w:rPr>
              <w:t>4</w:t>
            </w:r>
          </w:p>
        </w:tc>
        <w:tc>
          <w:tcPr>
            <w:tcW w:type="dxa" w:w="1037"/>
          </w:tcPr>
          <w:p>
            <w:pPr>
              <w:spacing w:after="0"/>
              <w:jc w:val="left"/>
            </w:pPr>
            <w:r>
              <w:rPr>
                <w:sz w:val="16"/>
              </w:rPr>
              <w:t>Heat Wave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$16</w:t>
            </w:r>
          </w:p>
        </w:tc>
        <w:tc>
          <w:tcPr>
            <w:tcW w:type="dxa" w:w="1126"/>
          </w:tcPr>
          <w:p>
            <w:pPr>
              <w:spacing w:after="0"/>
              <w:jc w:val="right"/>
            </w:pPr>
            <w:r>
              <w:rPr>
                <w:sz w:val="16"/>
              </w:rPr>
              <w:t>$881</w:t>
            </w:r>
          </w:p>
        </w:tc>
        <w:tc>
          <w:tcPr>
            <w:tcW w:type="dxa" w:w="1587"/>
          </w:tcPr>
          <w:p>
            <w:pPr>
              <w:spacing w:after="0"/>
              <w:jc w:val="right"/>
            </w:pPr>
            <w:r>
              <w:rPr>
                <w:sz w:val="16"/>
              </w:rPr>
              <w:t>$260,801</w:t>
            </w:r>
          </w:p>
        </w:tc>
        <w:tc>
          <w:tcPr>
            <w:tcW w:type="dxa" w:w="1144"/>
          </w:tcPr>
          <w:p>
            <w:pPr>
              <w:spacing w:after="0"/>
              <w:jc w:val="right"/>
            </w:pPr>
            <w:r>
              <w:rPr>
                <w:sz w:val="16"/>
              </w:rPr>
              <w:t>$261,698</w:t>
            </w:r>
          </w:p>
        </w:tc>
        <w:tc>
          <w:tcPr>
            <w:tcW w:type="dxa" w:w="1787"/>
          </w:tcPr>
          <w:p>
            <w:pPr>
              <w:spacing w:after="0"/>
              <w:jc w:val="right"/>
            </w:pPr>
            <w:r>
              <w:rPr>
                <w:sz w:val="16"/>
              </w:rPr>
              <w:t>10</w:t>
            </w:r>
          </w:p>
        </w:tc>
        <w:tc>
          <w:tcPr>
            <w:tcW w:type="dxa" w:w="3192"/>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Strong Wind</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$111,010</w:t>
            </w:r>
          </w:p>
        </w:tc>
        <w:tc>
          <w:tcPr>
            <w:tcW w:type="dxa" w:w="1126"/>
          </w:tcPr>
          <w:p>
            <w:pPr>
              <w:spacing w:after="0"/>
              <w:jc w:val="right"/>
            </w:pPr>
            <w:r>
              <w:rPr>
                <w:sz w:val="16"/>
              </w:rPr>
              <w:t>$1,433</w:t>
            </w:r>
          </w:p>
        </w:tc>
        <w:tc>
          <w:tcPr>
            <w:tcW w:type="dxa" w:w="1587"/>
          </w:tcPr>
          <w:p>
            <w:pPr>
              <w:spacing w:after="0"/>
              <w:jc w:val="right"/>
            </w:pPr>
            <w:r>
              <w:rPr>
                <w:sz w:val="16"/>
              </w:rPr>
              <w:t>$109,845</w:t>
            </w:r>
          </w:p>
        </w:tc>
        <w:tc>
          <w:tcPr>
            <w:tcW w:type="dxa" w:w="1144"/>
          </w:tcPr>
          <w:p>
            <w:pPr>
              <w:spacing w:after="0"/>
              <w:jc w:val="right"/>
            </w:pPr>
            <w:r>
              <w:rPr>
                <w:sz w:val="16"/>
              </w:rPr>
              <w:t>$222,287</w:t>
            </w:r>
          </w:p>
        </w:tc>
        <w:tc>
          <w:tcPr>
            <w:tcW w:type="dxa" w:w="1787"/>
          </w:tcPr>
          <w:p>
            <w:pPr>
              <w:spacing w:after="0"/>
              <w:jc w:val="right"/>
            </w:pPr>
            <w:r>
              <w:rPr>
                <w:sz w:val="16"/>
              </w:rPr>
              <w:t>109</w:t>
            </w:r>
          </w:p>
        </w:tc>
        <w:tc>
          <w:tcPr>
            <w:tcW w:type="dxa" w:w="3192"/>
          </w:tcPr>
          <w:p>
            <w:pPr>
              <w:spacing w:after="0"/>
              <w:jc w:val="left"/>
            </w:pPr>
            <w:r>
              <w:rPr>
                <w:sz w:val="16"/>
              </w:rPr>
              <w:t>Includes 1 High Wind and 7 Strong Wind records (NOAA non-thunderstorm wind types, outside NRI's Strong Wind definition).</w:t>
            </w:r>
          </w:p>
        </w:tc>
      </w:tr>
      <w:tr>
        <w:trPr>
          <w:cantSplit/>
        </w:trPr>
        <w:tc>
          <w:tcPr>
            <w:tcW w:type="dxa" w:w="699"/>
          </w:tcPr>
          <w:p>
            <w:pPr>
              <w:spacing w:after="0"/>
              <w:jc w:val="right"/>
            </w:pPr>
            <w:r>
              <w:rPr>
                <w:sz w:val="16"/>
              </w:rPr>
              <w:t>6</w:t>
            </w:r>
          </w:p>
        </w:tc>
        <w:tc>
          <w:tcPr>
            <w:tcW w:type="dxa" w:w="1037"/>
          </w:tcPr>
          <w:p>
            <w:pPr>
              <w:spacing w:after="0"/>
              <w:jc w:val="left"/>
            </w:pPr>
            <w:r>
              <w:rPr>
                <w:sz w:val="16"/>
              </w:rPr>
              <w:t>Ice Storm</w:t>
            </w:r>
          </w:p>
        </w:tc>
        <w:tc>
          <w:tcPr>
            <w:tcW w:type="dxa" w:w="1251"/>
          </w:tcPr>
          <w:p>
            <w:pPr>
              <w:spacing w:after="0"/>
              <w:jc w:val="left"/>
            </w:pPr>
            <w:r>
              <w:rPr>
                <w:sz w:val="16"/>
              </w:rPr>
              <w:t>Relatively Moderate</w:t>
            </w:r>
          </w:p>
        </w:tc>
        <w:tc>
          <w:tcPr>
            <w:tcW w:type="dxa" w:w="1251"/>
          </w:tcPr>
          <w:p>
            <w:pPr>
              <w:spacing w:after="0"/>
              <w:jc w:val="left"/>
            </w:pPr>
            <w:r>
              <w:rPr>
                <w:sz w:val="16"/>
              </w:rPr>
              <w:t>Relatively Moderate</w:t>
            </w:r>
          </w:p>
        </w:tc>
        <w:tc>
          <w:tcPr>
            <w:tcW w:type="dxa" w:w="1037"/>
          </w:tcPr>
          <w:p>
            <w:pPr>
              <w:spacing w:after="0"/>
              <w:jc w:val="right"/>
            </w:pPr>
            <w:r>
              <w:rPr>
                <w:sz w:val="16"/>
              </w:rPr>
              <w:t>$161,722</w:t>
            </w:r>
          </w:p>
        </w:tc>
        <w:tc>
          <w:tcPr>
            <w:tcW w:type="dxa" w:w="1126"/>
          </w:tcPr>
          <w:p>
            <w:pPr>
              <w:spacing w:after="0"/>
              <w:jc w:val="right"/>
            </w:pPr>
            <w:r>
              <w:rPr>
                <w:sz w:val="16"/>
              </w:rPr>
              <w:t>n/a</w:t>
            </w:r>
          </w:p>
        </w:tc>
        <w:tc>
          <w:tcPr>
            <w:tcW w:type="dxa" w:w="1587"/>
          </w:tcPr>
          <w:p>
            <w:pPr>
              <w:spacing w:after="0"/>
              <w:jc w:val="right"/>
            </w:pPr>
            <w:r>
              <w:rPr>
                <w:sz w:val="16"/>
              </w:rPr>
              <w:t>$16,079</w:t>
            </w:r>
          </w:p>
        </w:tc>
        <w:tc>
          <w:tcPr>
            <w:tcW w:type="dxa" w:w="1144"/>
          </w:tcPr>
          <w:p>
            <w:pPr>
              <w:spacing w:after="0"/>
              <w:jc w:val="right"/>
            </w:pPr>
            <w:r>
              <w:rPr>
                <w:sz w:val="16"/>
              </w:rPr>
              <w:t>$177,800</w:t>
            </w:r>
          </w:p>
        </w:tc>
        <w:tc>
          <w:tcPr>
            <w:tcW w:type="dxa" w:w="1787"/>
          </w:tcPr>
          <w:p>
            <w:pPr>
              <w:spacing w:after="0"/>
              <w:jc w:val="right"/>
            </w:pPr>
            <w:r>
              <w:rPr>
                <w:sz w:val="16"/>
              </w:rPr>
              <w:t>7</w:t>
            </w:r>
          </w:p>
        </w:tc>
        <w:tc>
          <w:tcPr>
            <w:tcW w:type="dxa" w:w="3192"/>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Hail</w:t>
            </w:r>
          </w:p>
        </w:tc>
        <w:tc>
          <w:tcPr>
            <w:tcW w:type="dxa" w:w="1251"/>
          </w:tcPr>
          <w:p>
            <w:pPr>
              <w:spacing w:after="0"/>
              <w:jc w:val="left"/>
            </w:pPr>
            <w:r>
              <w:rPr>
                <w:sz w:val="16"/>
              </w:rPr>
              <w:t>Relatively Low</w:t>
            </w:r>
          </w:p>
        </w:tc>
        <w:tc>
          <w:tcPr>
            <w:tcW w:type="dxa" w:w="1251"/>
          </w:tcPr>
          <w:p>
            <w:pPr>
              <w:spacing w:after="0"/>
              <w:jc w:val="left"/>
            </w:pPr>
            <w:r>
              <w:rPr>
                <w:sz w:val="16"/>
              </w:rPr>
              <w:t>Very Low</w:t>
            </w:r>
          </w:p>
        </w:tc>
        <w:tc>
          <w:tcPr>
            <w:tcW w:type="dxa" w:w="1037"/>
          </w:tcPr>
          <w:p>
            <w:pPr>
              <w:spacing w:after="0"/>
              <w:jc w:val="right"/>
            </w:pPr>
            <w:r>
              <w:rPr>
                <w:sz w:val="16"/>
              </w:rPr>
              <w:t>$28,661</w:t>
            </w:r>
          </w:p>
        </w:tc>
        <w:tc>
          <w:tcPr>
            <w:tcW w:type="dxa" w:w="1126"/>
          </w:tcPr>
          <w:p>
            <w:pPr>
              <w:spacing w:after="0"/>
              <w:jc w:val="right"/>
            </w:pPr>
            <w:r>
              <w:rPr>
                <w:sz w:val="16"/>
              </w:rPr>
              <w:t>$78,987</w:t>
            </w:r>
          </w:p>
        </w:tc>
        <w:tc>
          <w:tcPr>
            <w:tcW w:type="dxa" w:w="1587"/>
          </w:tcPr>
          <w:p>
            <w:pPr>
              <w:spacing w:after="0"/>
              <w:jc w:val="right"/>
            </w:pPr>
            <w:r>
              <w:rPr>
                <w:sz w:val="16"/>
              </w:rPr>
              <w:t>$5,406</w:t>
            </w:r>
          </w:p>
        </w:tc>
        <w:tc>
          <w:tcPr>
            <w:tcW w:type="dxa" w:w="1144"/>
          </w:tcPr>
          <w:p>
            <w:pPr>
              <w:spacing w:after="0"/>
              <w:jc w:val="right"/>
            </w:pPr>
            <w:r>
              <w:rPr>
                <w:sz w:val="16"/>
              </w:rPr>
              <w:t>$113,054</w:t>
            </w:r>
          </w:p>
        </w:tc>
        <w:tc>
          <w:tcPr>
            <w:tcW w:type="dxa" w:w="1787"/>
          </w:tcPr>
          <w:p>
            <w:pPr>
              <w:spacing w:after="0"/>
              <w:jc w:val="right"/>
            </w:pPr>
            <w:r>
              <w:rPr>
                <w:sz w:val="16"/>
              </w:rPr>
              <w:t>68</w:t>
            </w:r>
          </w:p>
        </w:tc>
        <w:tc>
          <w:tcPr>
            <w:tcW w:type="dxa" w:w="3192"/>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Lightning</w:t>
            </w:r>
          </w:p>
        </w:tc>
        <w:tc>
          <w:tcPr>
            <w:tcW w:type="dxa" w:w="1251"/>
          </w:tcPr>
          <w:p>
            <w:pPr>
              <w:spacing w:after="0"/>
              <w:jc w:val="left"/>
            </w:pPr>
            <w:r>
              <w:rPr>
                <w:sz w:val="16"/>
              </w:rPr>
              <w:t>Relatively Low</w:t>
            </w:r>
          </w:p>
        </w:tc>
        <w:tc>
          <w:tcPr>
            <w:tcW w:type="dxa" w:w="1251"/>
          </w:tcPr>
          <w:p>
            <w:pPr>
              <w:spacing w:after="0"/>
              <w:jc w:val="left"/>
            </w:pPr>
            <w:r>
              <w:rPr>
                <w:sz w:val="16"/>
              </w:rPr>
              <w:t>Very Low</w:t>
            </w:r>
          </w:p>
        </w:tc>
        <w:tc>
          <w:tcPr>
            <w:tcW w:type="dxa" w:w="1037"/>
          </w:tcPr>
          <w:p>
            <w:pPr>
              <w:spacing w:after="0"/>
              <w:jc w:val="right"/>
            </w:pPr>
            <w:r>
              <w:rPr>
                <w:sz w:val="16"/>
              </w:rPr>
              <w:t>$7,032</w:t>
            </w:r>
          </w:p>
        </w:tc>
        <w:tc>
          <w:tcPr>
            <w:tcW w:type="dxa" w:w="1126"/>
          </w:tcPr>
          <w:p>
            <w:pPr>
              <w:spacing w:after="0"/>
              <w:jc w:val="right"/>
            </w:pPr>
            <w:r>
              <w:rPr>
                <w:sz w:val="16"/>
              </w:rPr>
              <w:t>n/a</w:t>
            </w:r>
          </w:p>
        </w:tc>
        <w:tc>
          <w:tcPr>
            <w:tcW w:type="dxa" w:w="1587"/>
          </w:tcPr>
          <w:p>
            <w:pPr>
              <w:spacing w:after="0"/>
              <w:jc w:val="right"/>
            </w:pPr>
            <w:r>
              <w:rPr>
                <w:sz w:val="16"/>
              </w:rPr>
              <w:t>$52,404</w:t>
            </w:r>
          </w:p>
        </w:tc>
        <w:tc>
          <w:tcPr>
            <w:tcW w:type="dxa" w:w="1144"/>
          </w:tcPr>
          <w:p>
            <w:pPr>
              <w:spacing w:after="0"/>
              <w:jc w:val="right"/>
            </w:pPr>
            <w:r>
              <w:rPr>
                <w:sz w:val="16"/>
              </w:rPr>
              <w:t>$59,436</w:t>
            </w:r>
          </w:p>
        </w:tc>
        <w:tc>
          <w:tcPr>
            <w:tcW w:type="dxa" w:w="1787"/>
          </w:tcPr>
          <w:p>
            <w:pPr>
              <w:spacing w:after="0"/>
              <w:jc w:val="right"/>
            </w:pPr>
            <w:r>
              <w:rPr>
                <w:sz w:val="16"/>
              </w:rPr>
              <w:t>1</w:t>
            </w:r>
          </w:p>
        </w:tc>
        <w:tc>
          <w:tcPr>
            <w:tcW w:type="dxa" w:w="3192"/>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Hurricane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$9,138</w:t>
            </w:r>
          </w:p>
        </w:tc>
        <w:tc>
          <w:tcPr>
            <w:tcW w:type="dxa" w:w="1126"/>
          </w:tcPr>
          <w:p>
            <w:pPr>
              <w:spacing w:after="0"/>
              <w:jc w:val="right"/>
            </w:pPr>
            <w:r>
              <w:rPr>
                <w:sz w:val="16"/>
              </w:rPr>
              <w:t>$41,544</w:t>
            </w:r>
          </w:p>
        </w:tc>
        <w:tc>
          <w:tcPr>
            <w:tcW w:type="dxa" w:w="1587"/>
          </w:tcPr>
          <w:p>
            <w:pPr>
              <w:spacing w:after="0"/>
              <w:jc w:val="right"/>
            </w:pPr>
            <w:r>
              <w:rPr>
                <w:sz w:val="16"/>
              </w:rPr>
              <w:t>$561</w:t>
            </w:r>
          </w:p>
        </w:tc>
        <w:tc>
          <w:tcPr>
            <w:tcW w:type="dxa" w:w="1144"/>
          </w:tcPr>
          <w:p>
            <w:pPr>
              <w:spacing w:after="0"/>
              <w:jc w:val="right"/>
            </w:pPr>
            <w:r>
              <w:rPr>
                <w:sz w:val="16"/>
              </w:rPr>
              <w:t>$51,242</w:t>
            </w:r>
          </w:p>
        </w:tc>
        <w:tc>
          <w:tcPr>
            <w:tcW w:type="dxa" w:w="1787"/>
          </w:tcPr>
          <w:p>
            <w:pPr>
              <w:spacing w:after="0"/>
              <w:jc w:val="right"/>
            </w:pPr>
            <w:r>
              <w:rPr>
                <w:sz w:val="16"/>
              </w:rPr>
              <w:t>6</w:t>
            </w:r>
          </w:p>
        </w:tc>
        <w:tc>
          <w:tcPr>
            <w:tcW w:type="dxa" w:w="3192"/>
          </w:tcPr>
          <w:p>
            <w:pPr>
              <w:spacing w:after="0"/>
              <w:jc w:val="left"/>
            </w:pPr>
            <w:r>
              <w:rPr>
                <w:sz w:val="16"/>
              </w:rPr>
              <w:t>Includes 3 Tropical Depression records (outside NRI's Hurricane definition).</w:t>
            </w:r>
          </w:p>
        </w:tc>
      </w:tr>
      <w:tr>
        <w:trPr>
          <w:cantSplit/>
        </w:trPr>
        <w:tc>
          <w:tcPr>
            <w:tcW w:type="dxa" w:w="699"/>
          </w:tcPr>
          <w:p>
            <w:pPr>
              <w:spacing w:after="0"/>
              <w:jc w:val="right"/>
            </w:pPr>
            <w:r>
              <w:rPr>
                <w:sz w:val="16"/>
              </w:rPr>
              <w:t>10</w:t>
            </w:r>
          </w:p>
        </w:tc>
        <w:tc>
          <w:tcPr>
            <w:tcW w:type="dxa" w:w="1037"/>
          </w:tcPr>
          <w:p>
            <w:pPr>
              <w:spacing w:after="0"/>
              <w:jc w:val="left"/>
            </w:pPr>
            <w:r>
              <w:rPr>
                <w:sz w:val="16"/>
              </w:rPr>
              <w:t>Cold Wave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$1,640</w:t>
            </w:r>
          </w:p>
        </w:tc>
        <w:tc>
          <w:tcPr>
            <w:tcW w:type="dxa" w:w="1126"/>
          </w:tcPr>
          <w:p>
            <w:pPr>
              <w:spacing w:after="0"/>
              <w:jc w:val="right"/>
            </w:pPr>
            <w:r>
              <w:rPr>
                <w:sz w:val="16"/>
              </w:rPr>
              <w:t>$113</w:t>
            </w:r>
          </w:p>
        </w:tc>
        <w:tc>
          <w:tcPr>
            <w:tcW w:type="dxa" w:w="1587"/>
          </w:tcPr>
          <w:p>
            <w:pPr>
              <w:spacing w:after="0"/>
              <w:jc w:val="right"/>
            </w:pPr>
            <w:r>
              <w:rPr>
                <w:sz w:val="16"/>
              </w:rPr>
              <w:t>$24,102</w:t>
            </w:r>
          </w:p>
        </w:tc>
        <w:tc>
          <w:tcPr>
            <w:tcW w:type="dxa" w:w="1144"/>
          </w:tcPr>
          <w:p>
            <w:pPr>
              <w:spacing w:after="0"/>
              <w:jc w:val="right"/>
            </w:pPr>
            <w:r>
              <w:rPr>
                <w:sz w:val="16"/>
              </w:rPr>
              <w:t>$25,854</w:t>
            </w:r>
          </w:p>
        </w:tc>
        <w:tc>
          <w:tcPr>
            <w:tcW w:type="dxa" w:w="1787"/>
          </w:tcPr>
          <w:p>
            <w:pPr>
              <w:spacing w:after="0"/>
              <w:jc w:val="right"/>
            </w:pPr>
            <w:r>
              <w:rPr>
                <w:sz w:val="16"/>
              </w:rPr>
              <w:t>4</w:t>
            </w:r>
          </w:p>
        </w:tc>
        <w:tc>
          <w:tcPr>
            <w:tcW w:type="dxa" w:w="3192"/>
          </w:tcPr>
          <w:p>
            <w:pPr>
              <w:spacing w:after="0"/>
              <w:jc w:val="left"/>
            </w:pPr>
            <w:r>
              <w:rPr>
                <w:sz w:val="16"/>
              </w:rPr>
              <w:t>Includes 4 Frost/Freeze records (outside NRI's Cold Wave definition; counted in this table and in B1-d, not in the B1-e descriptor).</w:t>
            </w:r>
          </w:p>
        </w:tc>
      </w:tr>
      <w:tr>
        <w:trPr>
          <w:cantSplit/>
        </w:trPr>
        <w:tc>
          <w:tcPr>
            <w:tcW w:type="dxa" w:w="699"/>
          </w:tcPr>
          <w:p>
            <w:pPr>
              <w:spacing w:after="0"/>
              <w:jc w:val="right"/>
            </w:pPr>
            <w:r>
              <w:rPr>
                <w:sz w:val="16"/>
              </w:rPr>
              <w:t>11</w:t>
            </w:r>
          </w:p>
        </w:tc>
        <w:tc>
          <w:tcPr>
            <w:tcW w:type="dxa" w:w="1037"/>
          </w:tcPr>
          <w:p>
            <w:pPr>
              <w:spacing w:after="0"/>
              <w:jc w:val="left"/>
            </w:pPr>
            <w:r>
              <w:rPr>
                <w:sz w:val="16"/>
              </w:rPr>
              <w:t>Winter Weather</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$7,939</w:t>
            </w:r>
          </w:p>
        </w:tc>
        <w:tc>
          <w:tcPr>
            <w:tcW w:type="dxa" w:w="1126"/>
          </w:tcPr>
          <w:p>
            <w:pPr>
              <w:spacing w:after="0"/>
              <w:jc w:val="right"/>
            </w:pPr>
            <w:r>
              <w:rPr>
                <w:sz w:val="16"/>
              </w:rPr>
              <w:t>$760</w:t>
            </w:r>
          </w:p>
        </w:tc>
        <w:tc>
          <w:tcPr>
            <w:tcW w:type="dxa" w:w="1587"/>
          </w:tcPr>
          <w:p>
            <w:pPr>
              <w:spacing w:after="0"/>
              <w:jc w:val="right"/>
            </w:pPr>
            <w:r>
              <w:rPr>
                <w:sz w:val="16"/>
              </w:rPr>
              <w:t>$1,151</w:t>
            </w:r>
          </w:p>
        </w:tc>
        <w:tc>
          <w:tcPr>
            <w:tcW w:type="dxa" w:w="1144"/>
          </w:tcPr>
          <w:p>
            <w:pPr>
              <w:spacing w:after="0"/>
              <w:jc w:val="right"/>
            </w:pPr>
            <w:r>
              <w:rPr>
                <w:sz w:val="16"/>
              </w:rPr>
              <w:t>$9,851</w:t>
            </w:r>
          </w:p>
        </w:tc>
        <w:tc>
          <w:tcPr>
            <w:tcW w:type="dxa" w:w="1787"/>
          </w:tcPr>
          <w:p>
            <w:pPr>
              <w:spacing w:after="0"/>
              <w:jc w:val="right"/>
            </w:pPr>
            <w:r>
              <w:rPr>
                <w:sz w:val="16"/>
              </w:rPr>
              <w:t>38</w:t>
            </w:r>
          </w:p>
        </w:tc>
        <w:tc>
          <w:tcPr>
            <w:tcW w:type="dxa" w:w="319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Wildfire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$5,304</w:t>
            </w:r>
          </w:p>
        </w:tc>
        <w:tc>
          <w:tcPr>
            <w:tcW w:type="dxa" w:w="1126"/>
          </w:tcPr>
          <w:p>
            <w:pPr>
              <w:spacing w:after="0"/>
              <w:jc w:val="right"/>
            </w:pPr>
            <w:r>
              <w:rPr>
                <w:sz w:val="16"/>
              </w:rPr>
              <w:t>$169</w:t>
            </w:r>
          </w:p>
        </w:tc>
        <w:tc>
          <w:tcPr>
            <w:tcW w:type="dxa" w:w="1587"/>
          </w:tcPr>
          <w:p>
            <w:pPr>
              <w:spacing w:after="0"/>
              <w:jc w:val="right"/>
            </w:pPr>
            <w:r>
              <w:rPr>
                <w:sz w:val="16"/>
              </w:rPr>
              <w:t>$1,350</w:t>
            </w:r>
          </w:p>
        </w:tc>
        <w:tc>
          <w:tcPr>
            <w:tcW w:type="dxa" w:w="1144"/>
          </w:tcPr>
          <w:p>
            <w:pPr>
              <w:spacing w:after="0"/>
              <w:jc w:val="right"/>
            </w:pPr>
            <w:r>
              <w:rPr>
                <w:sz w:val="16"/>
              </w:rPr>
              <w:t>$6,823</w:t>
            </w:r>
          </w:p>
        </w:tc>
        <w:tc>
          <w:tcPr>
            <w:tcW w:type="dxa" w:w="1787"/>
          </w:tcPr>
          <w:p>
            <w:pPr>
              <w:spacing w:after="0"/>
              <w:jc w:val="right"/>
            </w:pPr>
            <w:r>
              <w:rPr>
                <w:sz w:val="16"/>
              </w:rPr>
              <w:t>1</w:t>
            </w:r>
          </w:p>
        </w:tc>
        <w:tc>
          <w:tcPr>
            <w:tcW w:type="dxa" w:w="3192"/>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Drought</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$2,345</w:t>
            </w:r>
          </w:p>
        </w:tc>
        <w:tc>
          <w:tcPr>
            <w:tcW w:type="dxa" w:w="1587"/>
          </w:tcPr>
          <w:p>
            <w:pPr>
              <w:spacing w:after="0"/>
              <w:jc w:val="right"/>
            </w:pPr>
            <w:r>
              <w:rPr>
                <w:sz w:val="16"/>
              </w:rPr>
              <w:t>n/a</w:t>
            </w:r>
          </w:p>
        </w:tc>
        <w:tc>
          <w:tcPr>
            <w:tcW w:type="dxa" w:w="1144"/>
          </w:tcPr>
          <w:p>
            <w:pPr>
              <w:spacing w:after="0"/>
              <w:jc w:val="right"/>
            </w:pPr>
            <w:r>
              <w:rPr>
                <w:sz w:val="16"/>
              </w:rPr>
              <w:t>$2,345</w:t>
            </w:r>
          </w:p>
        </w:tc>
        <w:tc>
          <w:tcPr>
            <w:tcW w:type="dxa" w:w="1787"/>
          </w:tcPr>
          <w:p>
            <w:pPr>
              <w:spacing w:after="0"/>
              <w:jc w:val="right"/>
            </w:pPr>
            <w:r>
              <w:rPr>
                <w:sz w:val="16"/>
              </w:rPr>
              <w:t>17</w:t>
            </w:r>
          </w:p>
        </w:tc>
        <w:tc>
          <w:tcPr>
            <w:tcW w:type="dxa" w:w="3192"/>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$15</w:t>
            </w:r>
          </w:p>
        </w:tc>
        <w:tc>
          <w:tcPr>
            <w:tcW w:type="dxa" w:w="1126"/>
          </w:tcPr>
          <w:p>
            <w:pPr>
              <w:spacing w:after="0"/>
              <w:jc w:val="right"/>
            </w:pPr>
            <w:r>
              <w:rPr>
                <w:sz w:val="16"/>
              </w:rPr>
              <w:t>n/a</w:t>
            </w:r>
          </w:p>
        </w:tc>
        <w:tc>
          <w:tcPr>
            <w:tcW w:type="dxa" w:w="1587"/>
          </w:tcPr>
          <w:p>
            <w:pPr>
              <w:spacing w:after="0"/>
              <w:jc w:val="right"/>
            </w:pPr>
            <w:r>
              <w:rPr>
                <w:sz w:val="16"/>
              </w:rPr>
              <w:t>$3</w:t>
            </w:r>
          </w:p>
        </w:tc>
        <w:tc>
          <w:tcPr>
            <w:tcW w:type="dxa" w:w="1144"/>
          </w:tcPr>
          <w:p>
            <w:pPr>
              <w:spacing w:after="0"/>
              <w:jc w:val="right"/>
            </w:pPr>
            <w:r>
              <w:rPr>
                <w:sz w:val="16"/>
              </w:rPr>
              <w:t>$18</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483"/>
        <w:gridCol w:w="9629"/>
      </w:tblGrid>
      <w:tr>
        <w:trPr>
          <w:cantSplit/>
          <w:tblHeader/>
        </w:trPr>
        <w:tc>
          <w:tcPr>
            <w:tcW w:type="dxa" w:w="4483"/>
            <w:shd w:val="clear" w:color="auto" w:fill="E8E8E8"/>
          </w:tcPr>
          <w:p>
            <w:pPr>
              <w:spacing w:after="0"/>
              <w:jc w:val="left"/>
            </w:pPr>
            <w:r>
              <w:rPr>
                <w:b/>
                <w:sz w:val="16"/>
              </w:rPr>
              <w:t>Hazard</w:t>
            </w:r>
          </w:p>
        </w:tc>
        <w:tc>
          <w:tcPr>
            <w:tcW w:type="dxa" w:w="962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483"/>
          </w:tcPr>
          <w:p>
            <w:pPr>
              <w:spacing w:after="0"/>
              <w:jc w:val="left"/>
            </w:pPr>
            <w:r>
              <w:rPr>
                <w:sz w:val="16"/>
              </w:rPr>
              <w:t>Earthquake</w:t>
            </w:r>
          </w:p>
        </w:tc>
        <w:tc>
          <w:tcPr>
            <w:tcW w:type="dxa" w:w="9629"/>
          </w:tcPr>
          <w:p>
            <w:pPr>
              <w:spacing w:after="0"/>
              <w:jc w:val="left"/>
            </w:pPr>
            <w:r>
              <w:rPr>
                <w:sz w:val="16"/>
              </w:rPr>
              <w:t>tract 9701 (Relatively Moderate, 82.3); tract 9702 (Relatively Moderate, 81.2)</w:t>
            </w:r>
          </w:p>
        </w:tc>
      </w:tr>
      <w:tr>
        <w:trPr>
          <w:cantSplit/>
        </w:trPr>
        <w:tc>
          <w:tcPr>
            <w:tcW w:type="dxa" w:w="4483"/>
          </w:tcPr>
          <w:p>
            <w:pPr>
              <w:spacing w:after="0"/>
              <w:jc w:val="left"/>
            </w:pPr>
            <w:r>
              <w:rPr>
                <w:sz w:val="16"/>
              </w:rPr>
              <w:t>Hurricane</w:t>
            </w:r>
          </w:p>
        </w:tc>
        <w:tc>
          <w:tcPr>
            <w:tcW w:type="dxa" w:w="9629"/>
          </w:tcPr>
          <w:p>
            <w:pPr>
              <w:spacing w:after="0"/>
              <w:jc w:val="left"/>
            </w:pPr>
            <w:r>
              <w:rPr>
                <w:sz w:val="16"/>
              </w:rPr>
              <w:t>tract 9702 (Relatively Low, 68.1); tract 9701 (Relatively Low, 61.2)</w:t>
            </w:r>
          </w:p>
        </w:tc>
      </w:tr>
      <w:tr>
        <w:trPr>
          <w:cantSplit/>
        </w:trPr>
        <w:tc>
          <w:tcPr>
            <w:tcW w:type="dxa" w:w="4483"/>
          </w:tcPr>
          <w:p>
            <w:pPr>
              <w:spacing w:after="0"/>
              <w:jc w:val="left"/>
            </w:pPr>
            <w:r>
              <w:rPr>
                <w:sz w:val="16"/>
              </w:rPr>
              <w:t>Landslide</w:t>
            </w:r>
          </w:p>
        </w:tc>
        <w:tc>
          <w:tcPr>
            <w:tcW w:type="dxa" w:w="9629"/>
          </w:tcPr>
          <w:p>
            <w:pPr>
              <w:spacing w:after="0"/>
              <w:jc w:val="left"/>
            </w:pPr>
            <w:r>
              <w:rPr>
                <w:sz w:val="16"/>
              </w:rPr>
              <w:t>tract 9701 (Very Low, 66.5); tract 9702 (Very Low, 63.1)</w:t>
            </w:r>
          </w:p>
        </w:tc>
      </w:tr>
      <w:tr>
        <w:trPr>
          <w:cantSplit/>
        </w:trPr>
        <w:tc>
          <w:tcPr>
            <w:tcW w:type="dxa" w:w="4483"/>
          </w:tcPr>
          <w:p>
            <w:pPr>
              <w:spacing w:after="0"/>
              <w:jc w:val="left"/>
            </w:pPr>
            <w:r>
              <w:rPr>
                <w:sz w:val="16"/>
              </w:rPr>
              <w:t>Tornado</w:t>
            </w:r>
          </w:p>
        </w:tc>
        <w:tc>
          <w:tcPr>
            <w:tcW w:type="dxa" w:w="9629"/>
          </w:tcPr>
          <w:p>
            <w:pPr>
              <w:spacing w:after="0"/>
              <w:jc w:val="left"/>
            </w:pPr>
            <w:r>
              <w:rPr>
                <w:sz w:val="16"/>
              </w:rPr>
              <w:t>tract 9701 (Relatively High, 92.2); tract 9702 (Relatively High, 91.0)</w:t>
            </w:r>
          </w:p>
        </w:tc>
      </w:tr>
      <w:tr>
        <w:trPr>
          <w:cantSplit/>
        </w:trPr>
        <w:tc>
          <w:tcPr>
            <w:tcW w:type="dxa" w:w="4483"/>
          </w:tcPr>
          <w:p>
            <w:pPr>
              <w:spacing w:after="0"/>
              <w:jc w:val="left"/>
            </w:pPr>
            <w:r>
              <w:rPr>
                <w:sz w:val="16"/>
              </w:rPr>
              <w:t>Wildfire</w:t>
            </w:r>
          </w:p>
        </w:tc>
        <w:tc>
          <w:tcPr>
            <w:tcW w:type="dxa" w:w="9629"/>
          </w:tcPr>
          <w:p>
            <w:pPr>
              <w:spacing w:after="0"/>
              <w:jc w:val="left"/>
            </w:pPr>
            <w:r>
              <w:rPr>
                <w:sz w:val="16"/>
              </w:rPr>
              <w:t>tract 9702 (Relatively Low, 79.8); tract 9701 (Relatively Low, 79.2)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9701 is Census Tract 9701).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8"/>
        <w:gridCol w:w="1884"/>
        <w:gridCol w:w="1756"/>
        <w:gridCol w:w="2024"/>
        <w:gridCol w:w="1588"/>
        <w:gridCol w:w="1858"/>
        <w:gridCol w:w="1546"/>
        <w:gridCol w:w="1588"/>
      </w:tblGrid>
      <w:tr>
        <w:trPr>
          <w:cantSplit/>
          <w:tblHeader/>
        </w:trPr>
        <w:tc>
          <w:tcPr>
            <w:tcW w:type="dxa" w:w="1868"/>
            <w:shd w:val="clear" w:color="auto" w:fill="E8E8E8"/>
          </w:tcPr>
          <w:p>
            <w:pPr>
              <w:spacing w:after="0"/>
              <w:jc w:val="left"/>
            </w:pPr>
            <w:r>
              <w:rPr>
                <w:b/>
                <w:sz w:val="16"/>
              </w:rPr>
              <w:t>Hazard</w:t>
            </w:r>
          </w:p>
        </w:tc>
        <w:tc>
          <w:tcPr>
            <w:tcW w:type="dxa" w:w="1884"/>
            <w:shd w:val="clear" w:color="auto" w:fill="E8E8E8"/>
          </w:tcPr>
          <w:p>
            <w:pPr>
              <w:spacing w:after="0"/>
              <w:jc w:val="left"/>
            </w:pPr>
            <w:r>
              <w:rPr>
                <w:b/>
                <w:sz w:val="16"/>
              </w:rPr>
              <w:t>Scale</w:t>
            </w:r>
          </w:p>
        </w:tc>
        <w:tc>
          <w:tcPr>
            <w:tcW w:type="dxa" w:w="175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4"/>
            <w:shd w:val="clear" w:color="auto" w:fill="E8E8E8"/>
          </w:tcPr>
          <w:p>
            <w:pPr>
              <w:spacing w:after="0"/>
              <w:jc w:val="left"/>
            </w:pPr>
            <w:r>
              <w:rPr>
                <w:b/>
                <w:sz w:val="16"/>
              </w:rPr>
              <w:t>Observed range</w:t>
            </w:r>
          </w:p>
        </w:tc>
        <w:tc>
          <w:tcPr>
            <w:tcW w:type="dxa" w:w="1588"/>
            <w:shd w:val="clear" w:color="auto" w:fill="E8E8E8"/>
          </w:tcPr>
          <w:p>
            <w:pPr>
              <w:spacing w:after="0"/>
              <w:jc w:val="left"/>
            </w:pPr>
            <w:r>
              <w:rPr>
                <w:b/>
                <w:sz w:val="16"/>
              </w:rPr>
              <w:t>Worst recorded event</w:t>
            </w:r>
          </w:p>
        </w:tc>
        <w:tc>
          <w:tcPr>
            <w:tcW w:type="dxa" w:w="1858"/>
            <w:shd w:val="clear" w:color="auto" w:fill="E8E8E8"/>
          </w:tcPr>
          <w:p>
            <w:pPr>
              <w:spacing w:after="0"/>
              <w:jc w:val="left"/>
            </w:pPr>
            <w:r>
              <w:rPr>
                <w:b/>
                <w:sz w:val="16"/>
              </w:rPr>
              <w:t>Most damaging (when different)</w:t>
            </w:r>
          </w:p>
        </w:tc>
        <w:tc>
          <w:tcPr>
            <w:tcW w:type="dxa" w:w="1546"/>
            <w:shd w:val="clear" w:color="auto" w:fill="E8E8E8"/>
          </w:tcPr>
          <w:p>
            <w:pPr>
              <w:spacing w:after="0"/>
              <w:jc w:val="left"/>
            </w:pPr>
            <w:r>
              <w:rPr>
                <w:b/>
                <w:sz w:val="16"/>
              </w:rPr>
              <w:t>How it applies to jurisdictions</w:t>
            </w:r>
          </w:p>
        </w:tc>
        <w:tc>
          <w:tcPr>
            <w:tcW w:type="dxa" w:w="1588"/>
            <w:shd w:val="clear" w:color="auto" w:fill="E8E8E8"/>
          </w:tcPr>
          <w:p>
            <w:pPr>
              <w:spacing w:after="0"/>
              <w:jc w:val="left"/>
            </w:pPr>
            <w:r>
              <w:rPr>
                <w:b/>
                <w:sz w:val="16"/>
              </w:rPr>
              <w:t>Note</w:t>
            </w:r>
          </w:p>
        </w:tc>
      </w:tr>
      <w:tr>
        <w:trPr>
          <w:cantSplit/>
        </w:trPr>
        <w:tc>
          <w:tcPr>
            <w:tcW w:type="dxa" w:w="1868"/>
          </w:tcPr>
          <w:p>
            <w:pPr>
              <w:spacing w:after="0"/>
              <w:jc w:val="left"/>
            </w:pPr>
            <w:r>
              <w:rPr>
                <w:sz w:val="16"/>
              </w:rPr>
              <w:t>Cold/Wind Chill, Extreme Cold/Wind Chill</w:t>
            </w:r>
          </w:p>
        </w:tc>
        <w:tc>
          <w:tcPr>
            <w:tcW w:type="dxa" w:w="1884"/>
          </w:tcPr>
          <w:p>
            <w:pPr>
              <w:spacing w:after="0"/>
              <w:jc w:val="left"/>
            </w:pPr>
            <w:r>
              <w:rPr>
                <w:sz w:val="16"/>
              </w:rPr>
              <w:t>wind chill</w:t>
            </w:r>
          </w:p>
        </w:tc>
        <w:tc>
          <w:tcPr>
            <w:tcW w:type="dxa" w:w="1756"/>
          </w:tcPr>
          <w:p>
            <w:pPr>
              <w:spacing w:after="0"/>
              <w:jc w:val="right"/>
            </w:pPr>
            <w:r>
              <w:rPr>
                <w:sz w:val="16"/>
              </w:rPr>
              <w:t>0</w:t>
            </w:r>
          </w:p>
        </w:tc>
        <w:tc>
          <w:tcPr>
            <w:tcW w:type="dxa" w:w="2024"/>
          </w:tcPr>
          <w:p>
            <w:pPr>
              <w:spacing w:after="0"/>
              <w:jc w:val="left"/>
            </w:pPr>
          </w:p>
        </w:tc>
        <w:tc>
          <w:tcPr>
            <w:tcW w:type="dxa" w:w="1588"/>
          </w:tcPr>
          <w:p>
            <w:pPr>
              <w:spacing w:after="0"/>
              <w:jc w:val="left"/>
            </w:pPr>
          </w:p>
        </w:tc>
        <w:tc>
          <w:tcPr>
            <w:tcW w:type="dxa" w:w="1858"/>
          </w:tcPr>
          <w:p>
            <w:pPr>
              <w:spacing w:after="0"/>
              <w:jc w:val="left"/>
            </w:pPr>
          </w:p>
        </w:tc>
        <w:tc>
          <w:tcPr>
            <w:tcW w:type="dxa" w:w="1546"/>
          </w:tcPr>
          <w:p>
            <w:pPr>
              <w:spacing w:after="0"/>
              <w:jc w:val="left"/>
            </w:pPr>
          </w:p>
        </w:tc>
        <w:tc>
          <w:tcPr>
            <w:tcW w:type="dxa" w:w="1588"/>
          </w:tcPr>
          <w:p>
            <w:pPr>
              <w:spacing w:after="0"/>
              <w:jc w:val="left"/>
            </w:pPr>
          </w:p>
        </w:tc>
      </w:tr>
      <w:tr>
        <w:trPr>
          <w:cantSplit/>
        </w:trPr>
        <w:tc>
          <w:tcPr>
            <w:tcW w:type="dxa" w:w="1868"/>
          </w:tcPr>
          <w:p>
            <w:pPr>
              <w:spacing w:after="0"/>
              <w:jc w:val="left"/>
            </w:pPr>
            <w:r>
              <w:rPr>
                <w:sz w:val="16"/>
              </w:rPr>
              <w:t>Frost/Freeze (outside NRI's Cold Wave definition)</w:t>
            </w:r>
          </w:p>
        </w:tc>
        <w:tc>
          <w:tcPr>
            <w:tcW w:type="dxa" w:w="1884"/>
          </w:tcPr>
          <w:p>
            <w:pPr>
              <w:spacing w:after="0"/>
              <w:jc w:val="left"/>
            </w:pPr>
            <w:r>
              <w:rPr>
                <w:sz w:val="16"/>
              </w:rPr>
              <w:t>crop damage</w:t>
            </w:r>
          </w:p>
        </w:tc>
        <w:tc>
          <w:tcPr>
            <w:tcW w:type="dxa" w:w="1756"/>
          </w:tcPr>
          <w:p>
            <w:pPr>
              <w:spacing w:after="0"/>
              <w:jc w:val="right"/>
            </w:pPr>
            <w:r>
              <w:rPr>
                <w:sz w:val="16"/>
              </w:rPr>
              <w:t>4 records, 2007 to 2009 (4 zone-level)</w:t>
            </w:r>
          </w:p>
        </w:tc>
        <w:tc>
          <w:tcPr>
            <w:tcW w:type="dxa" w:w="2024"/>
          </w:tcPr>
          <w:p>
            <w:pPr>
              <w:spacing w:after="0"/>
              <w:jc w:val="left"/>
            </w:pPr>
          </w:p>
        </w:tc>
        <w:tc>
          <w:tcPr>
            <w:tcW w:type="dxa" w:w="1588"/>
          </w:tcPr>
          <w:p>
            <w:pPr>
              <w:spacing w:after="0"/>
              <w:jc w:val="left"/>
            </w:pPr>
            <w:r>
              <w:rPr>
                <w:sz w:val="16"/>
              </w:rPr>
              <w:t>No crop damage reported in 4 records.</w:t>
            </w:r>
          </w:p>
        </w:tc>
        <w:tc>
          <w:tcPr>
            <w:tcW w:type="dxa" w:w="1858"/>
          </w:tcPr>
          <w:p>
            <w:pPr>
              <w:spacing w:after="0"/>
              <w:jc w:val="left"/>
            </w:pPr>
          </w:p>
        </w:tc>
        <w:tc>
          <w:tcPr>
            <w:tcW w:type="dxa" w:w="1546"/>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Drought</w:t>
            </w:r>
          </w:p>
        </w:tc>
        <w:tc>
          <w:tcPr>
            <w:tcW w:type="dxa" w:w="1884"/>
          </w:tcPr>
          <w:p>
            <w:pPr>
              <w:spacing w:after="0"/>
              <w:jc w:val="left"/>
            </w:pPr>
            <w:r>
              <w:rPr>
                <w:sz w:val="16"/>
              </w:rPr>
              <w:t>U.S. Drought Monitor scale (D0 to D4)</w:t>
            </w:r>
          </w:p>
        </w:tc>
        <w:tc>
          <w:tcPr>
            <w:tcW w:type="dxa" w:w="1756"/>
          </w:tcPr>
          <w:p>
            <w:pPr>
              <w:spacing w:after="0"/>
              <w:jc w:val="right"/>
            </w:pPr>
            <w:r>
              <w:rPr>
                <w:sz w:val="16"/>
              </w:rPr>
              <w:t>17 records, 2000 to 2017 (17 zone-level)</w:t>
            </w:r>
          </w:p>
        </w:tc>
        <w:tc>
          <w:tcPr>
            <w:tcW w:type="dxa" w:w="2024"/>
          </w:tcPr>
          <w:p>
            <w:pPr>
              <w:spacing w:after="0"/>
              <w:jc w:val="left"/>
            </w:pPr>
            <w:r>
              <w:rPr>
                <w:sz w:val="16"/>
              </w:rPr>
              <w:t>1 day to 197 days (median 37 days); 6 with a recorded value</w:t>
            </w:r>
          </w:p>
        </w:tc>
        <w:tc>
          <w:tcPr>
            <w:tcW w:type="dxa" w:w="1588"/>
          </w:tcPr>
          <w:p>
            <w:pPr>
              <w:spacing w:after="0"/>
              <w:jc w:val="left"/>
            </w:pPr>
            <w:r>
              <w:rPr>
                <w:sz w:val="16"/>
              </w:rPr>
              <w:t>197 days (about 6.5 months), 2010-10-12 to 2011-04-26, a run of 7 consecutive Storm Events drought records, zone-level</w:t>
            </w:r>
          </w:p>
        </w:tc>
        <w:tc>
          <w:tcPr>
            <w:tcW w:type="dxa" w:w="1858"/>
          </w:tcPr>
          <w:p>
            <w:pPr>
              <w:spacing w:after="0"/>
              <w:jc w:val="left"/>
            </w:pPr>
          </w:p>
        </w:tc>
        <w:tc>
          <w:tcPr>
            <w:tcW w:type="dxa" w:w="1546"/>
          </w:tcPr>
          <w:p>
            <w:pPr>
              <w:spacing w:after="0"/>
              <w:jc w:val="left"/>
            </w:pPr>
            <w:r>
              <w:rPr>
                <w:sz w:val="16"/>
              </w:rPr>
              <w:t>Countywide (zone-level records).</w:t>
            </w:r>
          </w:p>
        </w:tc>
        <w:tc>
          <w:tcPr>
            <w:tcW w:type="dxa" w:w="15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8"/>
          </w:tcPr>
          <w:p>
            <w:pPr>
              <w:spacing w:after="0"/>
              <w:jc w:val="left"/>
            </w:pPr>
            <w:r>
              <w:rPr>
                <w:sz w:val="16"/>
              </w:rPr>
              <w:t>Earthquake</w:t>
            </w:r>
          </w:p>
        </w:tc>
        <w:tc>
          <w:tcPr>
            <w:tcW w:type="dxa" w:w="1884"/>
          </w:tcPr>
          <w:p>
            <w:pPr>
              <w:spacing w:after="0"/>
              <w:jc w:val="left"/>
            </w:pPr>
            <w:r>
              <w:rPr>
                <w:sz w:val="16"/>
              </w:rPr>
              <w:t>Modified Mercalli (local data)</w:t>
            </w:r>
          </w:p>
        </w:tc>
        <w:tc>
          <w:tcPr>
            <w:tcW w:type="dxa" w:w="1756"/>
          </w:tcPr>
          <w:p>
            <w:pPr>
              <w:spacing w:after="0"/>
              <w:jc w:val="right"/>
            </w:pPr>
            <w:r>
              <w:rPr>
                <w:sz w:val="16"/>
              </w:rPr>
              <w:t>0</w:t>
            </w:r>
          </w:p>
        </w:tc>
        <w:tc>
          <w:tcPr>
            <w:tcW w:type="dxa" w:w="2024"/>
          </w:tcPr>
          <w:p>
            <w:pPr>
              <w:spacing w:after="0"/>
              <w:jc w:val="left"/>
            </w:pPr>
          </w:p>
        </w:tc>
        <w:tc>
          <w:tcPr>
            <w:tcW w:type="dxa" w:w="1588"/>
          </w:tcPr>
          <w:p>
            <w:pPr>
              <w:spacing w:after="0"/>
              <w:jc w:val="left"/>
            </w:pPr>
          </w:p>
        </w:tc>
        <w:tc>
          <w:tcPr>
            <w:tcW w:type="dxa" w:w="1858"/>
          </w:tcPr>
          <w:p>
            <w:pPr>
              <w:spacing w:after="0"/>
              <w:jc w:val="left"/>
            </w:pPr>
          </w:p>
        </w:tc>
        <w:tc>
          <w:tcPr>
            <w:tcW w:type="dxa" w:w="1546"/>
          </w:tcPr>
          <w:p>
            <w:pPr>
              <w:spacing w:after="0"/>
              <w:jc w:val="left"/>
            </w:pPr>
          </w:p>
        </w:tc>
        <w:tc>
          <w:tcPr>
            <w:tcW w:type="dxa" w:w="1588"/>
          </w:tcPr>
          <w:p>
            <w:pPr>
              <w:spacing w:after="0"/>
              <w:jc w:val="left"/>
            </w:pPr>
            <w:r>
              <w:rPr>
                <w:sz w:val="16"/>
              </w:rPr>
              <w:t>Storm Events does not record earthquakes; the USGS earthquake catalog is the source.</w:t>
            </w:r>
          </w:p>
        </w:tc>
      </w:tr>
      <w:tr>
        <w:trPr>
          <w:cantSplit/>
        </w:trPr>
        <w:tc>
          <w:tcPr>
            <w:tcW w:type="dxa" w:w="1868"/>
          </w:tcPr>
          <w:p>
            <w:pPr>
              <w:spacing w:after="0"/>
              <w:jc w:val="left"/>
            </w:pPr>
            <w:r>
              <w:rPr>
                <w:sz w:val="16"/>
              </w:rPr>
              <w:t>Hail</w:t>
            </w:r>
          </w:p>
        </w:tc>
        <w:tc>
          <w:tcPr>
            <w:tcW w:type="dxa" w:w="1884"/>
          </w:tcPr>
          <w:p>
            <w:pPr>
              <w:spacing w:after="0"/>
              <w:jc w:val="left"/>
            </w:pPr>
            <w:r>
              <w:rPr>
                <w:sz w:val="16"/>
              </w:rPr>
              <w:t>hail size (inches)</w:t>
            </w:r>
          </w:p>
        </w:tc>
        <w:tc>
          <w:tcPr>
            <w:tcW w:type="dxa" w:w="1756"/>
          </w:tcPr>
          <w:p>
            <w:pPr>
              <w:spacing w:after="0"/>
              <w:jc w:val="right"/>
            </w:pPr>
            <w:r>
              <w:rPr>
                <w:sz w:val="16"/>
              </w:rPr>
              <w:t>82 records, 1975 to 2026</w:t>
            </w:r>
          </w:p>
        </w:tc>
        <w:tc>
          <w:tcPr>
            <w:tcW w:type="dxa" w:w="2024"/>
          </w:tcPr>
          <w:p>
            <w:pPr>
              <w:spacing w:after="0"/>
              <w:jc w:val="left"/>
            </w:pPr>
            <w:r>
              <w:rPr>
                <w:sz w:val="16"/>
              </w:rPr>
              <w:t>0.75 in to 3 in (median 0.88 in); 82 with a recorded value</w:t>
            </w:r>
          </w:p>
        </w:tc>
        <w:tc>
          <w:tcPr>
            <w:tcW w:type="dxa" w:w="1588"/>
          </w:tcPr>
          <w:p>
            <w:pPr>
              <w:spacing w:after="0"/>
              <w:jc w:val="left"/>
            </w:pPr>
            <w:r>
              <w:rPr>
                <w:sz w:val="16"/>
              </w:rPr>
              <w:t>3 in hail, 2025-04-03; same size also recorded on 1991-11-19, 2023-03-01</w:t>
            </w:r>
          </w:p>
        </w:tc>
        <w:tc>
          <w:tcPr>
            <w:tcW w:type="dxa" w:w="1858"/>
          </w:tcPr>
          <w:p>
            <w:pPr>
              <w:spacing w:after="0"/>
              <w:jc w:val="left"/>
            </w:pPr>
          </w:p>
        </w:tc>
        <w:tc>
          <w:tcPr>
            <w:tcW w:type="dxa" w:w="1546"/>
          </w:tcPr>
          <w:p>
            <w:pPr>
              <w:spacing w:after="0"/>
              <w:jc w:val="left"/>
            </w:pPr>
            <w:r>
              <w:rPr>
                <w:sz w:val="16"/>
              </w:rPr>
              <w:t>Event records naming jurisdictions in the plan: Rison city (26 records), Kingsland city (11 records).</w:t>
            </w:r>
          </w:p>
        </w:tc>
        <w:tc>
          <w:tcPr>
            <w:tcW w:type="dxa" w:w="1588"/>
          </w:tcPr>
          <w:p>
            <w:pPr>
              <w:spacing w:after="0"/>
              <w:jc w:val="left"/>
            </w:pPr>
          </w:p>
        </w:tc>
      </w:tr>
      <w:tr>
        <w:trPr>
          <w:cantSplit/>
        </w:trPr>
        <w:tc>
          <w:tcPr>
            <w:tcW w:type="dxa" w:w="1868"/>
          </w:tcPr>
          <w:p>
            <w:pPr>
              <w:spacing w:after="0"/>
              <w:jc w:val="left"/>
            </w:pPr>
            <w:r>
              <w:rPr>
                <w:sz w:val="16"/>
              </w:rPr>
              <w:t>Excessive Heat, Heat</w:t>
            </w:r>
          </w:p>
        </w:tc>
        <w:tc>
          <w:tcPr>
            <w:tcW w:type="dxa" w:w="1884"/>
          </w:tcPr>
          <w:p>
            <w:pPr>
              <w:spacing w:after="0"/>
              <w:jc w:val="left"/>
            </w:pPr>
            <w:r>
              <w:rPr>
                <w:sz w:val="16"/>
              </w:rPr>
              <w:t>heat index (in event narratives)</w:t>
            </w:r>
          </w:p>
        </w:tc>
        <w:tc>
          <w:tcPr>
            <w:tcW w:type="dxa" w:w="1756"/>
          </w:tcPr>
          <w:p>
            <w:pPr>
              <w:spacing w:after="0"/>
              <w:jc w:val="right"/>
            </w:pPr>
            <w:r>
              <w:rPr>
                <w:sz w:val="16"/>
              </w:rPr>
              <w:t>10 records, 2007 to 2012 (10 zone-level)</w:t>
            </w:r>
          </w:p>
        </w:tc>
        <w:tc>
          <w:tcPr>
            <w:tcW w:type="dxa" w:w="2024"/>
          </w:tcPr>
          <w:p>
            <w:pPr>
              <w:spacing w:after="0"/>
              <w:jc w:val="left"/>
            </w:pPr>
            <w:r>
              <w:rPr>
                <w:sz w:val="16"/>
              </w:rPr>
              <w:t>4 days to 42 days (median 8.5 days); 6 with a recorded value</w:t>
            </w:r>
          </w:p>
        </w:tc>
        <w:tc>
          <w:tcPr>
            <w:tcW w:type="dxa" w:w="1588"/>
          </w:tcPr>
          <w:p>
            <w:pPr>
              <w:spacing w:after="0"/>
              <w:jc w:val="left"/>
            </w:pPr>
            <w:r>
              <w:rPr>
                <w:sz w:val="16"/>
              </w:rPr>
              <w:t>2012-06-25 to 2012-08-05 (3 records, 1 of them a monthly summary record), zone-level</w:t>
            </w:r>
          </w:p>
        </w:tc>
        <w:tc>
          <w:tcPr>
            <w:tcW w:type="dxa" w:w="1858"/>
          </w:tcPr>
          <w:p>
            <w:pPr>
              <w:spacing w:after="0"/>
              <w:jc w:val="left"/>
            </w:pPr>
          </w:p>
        </w:tc>
        <w:tc>
          <w:tcPr>
            <w:tcW w:type="dxa" w:w="1546"/>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Hurricane, Tropical Storm, Tropical Depression</w:t>
            </w:r>
          </w:p>
        </w:tc>
        <w:tc>
          <w:tcPr>
            <w:tcW w:type="dxa" w:w="1884"/>
          </w:tcPr>
          <w:p>
            <w:pPr>
              <w:spacing w:after="0"/>
              <w:jc w:val="left"/>
            </w:pPr>
            <w:r>
              <w:rPr>
                <w:sz w:val="16"/>
              </w:rPr>
              <w:t>Saffir-Simpson</w:t>
            </w:r>
          </w:p>
        </w:tc>
        <w:tc>
          <w:tcPr>
            <w:tcW w:type="dxa" w:w="1756"/>
          </w:tcPr>
          <w:p>
            <w:pPr>
              <w:spacing w:after="0"/>
              <w:jc w:val="right"/>
            </w:pPr>
            <w:r>
              <w:rPr>
                <w:sz w:val="16"/>
              </w:rPr>
              <w:t>6 records, 2005 to 2020 (6 zone-level)</w:t>
            </w:r>
          </w:p>
        </w:tc>
        <w:tc>
          <w:tcPr>
            <w:tcW w:type="dxa" w:w="2024"/>
          </w:tcPr>
          <w:p>
            <w:pPr>
              <w:spacing w:after="0"/>
              <w:jc w:val="left"/>
            </w:pPr>
          </w:p>
        </w:tc>
        <w:tc>
          <w:tcPr>
            <w:tcW w:type="dxa" w:w="1588"/>
          </w:tcPr>
          <w:p>
            <w:pPr>
              <w:spacing w:after="0"/>
              <w:jc w:val="left"/>
            </w:pPr>
            <w:r>
              <w:rPr>
                <w:sz w:val="16"/>
              </w:rPr>
              <w:t>Strongest recorded: Tropical Storm record, 2008-09-13 to 2008-09-14, $375,000 property; $0 crops (2008 dollars); NWS zone ARZ063</w:t>
            </w:r>
          </w:p>
        </w:tc>
        <w:tc>
          <w:tcPr>
            <w:tcW w:type="dxa" w:w="1858"/>
          </w:tcPr>
          <w:p>
            <w:pPr>
              <w:spacing w:after="0"/>
              <w:jc w:val="left"/>
            </w:pPr>
            <w:r>
              <w:rPr>
                <w:sz w:val="16"/>
              </w:rPr>
              <w:t>Most damaging recorded: Tropical Depression, 2008-09-02, $1,030,000 property; $0 crops (zone total, 2008 dollars)</w:t>
            </w:r>
          </w:p>
        </w:tc>
        <w:tc>
          <w:tcPr>
            <w:tcW w:type="dxa" w:w="1546"/>
          </w:tcPr>
          <w:p>
            <w:pPr>
              <w:spacing w:after="0"/>
              <w:jc w:val="left"/>
            </w:pPr>
            <w:r>
              <w:rPr>
                <w:sz w:val="16"/>
              </w:rPr>
              <w:t>Countywide (zone-level records).</w:t>
            </w:r>
          </w:p>
        </w:tc>
        <w:tc>
          <w:tcPr>
            <w:tcW w:type="dxa" w:w="15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8"/>
          </w:tcPr>
          <w:p>
            <w:pPr>
              <w:spacing w:after="0"/>
              <w:jc w:val="left"/>
            </w:pPr>
            <w:r>
              <w:rPr>
                <w:sz w:val="16"/>
              </w:rPr>
              <w:t>Ice Storm</w:t>
            </w:r>
          </w:p>
        </w:tc>
        <w:tc>
          <w:tcPr>
            <w:tcW w:type="dxa" w:w="1884"/>
          </w:tcPr>
          <w:p>
            <w:pPr>
              <w:spacing w:after="0"/>
              <w:jc w:val="left"/>
            </w:pPr>
            <w:r>
              <w:rPr>
                <w:sz w:val="16"/>
              </w:rPr>
              <w:t>Sperry-Piltz ice scale (local data)</w:t>
            </w:r>
          </w:p>
        </w:tc>
        <w:tc>
          <w:tcPr>
            <w:tcW w:type="dxa" w:w="1756"/>
          </w:tcPr>
          <w:p>
            <w:pPr>
              <w:spacing w:after="0"/>
              <w:jc w:val="right"/>
            </w:pPr>
            <w:r>
              <w:rPr>
                <w:sz w:val="16"/>
              </w:rPr>
              <w:t>7 records, 1998 to 2023 (7 zone-level)</w:t>
            </w:r>
          </w:p>
        </w:tc>
        <w:tc>
          <w:tcPr>
            <w:tcW w:type="dxa" w:w="2024"/>
          </w:tcPr>
          <w:p>
            <w:pPr>
              <w:spacing w:after="0"/>
              <w:jc w:val="left"/>
            </w:pPr>
          </w:p>
        </w:tc>
        <w:tc>
          <w:tcPr>
            <w:tcW w:type="dxa" w:w="1588"/>
          </w:tcPr>
          <w:p>
            <w:pPr>
              <w:spacing w:after="0"/>
              <w:jc w:val="left"/>
            </w:pPr>
            <w:r>
              <w:rPr>
                <w:sz w:val="16"/>
              </w:rPr>
              <w:t>Ice Storm, 2015-02-16, $75,000 property; $0 crops (2015 dollars); NWS zone ARZ063</w:t>
            </w:r>
          </w:p>
        </w:tc>
        <w:tc>
          <w:tcPr>
            <w:tcW w:type="dxa" w:w="1858"/>
          </w:tcPr>
          <w:p>
            <w:pPr>
              <w:spacing w:after="0"/>
              <w:jc w:val="left"/>
            </w:pPr>
          </w:p>
        </w:tc>
        <w:tc>
          <w:tcPr>
            <w:tcW w:type="dxa" w:w="1546"/>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Flash Flood, Flood, Lakeshore Flood</w:t>
            </w:r>
          </w:p>
        </w:tc>
        <w:tc>
          <w:tcPr>
            <w:tcW w:type="dxa" w:w="1884"/>
          </w:tcPr>
          <w:p>
            <w:pPr>
              <w:spacing w:after="0"/>
              <w:jc w:val="left"/>
            </w:pPr>
            <w:r>
              <w:rPr>
                <w:sz w:val="16"/>
              </w:rPr>
              <w:t>damage and flood days (flood depth: FIRM)</w:t>
            </w:r>
          </w:p>
        </w:tc>
        <w:tc>
          <w:tcPr>
            <w:tcW w:type="dxa" w:w="1756"/>
          </w:tcPr>
          <w:p>
            <w:pPr>
              <w:spacing w:after="0"/>
              <w:jc w:val="right"/>
            </w:pPr>
            <w:r>
              <w:rPr>
                <w:sz w:val="16"/>
              </w:rPr>
              <w:t>39 records, 1999 to 2023</w:t>
            </w:r>
          </w:p>
        </w:tc>
        <w:tc>
          <w:tcPr>
            <w:tcW w:type="dxa" w:w="2024"/>
          </w:tcPr>
          <w:p>
            <w:pPr>
              <w:spacing w:after="0"/>
              <w:jc w:val="left"/>
            </w:pPr>
          </w:p>
        </w:tc>
        <w:tc>
          <w:tcPr>
            <w:tcW w:type="dxa" w:w="1588"/>
          </w:tcPr>
          <w:p>
            <w:pPr>
              <w:spacing w:after="0"/>
              <w:jc w:val="left"/>
            </w:pPr>
            <w:r>
              <w:rPr>
                <w:sz w:val="16"/>
              </w:rPr>
              <w:t>Flood, 2011-05-01, $500,000 property; $1,000,000 crops (2011 dollars)</w:t>
            </w:r>
          </w:p>
        </w:tc>
        <w:tc>
          <w:tcPr>
            <w:tcW w:type="dxa" w:w="1858"/>
          </w:tcPr>
          <w:p>
            <w:pPr>
              <w:spacing w:after="0"/>
              <w:jc w:val="left"/>
            </w:pPr>
          </w:p>
        </w:tc>
        <w:tc>
          <w:tcPr>
            <w:tcW w:type="dxa" w:w="1546"/>
          </w:tcPr>
          <w:p>
            <w:pPr>
              <w:spacing w:after="0"/>
              <w:jc w:val="left"/>
            </w:pPr>
            <w:r>
              <w:rPr>
                <w:sz w:val="16"/>
              </w:rPr>
              <w:t>Event records naming jurisdictions in the plan: Rison city (8 records), Kingsland city (4 records).</w:t>
            </w:r>
          </w:p>
        </w:tc>
        <w:tc>
          <w:tcPr>
            <w:tcW w:type="dxa" w:w="15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8"/>
          </w:tcPr>
          <w:p>
            <w:pPr>
              <w:spacing w:after="0"/>
              <w:jc w:val="left"/>
            </w:pPr>
            <w:r>
              <w:rPr>
                <w:sz w:val="16"/>
              </w:rPr>
              <w:t>Debris Flow</w:t>
            </w:r>
          </w:p>
        </w:tc>
        <w:tc>
          <w:tcPr>
            <w:tcW w:type="dxa" w:w="1884"/>
          </w:tcPr>
          <w:p>
            <w:pPr>
              <w:spacing w:after="0"/>
              <w:jc w:val="left"/>
            </w:pPr>
            <w:r>
              <w:rPr>
                <w:sz w:val="16"/>
              </w:rPr>
              <w:t>none (count and damage only)</w:t>
            </w:r>
          </w:p>
        </w:tc>
        <w:tc>
          <w:tcPr>
            <w:tcW w:type="dxa" w:w="1756"/>
          </w:tcPr>
          <w:p>
            <w:pPr>
              <w:spacing w:after="0"/>
              <w:jc w:val="right"/>
            </w:pPr>
            <w:r>
              <w:rPr>
                <w:sz w:val="16"/>
              </w:rPr>
              <w:t>0</w:t>
            </w:r>
          </w:p>
        </w:tc>
        <w:tc>
          <w:tcPr>
            <w:tcW w:type="dxa" w:w="2024"/>
          </w:tcPr>
          <w:p>
            <w:pPr>
              <w:spacing w:after="0"/>
              <w:jc w:val="left"/>
            </w:pPr>
          </w:p>
        </w:tc>
        <w:tc>
          <w:tcPr>
            <w:tcW w:type="dxa" w:w="1588"/>
          </w:tcPr>
          <w:p>
            <w:pPr>
              <w:spacing w:after="0"/>
              <w:jc w:val="left"/>
            </w:pPr>
          </w:p>
        </w:tc>
        <w:tc>
          <w:tcPr>
            <w:tcW w:type="dxa" w:w="1858"/>
          </w:tcPr>
          <w:p>
            <w:pPr>
              <w:spacing w:after="0"/>
              <w:jc w:val="left"/>
            </w:pPr>
          </w:p>
        </w:tc>
        <w:tc>
          <w:tcPr>
            <w:tcW w:type="dxa" w:w="1546"/>
          </w:tcPr>
          <w:p>
            <w:pPr>
              <w:spacing w:after="0"/>
              <w:jc w:val="left"/>
            </w:pPr>
          </w:p>
        </w:tc>
        <w:tc>
          <w:tcPr>
            <w:tcW w:type="dxa" w:w="1588"/>
          </w:tcPr>
          <w:p>
            <w:pPr>
              <w:spacing w:after="0"/>
              <w:jc w:val="left"/>
            </w:pPr>
          </w:p>
        </w:tc>
      </w:tr>
      <w:tr>
        <w:trPr>
          <w:cantSplit/>
        </w:trPr>
        <w:tc>
          <w:tcPr>
            <w:tcW w:type="dxa" w:w="1868"/>
          </w:tcPr>
          <w:p>
            <w:pPr>
              <w:spacing w:after="0"/>
              <w:jc w:val="left"/>
            </w:pPr>
            <w:r>
              <w:rPr>
                <w:sz w:val="16"/>
              </w:rPr>
              <w:t>Lightning</w:t>
            </w:r>
          </w:p>
        </w:tc>
        <w:tc>
          <w:tcPr>
            <w:tcW w:type="dxa" w:w="1884"/>
          </w:tcPr>
          <w:p>
            <w:pPr>
              <w:spacing w:after="0"/>
              <w:jc w:val="left"/>
            </w:pPr>
            <w:r>
              <w:rPr>
                <w:sz w:val="16"/>
              </w:rPr>
              <w:t>annualized frequency (the measure FEMA's Local Mitigation Planning Handbook names)</w:t>
            </w:r>
          </w:p>
        </w:tc>
        <w:tc>
          <w:tcPr>
            <w:tcW w:type="dxa" w:w="1756"/>
          </w:tcPr>
          <w:p>
            <w:pPr>
              <w:spacing w:after="0"/>
              <w:jc w:val="right"/>
            </w:pPr>
            <w:r>
              <w:rPr>
                <w:sz w:val="16"/>
              </w:rPr>
              <w:t>1 record, 2010</w:t>
            </w:r>
          </w:p>
        </w:tc>
        <w:tc>
          <w:tcPr>
            <w:tcW w:type="dxa" w:w="2024"/>
          </w:tcPr>
          <w:p>
            <w:pPr>
              <w:spacing w:after="0"/>
              <w:jc w:val="left"/>
            </w:pPr>
          </w:p>
        </w:tc>
        <w:tc>
          <w:tcPr>
            <w:tcW w:type="dxa" w:w="1588"/>
          </w:tcPr>
          <w:p>
            <w:pPr>
              <w:spacing w:after="0"/>
              <w:jc w:val="left"/>
            </w:pPr>
            <w:r>
              <w:rPr>
                <w:sz w:val="16"/>
              </w:rPr>
              <w:t>Lightning, 2010-07-25, $15,000 property; $0 crops (2010 dollars)</w:t>
            </w:r>
          </w:p>
        </w:tc>
        <w:tc>
          <w:tcPr>
            <w:tcW w:type="dxa" w:w="1858"/>
          </w:tcPr>
          <w:p>
            <w:pPr>
              <w:spacing w:after="0"/>
              <w:jc w:val="left"/>
            </w:pPr>
          </w:p>
        </w:tc>
        <w:tc>
          <w:tcPr>
            <w:tcW w:type="dxa" w:w="1546"/>
          </w:tcPr>
          <w:p>
            <w:pPr>
              <w:spacing w:after="0"/>
              <w:jc w:val="left"/>
            </w:pPr>
            <w:r>
              <w:rPr>
                <w:sz w:val="16"/>
              </w:rPr>
              <w:t>Event records naming jurisdictions in the plan: Rison city (1 record).</w:t>
            </w:r>
          </w:p>
        </w:tc>
        <w:tc>
          <w:tcPr>
            <w:tcW w:type="dxa" w:w="1588"/>
          </w:tcPr>
          <w:p>
            <w:pPr>
              <w:spacing w:after="0"/>
              <w:jc w:val="left"/>
            </w:pPr>
            <w:r>
              <w:rPr>
                <w:sz w:val="16"/>
              </w:rPr>
              <w:t>Storm Events lists lightning with damage or casualties.</w:t>
            </w:r>
          </w:p>
        </w:tc>
      </w:tr>
      <w:tr>
        <w:trPr>
          <w:cantSplit/>
        </w:trPr>
        <w:tc>
          <w:tcPr>
            <w:tcW w:type="dxa" w:w="1868"/>
          </w:tcPr>
          <w:p>
            <w:pPr>
              <w:spacing w:after="0"/>
              <w:jc w:val="left"/>
            </w:pPr>
            <w:r>
              <w:rPr>
                <w:sz w:val="16"/>
              </w:rPr>
              <w:t>High Wind and Strong Wind (outside NRI's Strong Wind definition)</w:t>
            </w:r>
          </w:p>
        </w:tc>
        <w:tc>
          <w:tcPr>
            <w:tcW w:type="dxa" w:w="1884"/>
          </w:tcPr>
          <w:p>
            <w:pPr>
              <w:spacing w:after="0"/>
              <w:jc w:val="left"/>
            </w:pPr>
            <w:r>
              <w:rPr>
                <w:sz w:val="16"/>
              </w:rPr>
              <w:t>wind speed (kt and mph)</w:t>
            </w:r>
          </w:p>
        </w:tc>
        <w:tc>
          <w:tcPr>
            <w:tcW w:type="dxa" w:w="1756"/>
          </w:tcPr>
          <w:p>
            <w:pPr>
              <w:spacing w:after="0"/>
              <w:jc w:val="right"/>
            </w:pPr>
            <w:r>
              <w:rPr>
                <w:sz w:val="16"/>
              </w:rPr>
              <w:t>8 records, 2006 to 2013 (8 zone-level)</w:t>
            </w:r>
          </w:p>
        </w:tc>
        <w:tc>
          <w:tcPr>
            <w:tcW w:type="dxa" w:w="2024"/>
          </w:tcPr>
          <w:p>
            <w:pPr>
              <w:spacing w:after="0"/>
              <w:jc w:val="left"/>
            </w:pPr>
            <w:r>
              <w:rPr>
                <w:sz w:val="16"/>
              </w:rPr>
              <w:t>33 kt (38 mph) to 50 kt (58 mph) (median 36 kt (41 mph)); 8 with a recorded value</w:t>
            </w:r>
          </w:p>
        </w:tc>
        <w:tc>
          <w:tcPr>
            <w:tcW w:type="dxa" w:w="1588"/>
          </w:tcPr>
          <w:p>
            <w:pPr>
              <w:spacing w:after="0"/>
              <w:jc w:val="left"/>
            </w:pPr>
            <w:r>
              <w:rPr>
                <w:sz w:val="16"/>
              </w:rPr>
              <w:t>50 kt (58 mph) estimated gust, High Wind, 2006-03-20; NWS zone ARZ063</w:t>
            </w:r>
          </w:p>
        </w:tc>
        <w:tc>
          <w:tcPr>
            <w:tcW w:type="dxa" w:w="1858"/>
          </w:tcPr>
          <w:p>
            <w:pPr>
              <w:spacing w:after="0"/>
              <w:jc w:val="left"/>
            </w:pPr>
            <w:r>
              <w:rPr>
                <w:sz w:val="16"/>
              </w:rPr>
              <w:t>Strong Wind, 2008-01-29, $250,000 property; $0 crops (zone total, 2008 dollars)</w:t>
            </w:r>
          </w:p>
        </w:tc>
        <w:tc>
          <w:tcPr>
            <w:tcW w:type="dxa" w:w="1546"/>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Thunderstorm Wind</w:t>
            </w:r>
          </w:p>
        </w:tc>
        <w:tc>
          <w:tcPr>
            <w:tcW w:type="dxa" w:w="1884"/>
          </w:tcPr>
          <w:p>
            <w:pPr>
              <w:spacing w:after="0"/>
              <w:jc w:val="left"/>
            </w:pPr>
            <w:r>
              <w:rPr>
                <w:sz w:val="16"/>
              </w:rPr>
              <w:t>wind speed (kt and mph)</w:t>
            </w:r>
          </w:p>
        </w:tc>
        <w:tc>
          <w:tcPr>
            <w:tcW w:type="dxa" w:w="1756"/>
          </w:tcPr>
          <w:p>
            <w:pPr>
              <w:spacing w:after="0"/>
              <w:jc w:val="right"/>
            </w:pPr>
            <w:r>
              <w:rPr>
                <w:sz w:val="16"/>
              </w:rPr>
              <w:t>134 records, 1978 to 2026</w:t>
            </w:r>
          </w:p>
        </w:tc>
        <w:tc>
          <w:tcPr>
            <w:tcW w:type="dxa" w:w="2024"/>
          </w:tcPr>
          <w:p>
            <w:pPr>
              <w:spacing w:after="0"/>
              <w:jc w:val="left"/>
            </w:pPr>
            <w:r>
              <w:rPr>
                <w:sz w:val="16"/>
              </w:rPr>
              <w:t>50 kt (58 mph) to 78 kt (90 mph) (median 50 kt (58 mph)); 104 with a recorded value</w:t>
            </w:r>
          </w:p>
        </w:tc>
        <w:tc>
          <w:tcPr>
            <w:tcW w:type="dxa" w:w="1588"/>
          </w:tcPr>
          <w:p>
            <w:pPr>
              <w:spacing w:after="0"/>
              <w:jc w:val="left"/>
            </w:pPr>
            <w:r>
              <w:rPr>
                <w:sz w:val="16"/>
              </w:rPr>
              <w:t>78 kt (90 mph) estimated, Thunderstorm Wind, 2000-05-12</w:t>
            </w:r>
          </w:p>
        </w:tc>
        <w:tc>
          <w:tcPr>
            <w:tcW w:type="dxa" w:w="1858"/>
          </w:tcPr>
          <w:p>
            <w:pPr>
              <w:spacing w:after="0"/>
              <w:jc w:val="left"/>
            </w:pPr>
            <w:r>
              <w:rPr>
                <w:sz w:val="16"/>
              </w:rPr>
              <w:t>Thunderstorm Wind, 2013-01-29, $250,000 property; $0 crops (2013 dollars)</w:t>
            </w:r>
          </w:p>
        </w:tc>
        <w:tc>
          <w:tcPr>
            <w:tcW w:type="dxa" w:w="1546"/>
          </w:tcPr>
          <w:p>
            <w:pPr>
              <w:spacing w:after="0"/>
              <w:jc w:val="left"/>
            </w:pPr>
            <w:r>
              <w:rPr>
                <w:sz w:val="16"/>
              </w:rPr>
              <w:t>Event records naming jurisdictions in the plan: Rison city (41 records), Kingsland city (15 records).</w:t>
            </w:r>
          </w:p>
        </w:tc>
        <w:tc>
          <w:tcPr>
            <w:tcW w:type="dxa" w:w="1588"/>
          </w:tcPr>
          <w:p>
            <w:pPr>
              <w:spacing w:after="0"/>
              <w:jc w:val="left"/>
            </w:pPr>
          </w:p>
        </w:tc>
      </w:tr>
      <w:tr>
        <w:trPr>
          <w:cantSplit/>
        </w:trPr>
        <w:tc>
          <w:tcPr>
            <w:tcW w:type="dxa" w:w="1868"/>
          </w:tcPr>
          <w:p>
            <w:pPr>
              <w:spacing w:after="0"/>
              <w:jc w:val="left"/>
            </w:pPr>
            <w:r>
              <w:rPr>
                <w:sz w:val="16"/>
              </w:rPr>
              <w:t>Tornado</w:t>
            </w:r>
          </w:p>
        </w:tc>
        <w:tc>
          <w:tcPr>
            <w:tcW w:type="dxa" w:w="1884"/>
          </w:tcPr>
          <w:p>
            <w:pPr>
              <w:spacing w:after="0"/>
              <w:jc w:val="left"/>
            </w:pPr>
            <w:r>
              <w:rPr>
                <w:sz w:val="16"/>
              </w:rPr>
              <w:t>Enhanced Fujita (Fujita before Feb 2007)</w:t>
            </w:r>
          </w:p>
        </w:tc>
        <w:tc>
          <w:tcPr>
            <w:tcW w:type="dxa" w:w="1756"/>
          </w:tcPr>
          <w:p>
            <w:pPr>
              <w:spacing w:after="0"/>
              <w:jc w:val="right"/>
            </w:pPr>
            <w:r>
              <w:rPr>
                <w:sz w:val="16"/>
              </w:rPr>
              <w:t>11 records, 1953 to 2012</w:t>
            </w:r>
          </w:p>
        </w:tc>
        <w:tc>
          <w:tcPr>
            <w:tcW w:type="dxa" w:w="2024"/>
          </w:tcPr>
          <w:p>
            <w:pPr>
              <w:spacing w:after="0"/>
              <w:jc w:val="left"/>
            </w:pPr>
            <w:r>
              <w:rPr>
                <w:sz w:val="16"/>
              </w:rPr>
              <w:t>F/EF0 to F/EF2 (median F/EF2); 10 with a recorded value</w:t>
            </w:r>
          </w:p>
        </w:tc>
        <w:tc>
          <w:tcPr>
            <w:tcW w:type="dxa" w:w="1588"/>
          </w:tcPr>
          <w:p>
            <w:pPr>
              <w:spacing w:after="0"/>
              <w:jc w:val="left"/>
            </w:pPr>
            <w:r>
              <w:rPr>
                <w:sz w:val="16"/>
              </w:rPr>
              <w:t>F2 tornado, 1953-01-07, 4.5 mi path length (whole path, pre-1996), 100 yd wide, $2,500 property; crops not recorded (1953 dollars), 2 direct injuries</w:t>
            </w:r>
          </w:p>
        </w:tc>
        <w:tc>
          <w:tcPr>
            <w:tcW w:type="dxa" w:w="1858"/>
          </w:tcPr>
          <w:p>
            <w:pPr>
              <w:spacing w:after="0"/>
              <w:jc w:val="left"/>
            </w:pPr>
            <w:r>
              <w:rPr>
                <w:sz w:val="16"/>
              </w:rPr>
              <w:t>Tornado, 2008-03-14, $1,000,000 property; $0 crops (2008 dollars)</w:t>
            </w:r>
          </w:p>
        </w:tc>
        <w:tc>
          <w:tcPr>
            <w:tcW w:type="dxa" w:w="1546"/>
          </w:tcPr>
          <w:p>
            <w:pPr>
              <w:spacing w:after="0"/>
              <w:jc w:val="left"/>
            </w:pPr>
            <w:r>
              <w:rPr>
                <w:sz w:val="16"/>
              </w:rPr>
              <w:t>Event records naming jurisdictions in the plan: Kingsland city (1 record).</w:t>
            </w:r>
          </w:p>
        </w:tc>
        <w:tc>
          <w:tcPr>
            <w:tcW w:type="dxa" w:w="15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8"/>
          </w:tcPr>
          <w:p>
            <w:pPr>
              <w:spacing w:after="0"/>
              <w:jc w:val="left"/>
            </w:pPr>
            <w:r>
              <w:rPr>
                <w:sz w:val="16"/>
              </w:rPr>
              <w:t>Wildfire</w:t>
            </w:r>
          </w:p>
        </w:tc>
        <w:tc>
          <w:tcPr>
            <w:tcW w:type="dxa" w:w="1884"/>
          </w:tcPr>
          <w:p>
            <w:pPr>
              <w:spacing w:after="0"/>
              <w:jc w:val="left"/>
            </w:pPr>
            <w:r>
              <w:rPr>
                <w:sz w:val="16"/>
              </w:rPr>
              <w:t>acres burned (local data)</w:t>
            </w:r>
          </w:p>
        </w:tc>
        <w:tc>
          <w:tcPr>
            <w:tcW w:type="dxa" w:w="1756"/>
          </w:tcPr>
          <w:p>
            <w:pPr>
              <w:spacing w:after="0"/>
              <w:jc w:val="right"/>
            </w:pPr>
            <w:r>
              <w:rPr>
                <w:sz w:val="16"/>
              </w:rPr>
              <w:t>1 record, 2011 (1 zone-level)</w:t>
            </w:r>
          </w:p>
        </w:tc>
        <w:tc>
          <w:tcPr>
            <w:tcW w:type="dxa" w:w="2024"/>
          </w:tcPr>
          <w:p>
            <w:pPr>
              <w:spacing w:after="0"/>
              <w:jc w:val="left"/>
            </w:pPr>
          </w:p>
        </w:tc>
        <w:tc>
          <w:tcPr>
            <w:tcW w:type="dxa" w:w="1588"/>
          </w:tcPr>
          <w:p>
            <w:pPr>
              <w:spacing w:after="0"/>
              <w:jc w:val="left"/>
            </w:pPr>
            <w:r>
              <w:rPr>
                <w:sz w:val="16"/>
              </w:rPr>
              <w:t>No damage reported in 1 record.</w:t>
            </w:r>
          </w:p>
        </w:tc>
        <w:tc>
          <w:tcPr>
            <w:tcW w:type="dxa" w:w="1858"/>
          </w:tcPr>
          <w:p>
            <w:pPr>
              <w:spacing w:after="0"/>
              <w:jc w:val="left"/>
            </w:pPr>
          </w:p>
        </w:tc>
        <w:tc>
          <w:tcPr>
            <w:tcW w:type="dxa" w:w="1546"/>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Winter Storm, Heavy Snow, Blizzard, Lake-Effect Snow, Winter Weather, Sleet</w:t>
            </w:r>
          </w:p>
        </w:tc>
        <w:tc>
          <w:tcPr>
            <w:tcW w:type="dxa" w:w="1884"/>
          </w:tcPr>
          <w:p>
            <w:pPr>
              <w:spacing w:after="0"/>
              <w:jc w:val="left"/>
            </w:pPr>
            <w:r>
              <w:rPr>
                <w:sz w:val="16"/>
              </w:rPr>
              <w:t>none in data (snowfall: local data)</w:t>
            </w:r>
          </w:p>
        </w:tc>
        <w:tc>
          <w:tcPr>
            <w:tcW w:type="dxa" w:w="1756"/>
          </w:tcPr>
          <w:p>
            <w:pPr>
              <w:spacing w:after="0"/>
              <w:jc w:val="right"/>
            </w:pPr>
            <w:r>
              <w:rPr>
                <w:sz w:val="16"/>
              </w:rPr>
              <w:t>38 records, 1997 to 2024 (38 zone-level)</w:t>
            </w:r>
          </w:p>
        </w:tc>
        <w:tc>
          <w:tcPr>
            <w:tcW w:type="dxa" w:w="2024"/>
          </w:tcPr>
          <w:p>
            <w:pPr>
              <w:spacing w:after="0"/>
              <w:jc w:val="left"/>
            </w:pPr>
          </w:p>
        </w:tc>
        <w:tc>
          <w:tcPr>
            <w:tcW w:type="dxa" w:w="1588"/>
          </w:tcPr>
          <w:p>
            <w:pPr>
              <w:spacing w:after="0"/>
              <w:jc w:val="left"/>
            </w:pPr>
            <w:r>
              <w:rPr>
                <w:sz w:val="16"/>
              </w:rPr>
              <w:t>Winter Weather, 2012-12-25, $100,000 property; $0 crops (2012 dollars); NWS zone ARZ063</w:t>
            </w:r>
          </w:p>
        </w:tc>
        <w:tc>
          <w:tcPr>
            <w:tcW w:type="dxa" w:w="1858"/>
          </w:tcPr>
          <w:p>
            <w:pPr>
              <w:spacing w:after="0"/>
              <w:jc w:val="left"/>
            </w:pPr>
          </w:p>
        </w:tc>
        <w:tc>
          <w:tcPr>
            <w:tcW w:type="dxa" w:w="1546"/>
          </w:tcPr>
          <w:p>
            <w:pPr>
              <w:spacing w:after="0"/>
              <w:jc w:val="left"/>
            </w:pPr>
            <w:r>
              <w:rPr>
                <w:sz w:val="16"/>
              </w:rPr>
              <w:t>Countywide (zone-level records).</w:t>
            </w:r>
          </w:p>
        </w:tc>
        <w:tc>
          <w:tcPr>
            <w:tcW w:type="dxa" w:w="158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keepNext/>
        <w:spacing w:after="80" w:before="0"/>
      </w:pPr>
      <w:r>
        <w:rPr/>
        <w:t>Plan 101349 was approved by FEMA on 2025-04-09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4"/>
        <w:gridCol w:w="3287"/>
        <w:gridCol w:w="2167"/>
        <w:gridCol w:w="2583"/>
        <w:gridCol w:w="73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4"/>
            <w:shd w:val="clear" w:color="auto" w:fill="E8E8E8"/>
          </w:tcPr>
          <w:p>
            <w:pPr>
              <w:spacing w:after="0"/>
              <w:jc w:val="left"/>
            </w:pPr>
            <w:r>
              <w:rPr>
                <w:b/>
                <w:sz w:val="16"/>
              </w:rPr>
              <w:t>Type</w:t>
            </w:r>
          </w:p>
        </w:tc>
        <w:tc>
          <w:tcPr>
            <w:tcW w:type="dxa" w:w="3287"/>
            <w:shd w:val="clear" w:color="auto" w:fill="E8E8E8"/>
          </w:tcPr>
          <w:p>
            <w:pPr>
              <w:spacing w:after="0"/>
              <w:jc w:val="left"/>
            </w:pPr>
            <w:r>
              <w:rPr>
                <w:b/>
                <w:sz w:val="16"/>
              </w:rPr>
              <w:t>Title</w:t>
            </w:r>
          </w:p>
        </w:tc>
        <w:tc>
          <w:tcPr>
            <w:tcW w:type="dxa" w:w="2167"/>
            <w:shd w:val="clear" w:color="auto" w:fill="E8E8E8"/>
          </w:tcPr>
          <w:p>
            <w:pPr>
              <w:spacing w:after="0"/>
              <w:jc w:val="left"/>
            </w:pPr>
            <w:r>
              <w:rPr>
                <w:b/>
                <w:sz w:val="16"/>
              </w:rPr>
              <w:t>Mapped hazard</w:t>
            </w:r>
          </w:p>
        </w:tc>
        <w:tc>
          <w:tcPr>
            <w:tcW w:type="dxa" w:w="25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44"/>
          </w:tcPr>
          <w:p>
            <w:pPr>
              <w:spacing w:after="0"/>
              <w:jc w:val="left"/>
            </w:pPr>
            <w:r>
              <w:rPr>
                <w:sz w:val="16"/>
              </w:rPr>
              <w:t>Emergency</w:t>
            </w:r>
          </w:p>
        </w:tc>
        <w:tc>
          <w:tcPr>
            <w:tcW w:type="dxa" w:w="3287"/>
          </w:tcPr>
          <w:p>
            <w:pPr>
              <w:spacing w:after="0"/>
              <w:jc w:val="left"/>
            </w:pPr>
            <w:r>
              <w:rPr>
                <w:sz w:val="16"/>
              </w:rPr>
              <w:t>Severe Winter Storm</w:t>
            </w:r>
          </w:p>
        </w:tc>
        <w:tc>
          <w:tcPr>
            <w:tcW w:type="dxa" w:w="2167"/>
          </w:tcPr>
          <w:p>
            <w:pPr>
              <w:spacing w:after="0"/>
              <w:jc w:val="left"/>
            </w:pPr>
            <w:r>
              <w:rPr>
                <w:sz w:val="16"/>
              </w:rPr>
              <w:t>Winter Weather</w:t>
            </w:r>
          </w:p>
        </w:tc>
        <w:tc>
          <w:tcPr>
            <w:tcW w:type="dxa" w:w="2583"/>
          </w:tcPr>
          <w:p>
            <w:pPr>
              <w:spacing w:after="0"/>
              <w:jc w:val="right"/>
            </w:pPr>
            <w:r>
              <w:rPr>
                <w:sz w:val="16"/>
              </w:rPr>
              <w:t>no Public Assistance recorded</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44"/>
          </w:tcPr>
          <w:p>
            <w:pPr>
              <w:spacing w:after="0"/>
              <w:jc w:val="left"/>
            </w:pPr>
            <w:r>
              <w:rPr>
                <w:sz w:val="16"/>
              </w:rPr>
              <w:t>Emergency</w:t>
            </w:r>
          </w:p>
        </w:tc>
        <w:tc>
          <w:tcPr>
            <w:tcW w:type="dxa" w:w="3287"/>
          </w:tcPr>
          <w:p>
            <w:pPr>
              <w:spacing w:after="0"/>
              <w:jc w:val="left"/>
            </w:pPr>
            <w:r>
              <w:rPr>
                <w:sz w:val="16"/>
              </w:rPr>
              <w:t>Severe Storms, Tornadoes, and Flooding</w:t>
            </w:r>
          </w:p>
        </w:tc>
        <w:tc>
          <w:tcPr>
            <w:tcW w:type="dxa" w:w="2167"/>
          </w:tcPr>
          <w:p>
            <w:pPr>
              <w:spacing w:after="0"/>
              <w:jc w:val="left"/>
            </w:pPr>
            <w:r>
              <w:rPr>
                <w:sz w:val="16"/>
              </w:rPr>
              <w:t>Inland Flooding; Tornado</w:t>
            </w:r>
          </w:p>
        </w:tc>
        <w:tc>
          <w:tcPr>
            <w:tcW w:type="dxa" w:w="2583"/>
          </w:tcPr>
          <w:p>
            <w:pPr>
              <w:spacing w:after="0"/>
              <w:jc w:val="right"/>
            </w:pPr>
            <w:r>
              <w:rPr>
                <w:sz w:val="16"/>
              </w:rPr>
              <w:t>no Public Assistance recorded</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2023-04-04</w:t>
            </w:r>
          </w:p>
        </w:tc>
        <w:tc>
          <w:tcPr>
            <w:tcW w:type="dxa" w:w="1037"/>
          </w:tcPr>
          <w:p>
            <w:pPr>
              <w:spacing w:after="0"/>
              <w:jc w:val="left"/>
            </w:pPr>
            <w:r>
              <w:rPr>
                <w:sz w:val="16"/>
              </w:rPr>
              <w:t>2023-01-30</w:t>
            </w:r>
          </w:p>
        </w:tc>
        <w:tc>
          <w:tcPr>
            <w:tcW w:type="dxa" w:w="1037"/>
          </w:tcPr>
          <w:p>
            <w:pPr>
              <w:spacing w:after="0"/>
              <w:jc w:val="left"/>
            </w:pPr>
            <w:r>
              <w:rPr>
                <w:sz w:val="16"/>
              </w:rPr>
              <w:t>DR-4700-AR</w:t>
            </w:r>
          </w:p>
        </w:tc>
        <w:tc>
          <w:tcPr>
            <w:tcW w:type="dxa" w:w="1344"/>
          </w:tcPr>
          <w:p>
            <w:pPr>
              <w:spacing w:after="0"/>
              <w:jc w:val="left"/>
            </w:pPr>
            <w:r>
              <w:rPr>
                <w:sz w:val="16"/>
              </w:rPr>
              <w:t>Major disaster</w:t>
            </w:r>
          </w:p>
        </w:tc>
        <w:tc>
          <w:tcPr>
            <w:tcW w:type="dxa" w:w="3287"/>
          </w:tcPr>
          <w:p>
            <w:pPr>
              <w:spacing w:after="0"/>
              <w:jc w:val="left"/>
            </w:pPr>
            <w:r>
              <w:rPr>
                <w:sz w:val="16"/>
              </w:rPr>
              <w:t>Severe Winter Storm</w:t>
            </w:r>
          </w:p>
        </w:tc>
        <w:tc>
          <w:tcPr>
            <w:tcW w:type="dxa" w:w="2167"/>
          </w:tcPr>
          <w:p>
            <w:pPr>
              <w:spacing w:after="0"/>
              <w:jc w:val="left"/>
            </w:pPr>
            <w:r>
              <w:rPr>
                <w:sz w:val="16"/>
              </w:rPr>
              <w:t>Winter Weather</w:t>
            </w:r>
          </w:p>
        </w:tc>
        <w:tc>
          <w:tcPr>
            <w:tcW w:type="dxa" w:w="2583"/>
          </w:tcPr>
          <w:p>
            <w:pPr>
              <w:spacing w:after="0"/>
              <w:jc w:val="right"/>
            </w:pPr>
            <w:r>
              <w:rPr>
                <w:sz w:val="16"/>
              </w:rPr>
              <w:t>$180,562.37</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44"/>
          </w:tcPr>
          <w:p>
            <w:pPr>
              <w:spacing w:after="0"/>
              <w:jc w:val="left"/>
            </w:pPr>
            <w:r>
              <w:rPr>
                <w:sz w:val="16"/>
              </w:rPr>
              <w:t>Emergency</w:t>
            </w:r>
          </w:p>
        </w:tc>
        <w:tc>
          <w:tcPr>
            <w:tcW w:type="dxa" w:w="3287"/>
          </w:tcPr>
          <w:p>
            <w:pPr>
              <w:spacing w:after="0"/>
              <w:jc w:val="left"/>
            </w:pPr>
            <w:r>
              <w:rPr>
                <w:sz w:val="16"/>
              </w:rPr>
              <w:t>Hurricane Laura</w:t>
            </w:r>
          </w:p>
        </w:tc>
        <w:tc>
          <w:tcPr>
            <w:tcW w:type="dxa" w:w="2167"/>
          </w:tcPr>
          <w:p>
            <w:pPr>
              <w:spacing w:after="0"/>
              <w:jc w:val="left"/>
            </w:pPr>
            <w:r>
              <w:rPr>
                <w:sz w:val="16"/>
              </w:rPr>
              <w:t>Hurricane</w:t>
            </w:r>
          </w:p>
        </w:tc>
        <w:tc>
          <w:tcPr>
            <w:tcW w:type="dxa" w:w="2583"/>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2020-04-12</w:t>
            </w:r>
          </w:p>
        </w:tc>
        <w:tc>
          <w:tcPr>
            <w:tcW w:type="dxa" w:w="1037"/>
          </w:tcPr>
          <w:p>
            <w:pPr>
              <w:spacing w:after="0"/>
              <w:jc w:val="left"/>
            </w:pPr>
            <w:r>
              <w:rPr>
                <w:sz w:val="16"/>
              </w:rPr>
              <w:t>DR-4556-AR</w:t>
            </w:r>
          </w:p>
        </w:tc>
        <w:tc>
          <w:tcPr>
            <w:tcW w:type="dxa" w:w="1344"/>
          </w:tcPr>
          <w:p>
            <w:pPr>
              <w:spacing w:after="0"/>
              <w:jc w:val="left"/>
            </w:pPr>
            <w:r>
              <w:rPr>
                <w:sz w:val="16"/>
              </w:rPr>
              <w:t>Major disaster</w:t>
            </w:r>
          </w:p>
        </w:tc>
        <w:tc>
          <w:tcPr>
            <w:tcW w:type="dxa" w:w="3287"/>
          </w:tcPr>
          <w:p>
            <w:pPr>
              <w:spacing w:after="0"/>
              <w:jc w:val="left"/>
            </w:pPr>
            <w:r>
              <w:rPr>
                <w:sz w:val="16"/>
              </w:rPr>
              <w:t>Severe Storms and Straight-Line Winds</w:t>
            </w:r>
          </w:p>
        </w:tc>
        <w:tc>
          <w:tcPr>
            <w:tcW w:type="dxa" w:w="2167"/>
          </w:tcPr>
          <w:p>
            <w:pPr>
              <w:spacing w:after="0"/>
              <w:jc w:val="left"/>
            </w:pPr>
            <w:r>
              <w:rPr>
                <w:sz w:val="16"/>
              </w:rPr>
              <w:t>Tornado (primary); also designated: Strong Wind</w:t>
            </w:r>
          </w:p>
        </w:tc>
        <w:tc>
          <w:tcPr>
            <w:tcW w:type="dxa" w:w="2583"/>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44"/>
          </w:tcPr>
          <w:p>
            <w:pPr>
              <w:spacing w:after="0"/>
              <w:jc w:val="left"/>
            </w:pPr>
            <w:r>
              <w:rPr>
                <w:sz w:val="16"/>
              </w:rPr>
              <w:t>Major disaster</w:t>
            </w:r>
          </w:p>
        </w:tc>
        <w:tc>
          <w:tcPr>
            <w:tcW w:type="dxa" w:w="3287"/>
          </w:tcPr>
          <w:p>
            <w:pPr>
              <w:spacing w:after="0"/>
              <w:jc w:val="left"/>
            </w:pPr>
            <w:r>
              <w:rPr>
                <w:sz w:val="16"/>
              </w:rPr>
              <w:t>COVID-19 Pandemic</w:t>
            </w:r>
          </w:p>
        </w:tc>
        <w:tc>
          <w:tcPr>
            <w:tcW w:type="dxa" w:w="2167"/>
          </w:tcPr>
          <w:p>
            <w:pPr>
              <w:spacing w:after="0"/>
              <w:jc w:val="left"/>
            </w:pPr>
            <w:r>
              <w:rPr>
                <w:sz w:val="16"/>
              </w:rPr>
              <w:t>Non-natural, not counted</w:t>
            </w:r>
          </w:p>
        </w:tc>
        <w:tc>
          <w:tcPr>
            <w:tcW w:type="dxa" w:w="2583"/>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44"/>
          </w:tcPr>
          <w:p>
            <w:pPr>
              <w:spacing w:after="0"/>
              <w:jc w:val="left"/>
            </w:pPr>
            <w:r>
              <w:rPr>
                <w:sz w:val="16"/>
              </w:rPr>
              <w:t>Emergency</w:t>
            </w:r>
          </w:p>
        </w:tc>
        <w:tc>
          <w:tcPr>
            <w:tcW w:type="dxa" w:w="3287"/>
          </w:tcPr>
          <w:p>
            <w:pPr>
              <w:spacing w:after="0"/>
              <w:jc w:val="left"/>
            </w:pPr>
            <w:r>
              <w:rPr>
                <w:sz w:val="16"/>
              </w:rPr>
              <w:t>COVID-19</w:t>
            </w:r>
          </w:p>
        </w:tc>
        <w:tc>
          <w:tcPr>
            <w:tcW w:type="dxa" w:w="2167"/>
          </w:tcPr>
          <w:p>
            <w:pPr>
              <w:spacing w:after="0"/>
              <w:jc w:val="left"/>
            </w:pPr>
            <w:r>
              <w:rPr>
                <w:sz w:val="16"/>
              </w:rPr>
              <w:t>Non-natural, not counted</w:t>
            </w:r>
          </w:p>
        </w:tc>
        <w:tc>
          <w:tcPr>
            <w:tcW w:type="dxa" w:w="2583"/>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DR-4518</w:t>
            </w:r>
          </w:p>
        </w:tc>
      </w:tr>
      <w:tr>
        <w:trPr>
          <w:cantSplit/>
        </w:trPr>
        <w:tc>
          <w:tcPr>
            <w:tcW w:type="dxa" w:w="1037"/>
          </w:tcPr>
          <w:p>
            <w:pPr>
              <w:spacing w:after="0"/>
              <w:jc w:val="left"/>
            </w:pPr>
            <w:r>
              <w:rPr>
                <w:sz w:val="16"/>
              </w:rPr>
              <w:t>2016-05-06</w:t>
            </w:r>
          </w:p>
        </w:tc>
        <w:tc>
          <w:tcPr>
            <w:tcW w:type="dxa" w:w="1037"/>
          </w:tcPr>
          <w:p>
            <w:pPr>
              <w:spacing w:after="0"/>
              <w:jc w:val="left"/>
            </w:pPr>
            <w:r>
              <w:rPr>
                <w:sz w:val="16"/>
              </w:rPr>
              <w:t>2016-03-08</w:t>
            </w:r>
          </w:p>
        </w:tc>
        <w:tc>
          <w:tcPr>
            <w:tcW w:type="dxa" w:w="1037"/>
          </w:tcPr>
          <w:p>
            <w:pPr>
              <w:spacing w:after="0"/>
              <w:jc w:val="left"/>
            </w:pPr>
            <w:r>
              <w:rPr>
                <w:sz w:val="16"/>
              </w:rPr>
              <w:t>DR-4270-AR</w:t>
            </w:r>
          </w:p>
        </w:tc>
        <w:tc>
          <w:tcPr>
            <w:tcW w:type="dxa" w:w="1344"/>
          </w:tcPr>
          <w:p>
            <w:pPr>
              <w:spacing w:after="0"/>
              <w:jc w:val="left"/>
            </w:pPr>
            <w:r>
              <w:rPr>
                <w:sz w:val="16"/>
              </w:rPr>
              <w:t>Major disaster</w:t>
            </w:r>
          </w:p>
        </w:tc>
        <w:tc>
          <w:tcPr>
            <w:tcW w:type="dxa" w:w="3287"/>
          </w:tcPr>
          <w:p>
            <w:pPr>
              <w:spacing w:after="0"/>
              <w:jc w:val="left"/>
            </w:pPr>
            <w:r>
              <w:rPr>
                <w:sz w:val="16"/>
              </w:rPr>
              <w:t>Severe Storms, Tornadoes, Straight-Line Winds, and Flooding</w:t>
            </w:r>
          </w:p>
        </w:tc>
        <w:tc>
          <w:tcPr>
            <w:tcW w:type="dxa" w:w="2167"/>
          </w:tcPr>
          <w:p>
            <w:pPr>
              <w:spacing w:after="0"/>
              <w:jc w:val="left"/>
            </w:pPr>
            <w:r>
              <w:rPr>
                <w:sz w:val="16"/>
              </w:rPr>
              <w:t>Inland Flooding; Strong Wind; Tornado</w:t>
            </w:r>
          </w:p>
        </w:tc>
        <w:tc>
          <w:tcPr>
            <w:tcW w:type="dxa" w:w="2583"/>
          </w:tcPr>
          <w:p>
            <w:pPr>
              <w:spacing w:after="0"/>
              <w:jc w:val="right"/>
            </w:pPr>
            <w:r>
              <w:rPr>
                <w:sz w:val="16"/>
              </w:rPr>
              <w:t>$130,769.50</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44"/>
          </w:tcPr>
          <w:p>
            <w:pPr>
              <w:spacing w:after="0"/>
              <w:jc w:val="left"/>
            </w:pPr>
            <w:r>
              <w:rPr>
                <w:sz w:val="16"/>
              </w:rPr>
              <w:t>Major disaster</w:t>
            </w:r>
          </w:p>
        </w:tc>
        <w:tc>
          <w:tcPr>
            <w:tcW w:type="dxa" w:w="3287"/>
          </w:tcPr>
          <w:p>
            <w:pPr>
              <w:spacing w:after="0"/>
              <w:jc w:val="left"/>
            </w:pPr>
            <w:r>
              <w:rPr>
                <w:sz w:val="16"/>
              </w:rPr>
              <w:t>Severe Storms, Tornadoes, and Associated Flooding</w:t>
            </w:r>
          </w:p>
        </w:tc>
        <w:tc>
          <w:tcPr>
            <w:tcW w:type="dxa" w:w="2167"/>
          </w:tcPr>
          <w:p>
            <w:pPr>
              <w:spacing w:after="0"/>
              <w:jc w:val="left"/>
            </w:pPr>
            <w:r>
              <w:rPr>
                <w:sz w:val="16"/>
              </w:rPr>
              <w:t>Inland Flooding; Tornado</w:t>
            </w:r>
          </w:p>
        </w:tc>
        <w:tc>
          <w:tcPr>
            <w:tcW w:type="dxa" w:w="2583"/>
          </w:tcPr>
          <w:p>
            <w:pPr>
              <w:spacing w:after="0"/>
              <w:jc w:val="right"/>
            </w:pPr>
            <w:r>
              <w:rPr>
                <w:sz w:val="16"/>
              </w:rPr>
              <w:t>$315,876.49</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2010-02-04</w:t>
            </w:r>
          </w:p>
        </w:tc>
        <w:tc>
          <w:tcPr>
            <w:tcW w:type="dxa" w:w="1037"/>
          </w:tcPr>
          <w:p>
            <w:pPr>
              <w:spacing w:after="0"/>
              <w:jc w:val="left"/>
            </w:pPr>
            <w:r>
              <w:rPr>
                <w:sz w:val="16"/>
              </w:rPr>
              <w:t>2009-12-23</w:t>
            </w:r>
          </w:p>
        </w:tc>
        <w:tc>
          <w:tcPr>
            <w:tcW w:type="dxa" w:w="1037"/>
          </w:tcPr>
          <w:p>
            <w:pPr>
              <w:spacing w:after="0"/>
              <w:jc w:val="left"/>
            </w:pPr>
            <w:r>
              <w:rPr>
                <w:sz w:val="16"/>
              </w:rPr>
              <w:t>DR-1872-AR</w:t>
            </w:r>
          </w:p>
        </w:tc>
        <w:tc>
          <w:tcPr>
            <w:tcW w:type="dxa" w:w="1344"/>
          </w:tcPr>
          <w:p>
            <w:pPr>
              <w:spacing w:after="0"/>
              <w:jc w:val="left"/>
            </w:pPr>
            <w:r>
              <w:rPr>
                <w:sz w:val="16"/>
              </w:rPr>
              <w:t>Major disaster</w:t>
            </w:r>
          </w:p>
        </w:tc>
        <w:tc>
          <w:tcPr>
            <w:tcW w:type="dxa" w:w="3287"/>
          </w:tcPr>
          <w:p>
            <w:pPr>
              <w:spacing w:after="0"/>
              <w:jc w:val="left"/>
            </w:pPr>
            <w:r>
              <w:rPr>
                <w:sz w:val="16"/>
              </w:rPr>
              <w:t>Severe Storms and Flooding</w:t>
            </w:r>
          </w:p>
        </w:tc>
        <w:tc>
          <w:tcPr>
            <w:tcW w:type="dxa" w:w="2167"/>
          </w:tcPr>
          <w:p>
            <w:pPr>
              <w:spacing w:after="0"/>
              <w:jc w:val="left"/>
            </w:pPr>
            <w:r>
              <w:rPr>
                <w:sz w:val="16"/>
              </w:rPr>
              <w:t>Inland Flooding</w:t>
            </w:r>
          </w:p>
        </w:tc>
        <w:tc>
          <w:tcPr>
            <w:tcW w:type="dxa" w:w="2583"/>
          </w:tcPr>
          <w:p>
            <w:pPr>
              <w:spacing w:after="0"/>
              <w:jc w:val="right"/>
            </w:pPr>
            <w:r>
              <w:rPr>
                <w:sz w:val="16"/>
              </w:rPr>
              <w:t>$211,618.51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344"/>
          </w:tcPr>
          <w:p>
            <w:pPr>
              <w:spacing w:after="0"/>
              <w:jc w:val="left"/>
            </w:pPr>
            <w:r>
              <w:rPr>
                <w:sz w:val="16"/>
              </w:rPr>
              <w:t>Major disaster</w:t>
            </w:r>
          </w:p>
        </w:tc>
        <w:tc>
          <w:tcPr>
            <w:tcW w:type="dxa" w:w="3287"/>
          </w:tcPr>
          <w:p>
            <w:pPr>
              <w:spacing w:after="0"/>
              <w:jc w:val="left"/>
            </w:pPr>
            <w:r>
              <w:rPr>
                <w:sz w:val="16"/>
              </w:rPr>
              <w:t>Severe Storms, Tornadoes, and Flooding</w:t>
            </w:r>
          </w:p>
        </w:tc>
        <w:tc>
          <w:tcPr>
            <w:tcW w:type="dxa" w:w="2167"/>
          </w:tcPr>
          <w:p>
            <w:pPr>
              <w:spacing w:after="0"/>
              <w:jc w:val="left"/>
            </w:pPr>
            <w:r>
              <w:rPr>
                <w:sz w:val="16"/>
              </w:rPr>
              <w:t>Inland Flooding; Tornado</w:t>
            </w:r>
          </w:p>
        </w:tc>
        <w:tc>
          <w:tcPr>
            <w:tcW w:type="dxa" w:w="2583"/>
          </w:tcPr>
          <w:p>
            <w:pPr>
              <w:spacing w:after="0"/>
              <w:jc w:val="right"/>
            </w:pPr>
            <w:r>
              <w:rPr>
                <w:sz w:val="16"/>
              </w:rPr>
              <w:t>$64,139.52</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344"/>
          </w:tcPr>
          <w:p>
            <w:pPr>
              <w:spacing w:after="0"/>
              <w:jc w:val="left"/>
            </w:pPr>
            <w:r>
              <w:rPr>
                <w:sz w:val="16"/>
              </w:rPr>
              <w:t>Major disaster</w:t>
            </w:r>
          </w:p>
        </w:tc>
        <w:tc>
          <w:tcPr>
            <w:tcW w:type="dxa" w:w="3287"/>
          </w:tcPr>
          <w:p>
            <w:pPr>
              <w:spacing w:after="0"/>
              <w:jc w:val="left"/>
            </w:pPr>
            <w:r>
              <w:rPr>
                <w:sz w:val="16"/>
              </w:rPr>
              <w:t>Severe Storms, Tornadoes, and Flooding</w:t>
            </w:r>
          </w:p>
        </w:tc>
        <w:tc>
          <w:tcPr>
            <w:tcW w:type="dxa" w:w="2167"/>
          </w:tcPr>
          <w:p>
            <w:pPr>
              <w:spacing w:after="0"/>
              <w:jc w:val="left"/>
            </w:pPr>
            <w:r>
              <w:rPr>
                <w:sz w:val="16"/>
              </w:rPr>
              <w:t>Inland Flooding; Tornado</w:t>
            </w:r>
          </w:p>
        </w:tc>
        <w:tc>
          <w:tcPr>
            <w:tcW w:type="dxa" w:w="2583"/>
          </w:tcPr>
          <w:p>
            <w:pPr>
              <w:spacing w:after="0"/>
              <w:jc w:val="right"/>
            </w:pPr>
            <w:r>
              <w:rPr>
                <w:sz w:val="16"/>
              </w:rPr>
              <w:t>$207,931.90</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2008-09-18</w:t>
            </w:r>
          </w:p>
        </w:tc>
        <w:tc>
          <w:tcPr>
            <w:tcW w:type="dxa" w:w="1037"/>
          </w:tcPr>
          <w:p>
            <w:pPr>
              <w:spacing w:after="0"/>
              <w:jc w:val="left"/>
            </w:pPr>
            <w:r>
              <w:rPr>
                <w:sz w:val="16"/>
              </w:rPr>
              <w:t>2008-09-02</w:t>
            </w:r>
          </w:p>
        </w:tc>
        <w:tc>
          <w:tcPr>
            <w:tcW w:type="dxa" w:w="1037"/>
          </w:tcPr>
          <w:p>
            <w:pPr>
              <w:spacing w:after="0"/>
              <w:jc w:val="left"/>
            </w:pPr>
            <w:r>
              <w:rPr>
                <w:sz w:val="16"/>
              </w:rPr>
              <w:t>DR-1793-AR</w:t>
            </w:r>
          </w:p>
        </w:tc>
        <w:tc>
          <w:tcPr>
            <w:tcW w:type="dxa" w:w="1344"/>
          </w:tcPr>
          <w:p>
            <w:pPr>
              <w:spacing w:after="0"/>
              <w:jc w:val="left"/>
            </w:pPr>
            <w:r>
              <w:rPr>
                <w:sz w:val="16"/>
              </w:rPr>
              <w:t>Major disaster</w:t>
            </w:r>
          </w:p>
        </w:tc>
        <w:tc>
          <w:tcPr>
            <w:tcW w:type="dxa" w:w="3287"/>
          </w:tcPr>
          <w:p>
            <w:pPr>
              <w:spacing w:after="0"/>
              <w:jc w:val="left"/>
            </w:pPr>
            <w:r>
              <w:rPr>
                <w:sz w:val="16"/>
              </w:rPr>
              <w:t>Severe Storms and Flooding Associated with Hurricane Gustav</w:t>
            </w:r>
          </w:p>
        </w:tc>
        <w:tc>
          <w:tcPr>
            <w:tcW w:type="dxa" w:w="2167"/>
          </w:tcPr>
          <w:p>
            <w:pPr>
              <w:spacing w:after="0"/>
              <w:jc w:val="left"/>
            </w:pPr>
            <w:r>
              <w:rPr>
                <w:sz w:val="16"/>
              </w:rPr>
              <w:t>Hurricane (primary); also designated: Inland Flooding</w:t>
            </w:r>
          </w:p>
        </w:tc>
        <w:tc>
          <w:tcPr>
            <w:tcW w:type="dxa" w:w="2583"/>
          </w:tcPr>
          <w:p>
            <w:pPr>
              <w:spacing w:after="0"/>
              <w:jc w:val="right"/>
            </w:pPr>
            <w:r>
              <w:rPr>
                <w:sz w:val="16"/>
              </w:rPr>
              <w:t>$236,581.39</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44"/>
          </w:tcPr>
          <w:p>
            <w:pPr>
              <w:spacing w:after="0"/>
              <w:jc w:val="left"/>
            </w:pPr>
            <w:r>
              <w:rPr>
                <w:sz w:val="16"/>
              </w:rPr>
              <w:t>Emergency</w:t>
            </w:r>
          </w:p>
        </w:tc>
        <w:tc>
          <w:tcPr>
            <w:tcW w:type="dxa" w:w="3287"/>
          </w:tcPr>
          <w:p>
            <w:pPr>
              <w:spacing w:after="0"/>
              <w:jc w:val="left"/>
            </w:pPr>
            <w:r>
              <w:rPr>
                <w:sz w:val="16"/>
              </w:rPr>
              <w:t>Hurricane Katrina Evacuation</w:t>
            </w:r>
          </w:p>
        </w:tc>
        <w:tc>
          <w:tcPr>
            <w:tcW w:type="dxa" w:w="2167"/>
          </w:tcPr>
          <w:p>
            <w:pPr>
              <w:spacing w:after="0"/>
              <w:jc w:val="left"/>
            </w:pPr>
            <w:r>
              <w:rPr>
                <w:sz w:val="16"/>
              </w:rPr>
              <w:t>Hurricane: evacuation support, not a local hazard event; not counted</w:t>
            </w:r>
          </w:p>
        </w:tc>
        <w:tc>
          <w:tcPr>
            <w:tcW w:type="dxa" w:w="2583"/>
          </w:tcPr>
          <w:p>
            <w:pPr>
              <w:spacing w:after="0"/>
              <w:jc w:val="right"/>
            </w:pPr>
            <w:r>
              <w:rPr>
                <w:sz w:val="16"/>
              </w:rPr>
              <w:t>-$8,605.31 (net of deobligations)</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2001-03-13</w:t>
            </w:r>
          </w:p>
        </w:tc>
        <w:tc>
          <w:tcPr>
            <w:tcW w:type="dxa" w:w="1037"/>
          </w:tcPr>
          <w:p>
            <w:pPr>
              <w:spacing w:after="0"/>
              <w:jc w:val="left"/>
            </w:pPr>
            <w:r>
              <w:rPr>
                <w:sz w:val="16"/>
              </w:rPr>
              <w:t>2001-02-14</w:t>
            </w:r>
          </w:p>
        </w:tc>
        <w:tc>
          <w:tcPr>
            <w:tcW w:type="dxa" w:w="1037"/>
          </w:tcPr>
          <w:p>
            <w:pPr>
              <w:spacing w:after="0"/>
              <w:jc w:val="left"/>
            </w:pPr>
            <w:r>
              <w:rPr>
                <w:sz w:val="16"/>
              </w:rPr>
              <w:t>DR-1363-AR</w:t>
            </w:r>
          </w:p>
        </w:tc>
        <w:tc>
          <w:tcPr>
            <w:tcW w:type="dxa" w:w="1344"/>
          </w:tcPr>
          <w:p>
            <w:pPr>
              <w:spacing w:after="0"/>
              <w:jc w:val="left"/>
            </w:pPr>
            <w:r>
              <w:rPr>
                <w:sz w:val="16"/>
              </w:rPr>
              <w:t>Major disaster</w:t>
            </w:r>
          </w:p>
        </w:tc>
        <w:tc>
          <w:tcPr>
            <w:tcW w:type="dxa" w:w="3287"/>
          </w:tcPr>
          <w:p>
            <w:pPr>
              <w:spacing w:after="0"/>
              <w:jc w:val="left"/>
            </w:pPr>
            <w:r>
              <w:rPr>
                <w:sz w:val="16"/>
              </w:rPr>
              <w:t>Severe Storms and Flooding</w:t>
            </w:r>
          </w:p>
        </w:tc>
        <w:tc>
          <w:tcPr>
            <w:tcW w:type="dxa" w:w="2167"/>
          </w:tcPr>
          <w:p>
            <w:pPr>
              <w:spacing w:after="0"/>
              <w:jc w:val="left"/>
            </w:pPr>
            <w:r>
              <w:rPr>
                <w:sz w:val="16"/>
              </w:rPr>
              <w:t>Inland Flooding</w:t>
            </w:r>
          </w:p>
        </w:tc>
        <w:tc>
          <w:tcPr>
            <w:tcW w:type="dxa" w:w="2583"/>
          </w:tcPr>
          <w:p>
            <w:pPr>
              <w:spacing w:after="0"/>
              <w:jc w:val="right"/>
            </w:pPr>
            <w:r>
              <w:rPr>
                <w:sz w:val="16"/>
              </w:rPr>
              <w:t>$21,342.38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44"/>
          </w:tcPr>
          <w:p>
            <w:pPr>
              <w:spacing w:after="0"/>
              <w:jc w:val="left"/>
            </w:pPr>
            <w:r>
              <w:rPr>
                <w:sz w:val="16"/>
              </w:rPr>
              <w:t>Major disaster</w:t>
            </w:r>
          </w:p>
        </w:tc>
        <w:tc>
          <w:tcPr>
            <w:tcW w:type="dxa" w:w="3287"/>
          </w:tcPr>
          <w:p>
            <w:pPr>
              <w:spacing w:after="0"/>
              <w:jc w:val="left"/>
            </w:pPr>
            <w:r>
              <w:rPr>
                <w:sz w:val="16"/>
              </w:rPr>
              <w:t>Severe Winter Ice Storm</w:t>
            </w:r>
          </w:p>
        </w:tc>
        <w:tc>
          <w:tcPr>
            <w:tcW w:type="dxa" w:w="2167"/>
          </w:tcPr>
          <w:p>
            <w:pPr>
              <w:spacing w:after="0"/>
              <w:jc w:val="left"/>
            </w:pPr>
            <w:r>
              <w:rPr>
                <w:sz w:val="16"/>
              </w:rPr>
              <w:t>Ice Storm (primary); also designated: Cold Wave</w:t>
            </w:r>
          </w:p>
        </w:tc>
        <w:tc>
          <w:tcPr>
            <w:tcW w:type="dxa" w:w="2583"/>
          </w:tcPr>
          <w:p>
            <w:pPr>
              <w:spacing w:after="0"/>
              <w:jc w:val="right"/>
            </w:pPr>
            <w:r>
              <w:rPr>
                <w:sz w:val="16"/>
              </w:rPr>
              <w:t>$502,622.64</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44"/>
          </w:tcPr>
          <w:p>
            <w:pPr>
              <w:spacing w:after="0"/>
              <w:jc w:val="left"/>
            </w:pPr>
            <w:r>
              <w:rPr>
                <w:sz w:val="16"/>
              </w:rPr>
              <w:t>Emergency</w:t>
            </w:r>
          </w:p>
        </w:tc>
        <w:tc>
          <w:tcPr>
            <w:tcW w:type="dxa" w:w="3287"/>
          </w:tcPr>
          <w:p>
            <w:pPr>
              <w:spacing w:after="0"/>
              <w:jc w:val="left"/>
            </w:pPr>
            <w:r>
              <w:rPr>
                <w:sz w:val="16"/>
              </w:rPr>
              <w:t>Severe Winter Ice Storm</w:t>
            </w:r>
          </w:p>
        </w:tc>
        <w:tc>
          <w:tcPr>
            <w:tcW w:type="dxa" w:w="2167"/>
          </w:tcPr>
          <w:p>
            <w:pPr>
              <w:spacing w:after="0"/>
              <w:jc w:val="left"/>
            </w:pPr>
            <w:r>
              <w:rPr>
                <w:sz w:val="16"/>
              </w:rPr>
              <w:t>Ice Storm</w:t>
            </w:r>
          </w:p>
        </w:tc>
        <w:tc>
          <w:tcPr>
            <w:tcW w:type="dxa" w:w="2583"/>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DR-1354</w:t>
            </w:r>
          </w:p>
        </w:tc>
      </w:tr>
      <w:tr>
        <w:trPr>
          <w:cantSplit/>
        </w:trPr>
        <w:tc>
          <w:tcPr>
            <w:tcW w:type="dxa" w:w="1037"/>
          </w:tcPr>
          <w:p>
            <w:pPr>
              <w:spacing w:after="0"/>
              <w:jc w:val="left"/>
            </w:pPr>
            <w:r>
              <w:rPr>
                <w:sz w:val="16"/>
              </w:rPr>
              <w:t>1997-04-14</w:t>
            </w:r>
          </w:p>
        </w:tc>
        <w:tc>
          <w:tcPr>
            <w:tcW w:type="dxa" w:w="1037"/>
          </w:tcPr>
          <w:p>
            <w:pPr>
              <w:spacing w:after="0"/>
              <w:jc w:val="left"/>
            </w:pPr>
            <w:r>
              <w:rPr>
                <w:sz w:val="16"/>
              </w:rPr>
              <w:t>1997-04-04</w:t>
            </w:r>
          </w:p>
        </w:tc>
        <w:tc>
          <w:tcPr>
            <w:tcW w:type="dxa" w:w="1037"/>
          </w:tcPr>
          <w:p>
            <w:pPr>
              <w:spacing w:after="0"/>
              <w:jc w:val="left"/>
            </w:pPr>
            <w:r>
              <w:rPr>
                <w:sz w:val="16"/>
              </w:rPr>
              <w:t>DR-1176-AR</w:t>
            </w:r>
          </w:p>
        </w:tc>
        <w:tc>
          <w:tcPr>
            <w:tcW w:type="dxa" w:w="1344"/>
          </w:tcPr>
          <w:p>
            <w:pPr>
              <w:spacing w:after="0"/>
              <w:jc w:val="left"/>
            </w:pPr>
            <w:r>
              <w:rPr>
                <w:sz w:val="16"/>
              </w:rPr>
              <w:t>Major disaster</w:t>
            </w:r>
          </w:p>
        </w:tc>
        <w:tc>
          <w:tcPr>
            <w:tcW w:type="dxa" w:w="3287"/>
          </w:tcPr>
          <w:p>
            <w:pPr>
              <w:spacing w:after="0"/>
              <w:jc w:val="left"/>
            </w:pPr>
            <w:r>
              <w:rPr>
                <w:sz w:val="16"/>
              </w:rPr>
              <w:t>Flooding, Severe Storms</w:t>
            </w:r>
          </w:p>
        </w:tc>
        <w:tc>
          <w:tcPr>
            <w:tcW w:type="dxa" w:w="2167"/>
          </w:tcPr>
          <w:p>
            <w:pPr>
              <w:spacing w:after="0"/>
              <w:jc w:val="left"/>
            </w:pPr>
            <w:r>
              <w:rPr>
                <w:sz w:val="16"/>
              </w:rPr>
              <w:t>Inland Flooding</w:t>
            </w:r>
          </w:p>
        </w:tc>
        <w:tc>
          <w:tcPr>
            <w:tcW w:type="dxa" w:w="2583"/>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DR-1011-AR</w:t>
            </w:r>
          </w:p>
        </w:tc>
        <w:tc>
          <w:tcPr>
            <w:tcW w:type="dxa" w:w="1344"/>
          </w:tcPr>
          <w:p>
            <w:pPr>
              <w:spacing w:after="0"/>
              <w:jc w:val="left"/>
            </w:pPr>
            <w:r>
              <w:rPr>
                <w:sz w:val="16"/>
              </w:rPr>
              <w:t>Major disaster</w:t>
            </w:r>
          </w:p>
        </w:tc>
        <w:tc>
          <w:tcPr>
            <w:tcW w:type="dxa" w:w="3287"/>
          </w:tcPr>
          <w:p>
            <w:pPr>
              <w:spacing w:after="0"/>
              <w:jc w:val="left"/>
            </w:pPr>
            <w:r>
              <w:rPr>
                <w:sz w:val="16"/>
              </w:rPr>
              <w:t>Severe Winter Ice Storm</w:t>
            </w:r>
          </w:p>
        </w:tc>
        <w:tc>
          <w:tcPr>
            <w:tcW w:type="dxa" w:w="2167"/>
          </w:tcPr>
          <w:p>
            <w:pPr>
              <w:spacing w:after="0"/>
              <w:jc w:val="left"/>
            </w:pPr>
            <w:r>
              <w:rPr>
                <w:sz w:val="16"/>
              </w:rPr>
              <w:t>Winter Weather</w:t>
            </w:r>
          </w:p>
        </w:tc>
        <w:tc>
          <w:tcPr>
            <w:tcW w:type="dxa" w:w="2583"/>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1991-05-30</w:t>
            </w:r>
          </w:p>
        </w:tc>
        <w:tc>
          <w:tcPr>
            <w:tcW w:type="dxa" w:w="1037"/>
          </w:tcPr>
          <w:p>
            <w:pPr>
              <w:spacing w:after="0"/>
              <w:jc w:val="left"/>
            </w:pPr>
            <w:r>
              <w:rPr>
                <w:sz w:val="16"/>
              </w:rPr>
              <w:t>1991-04-12</w:t>
            </w:r>
          </w:p>
        </w:tc>
        <w:tc>
          <w:tcPr>
            <w:tcW w:type="dxa" w:w="1037"/>
          </w:tcPr>
          <w:p>
            <w:pPr>
              <w:spacing w:after="0"/>
              <w:jc w:val="left"/>
            </w:pPr>
            <w:r>
              <w:rPr>
                <w:sz w:val="16"/>
              </w:rPr>
              <w:t>DR-907-AR</w:t>
            </w:r>
          </w:p>
        </w:tc>
        <w:tc>
          <w:tcPr>
            <w:tcW w:type="dxa" w:w="1344"/>
          </w:tcPr>
          <w:p>
            <w:pPr>
              <w:spacing w:after="0"/>
              <w:jc w:val="left"/>
            </w:pPr>
            <w:r>
              <w:rPr>
                <w:sz w:val="16"/>
              </w:rPr>
              <w:t>Major disaster</w:t>
            </w:r>
          </w:p>
        </w:tc>
        <w:tc>
          <w:tcPr>
            <w:tcW w:type="dxa" w:w="3287"/>
          </w:tcPr>
          <w:p>
            <w:pPr>
              <w:spacing w:after="0"/>
              <w:jc w:val="left"/>
            </w:pPr>
            <w:r>
              <w:rPr>
                <w:sz w:val="16"/>
              </w:rPr>
              <w:t>Severe Storms &amp; Flooding</w:t>
            </w:r>
          </w:p>
        </w:tc>
        <w:tc>
          <w:tcPr>
            <w:tcW w:type="dxa" w:w="2167"/>
          </w:tcPr>
          <w:p>
            <w:pPr>
              <w:spacing w:after="0"/>
              <w:jc w:val="left"/>
            </w:pPr>
            <w:r>
              <w:rPr>
                <w:sz w:val="16"/>
              </w:rPr>
              <w:t>Inland Flooding</w:t>
            </w:r>
          </w:p>
        </w:tc>
        <w:tc>
          <w:tcPr>
            <w:tcW w:type="dxa" w:w="2583"/>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344"/>
          </w:tcPr>
          <w:p>
            <w:pPr>
              <w:spacing w:after="0"/>
              <w:jc w:val="left"/>
            </w:pPr>
            <w:r>
              <w:rPr>
                <w:sz w:val="16"/>
              </w:rPr>
              <w:t>Major disaster</w:t>
            </w:r>
          </w:p>
        </w:tc>
        <w:tc>
          <w:tcPr>
            <w:tcW w:type="dxa" w:w="3287"/>
          </w:tcPr>
          <w:p>
            <w:pPr>
              <w:spacing w:after="0"/>
              <w:jc w:val="left"/>
            </w:pPr>
            <w:r>
              <w:rPr>
                <w:sz w:val="16"/>
              </w:rPr>
              <w:t>Severe Storms &amp; Flooding</w:t>
            </w:r>
          </w:p>
        </w:tc>
        <w:tc>
          <w:tcPr>
            <w:tcW w:type="dxa" w:w="2167"/>
          </w:tcPr>
          <w:p>
            <w:pPr>
              <w:spacing w:after="0"/>
              <w:jc w:val="left"/>
            </w:pPr>
            <w:r>
              <w:rPr>
                <w:sz w:val="16"/>
              </w:rPr>
              <w:t>Inland Flooding</w:t>
            </w:r>
          </w:p>
        </w:tc>
        <w:tc>
          <w:tcPr>
            <w:tcW w:type="dxa" w:w="2583"/>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4</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17</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82</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5</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6</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2</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Includes 3 Tropical Depression records.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7</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2</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39</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3</w:t>
            </w:r>
          </w:p>
        </w:tc>
        <w:tc>
          <w:tcPr>
            <w:tcW w:type="dxa" w:w="1593"/>
          </w:tcPr>
          <w:p>
            <w:pPr>
              <w:spacing w:after="0"/>
              <w:jc w:val="right"/>
            </w:pPr>
            <w:r>
              <w:rPr>
                <w:sz w:val="16"/>
              </w:rPr>
              <w:t>11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142</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13</w:t>
            </w:r>
          </w:p>
        </w:tc>
        <w:tc>
          <w:tcPr>
            <w:tcW w:type="dxa" w:w="1593"/>
          </w:tcPr>
          <w:p>
            <w:pPr>
              <w:spacing w:after="0"/>
              <w:jc w:val="right"/>
            </w:pPr>
            <w:r>
              <w:rPr>
                <w:sz w:val="16"/>
              </w:rPr>
              <w:t>2</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r>
              <w:rPr>
                <w:sz w:val="16"/>
              </w:rPr>
              <w:t>Includes 1 High Wind and 7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11</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6</w:t>
            </w:r>
          </w:p>
        </w:tc>
        <w:tc>
          <w:tcPr>
            <w:tcW w:type="dxa" w:w="1296"/>
          </w:tcPr>
          <w:p>
            <w:pPr>
              <w:spacing w:after="0"/>
              <w:jc w:val="right"/>
            </w:pP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1</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38</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2</w:t>
            </w:r>
          </w:p>
        </w:tc>
        <w:tc>
          <w:tcPr>
            <w:tcW w:type="dxa" w:w="1593"/>
          </w:tcPr>
          <w:p>
            <w:pPr>
              <w:spacing w:after="0"/>
              <w:jc w:val="right"/>
            </w:pPr>
            <w:r>
              <w:rPr>
                <w:sz w:val="16"/>
              </w:rPr>
              <w:t>3</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3"/>
        <w:gridCol w:w="1720"/>
        <w:gridCol w:w="2988"/>
        <w:gridCol w:w="936"/>
        <w:gridCol w:w="2533"/>
        <w:gridCol w:w="711"/>
        <w:gridCol w:w="2874"/>
      </w:tblGrid>
      <w:tr>
        <w:trPr>
          <w:cantSplit/>
          <w:tblHeader/>
        </w:trPr>
        <w:tc>
          <w:tcPr>
            <w:tcW w:type="dxa" w:w="1037"/>
            <w:shd w:val="clear" w:color="auto" w:fill="E8E8E8"/>
          </w:tcPr>
          <w:p>
            <w:pPr>
              <w:spacing w:after="0"/>
              <w:jc w:val="left"/>
            </w:pPr>
            <w:r>
              <w:rPr>
                <w:b/>
                <w:sz w:val="16"/>
              </w:rPr>
              <w:t>Date</w:t>
            </w:r>
          </w:p>
        </w:tc>
        <w:tc>
          <w:tcPr>
            <w:tcW w:type="dxa" w:w="1313"/>
            <w:shd w:val="clear" w:color="auto" w:fill="E8E8E8"/>
          </w:tcPr>
          <w:p>
            <w:pPr>
              <w:spacing w:after="0"/>
              <w:jc w:val="left"/>
            </w:pPr>
            <w:r>
              <w:rPr>
                <w:b/>
                <w:sz w:val="16"/>
              </w:rPr>
              <w:t>Event type</w:t>
            </w:r>
          </w:p>
        </w:tc>
        <w:tc>
          <w:tcPr>
            <w:tcW w:type="dxa" w:w="1720"/>
            <w:shd w:val="clear" w:color="auto" w:fill="E8E8E8"/>
          </w:tcPr>
          <w:p>
            <w:pPr>
              <w:spacing w:after="0"/>
              <w:jc w:val="left"/>
            </w:pPr>
            <w:r>
              <w:rPr>
                <w:b/>
                <w:sz w:val="16"/>
              </w:rPr>
              <w:t>Magnitude or extent</w:t>
            </w:r>
          </w:p>
        </w:tc>
        <w:tc>
          <w:tcPr>
            <w:tcW w:type="dxa" w:w="2988"/>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3"/>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2025-04-03</w:t>
            </w:r>
          </w:p>
        </w:tc>
        <w:tc>
          <w:tcPr>
            <w:tcW w:type="dxa" w:w="1313"/>
          </w:tcPr>
          <w:p>
            <w:pPr>
              <w:spacing w:after="0"/>
              <w:jc w:val="left"/>
            </w:pPr>
            <w:r>
              <w:rPr>
                <w:sz w:val="16"/>
              </w:rPr>
              <w:t>Hail</w:t>
            </w:r>
          </w:p>
        </w:tc>
        <w:tc>
          <w:tcPr>
            <w:tcW w:type="dxa" w:w="1720"/>
          </w:tcPr>
          <w:p>
            <w:pPr>
              <w:spacing w:after="0"/>
              <w:jc w:val="left"/>
            </w:pPr>
            <w:r>
              <w:rPr>
                <w:sz w:val="16"/>
              </w:rPr>
              <w:t>3 in</w:t>
            </w:r>
          </w:p>
        </w:tc>
        <w:tc>
          <w:tcPr>
            <w:tcW w:type="dxa" w:w="2988"/>
          </w:tcPr>
          <w:p>
            <w:pPr>
              <w:spacing w:after="0"/>
              <w:jc w:val="left"/>
            </w:pPr>
            <w:r>
              <w:rPr>
                <w:sz w:val="16"/>
              </w:rPr>
              <w:t>$0 property; $0 crops (2025 dollars)</w:t>
            </w:r>
          </w:p>
        </w:tc>
        <w:tc>
          <w:tcPr>
            <w:tcW w:type="dxa" w:w="936"/>
          </w:tcPr>
          <w:p>
            <w:pPr>
              <w:spacing w:after="0"/>
              <w:jc w:val="right"/>
            </w:pPr>
            <w:r>
              <w:rPr>
                <w:sz w:val="16"/>
              </w:rPr>
              <w:t>0, 0</w:t>
            </w:r>
          </w:p>
        </w:tc>
        <w:tc>
          <w:tcPr>
            <w:tcW w:type="dxa" w:w="2533"/>
          </w:tcPr>
          <w:p>
            <w:pPr>
              <w:spacing w:after="0"/>
              <w:jc w:val="left"/>
            </w:pPr>
            <w:r>
              <w:rPr>
                <w:sz w:val="16"/>
              </w:rPr>
              <w:t>STAVES</w:t>
            </w:r>
          </w:p>
        </w:tc>
        <w:tc>
          <w:tcPr>
            <w:tcW w:type="dxa" w:w="711"/>
          </w:tcPr>
          <w:p>
            <w:pPr>
              <w:spacing w:after="0"/>
              <w:jc w:val="left"/>
            </w:pPr>
            <w:r>
              <w:rPr>
                <w:sz w:val="16"/>
              </w:rPr>
              <w:t>within last 5 years</w:t>
            </w:r>
          </w:p>
        </w:tc>
        <w:tc>
          <w:tcPr>
            <w:tcW w:type="dxa" w:w="2874"/>
          </w:tcPr>
          <w:p>
            <w:pPr>
              <w:spacing w:after="0"/>
              <w:jc w:val="left"/>
            </w:pPr>
            <w:r>
              <w:rPr>
                <w:sz w:val="16"/>
              </w:rPr>
              <w:t>B1-c worst recorded: Hail</w:t>
            </w:r>
          </w:p>
        </w:tc>
      </w:tr>
      <w:tr>
        <w:trPr>
          <w:cantSplit/>
        </w:trPr>
        <w:tc>
          <w:tcPr>
            <w:tcW w:type="dxa" w:w="1037"/>
          </w:tcPr>
          <w:p>
            <w:pPr>
              <w:spacing w:after="0"/>
              <w:jc w:val="left"/>
            </w:pPr>
            <w:r>
              <w:rPr>
                <w:sz w:val="16"/>
              </w:rPr>
              <w:t>2015-02-16</w:t>
            </w:r>
          </w:p>
        </w:tc>
        <w:tc>
          <w:tcPr>
            <w:tcW w:type="dxa" w:w="1313"/>
          </w:tcPr>
          <w:p>
            <w:pPr>
              <w:spacing w:after="0"/>
              <w:jc w:val="left"/>
            </w:pPr>
            <w:r>
              <w:rPr>
                <w:sz w:val="16"/>
              </w:rPr>
              <w:t>Ice Storm</w:t>
            </w:r>
          </w:p>
        </w:tc>
        <w:tc>
          <w:tcPr>
            <w:tcW w:type="dxa" w:w="1720"/>
          </w:tcPr>
          <w:p>
            <w:pPr>
              <w:spacing w:after="0"/>
              <w:jc w:val="left"/>
            </w:pPr>
          </w:p>
        </w:tc>
        <w:tc>
          <w:tcPr>
            <w:tcW w:type="dxa" w:w="2988"/>
          </w:tcPr>
          <w:p>
            <w:pPr>
              <w:spacing w:after="0"/>
              <w:jc w:val="left"/>
            </w:pPr>
            <w:r>
              <w:rPr>
                <w:sz w:val="16"/>
              </w:rPr>
              <w:t>$75,000 property; $0 crops (zone total, 2015 dollars)</w:t>
            </w:r>
          </w:p>
        </w:tc>
        <w:tc>
          <w:tcPr>
            <w:tcW w:type="dxa" w:w="936"/>
          </w:tcPr>
          <w:p>
            <w:pPr>
              <w:spacing w:after="0"/>
              <w:jc w:val="right"/>
            </w:pPr>
            <w:r>
              <w:rPr>
                <w:sz w:val="16"/>
              </w:rPr>
              <w:t>0, 0</w:t>
            </w:r>
          </w:p>
        </w:tc>
        <w:tc>
          <w:tcPr>
            <w:tcW w:type="dxa" w:w="2533"/>
          </w:tcPr>
          <w:p>
            <w:pPr>
              <w:spacing w:after="0"/>
              <w:jc w:val="left"/>
            </w:pPr>
            <w:r>
              <w:rPr>
                <w:sz w:val="16"/>
              </w:rPr>
              <w:t>NWS zone ARZ063 (CLEVELAND), zone-level</w:t>
            </w:r>
          </w:p>
        </w:tc>
        <w:tc>
          <w:tcPr>
            <w:tcW w:type="dxa" w:w="711"/>
          </w:tcPr>
          <w:p>
            <w:pPr>
              <w:spacing w:after="0"/>
              <w:jc w:val="left"/>
            </w:pPr>
          </w:p>
        </w:tc>
        <w:tc>
          <w:tcPr>
            <w:tcW w:type="dxa" w:w="2874"/>
          </w:tcPr>
          <w:p>
            <w:pPr>
              <w:spacing w:after="0"/>
              <w:jc w:val="left"/>
            </w:pPr>
            <w:r>
              <w:rPr>
                <w:sz w:val="16"/>
              </w:rPr>
              <w:t>B1-c worst recorded: Ice Storm</w:t>
            </w:r>
          </w:p>
        </w:tc>
      </w:tr>
      <w:tr>
        <w:trPr>
          <w:cantSplit/>
        </w:trPr>
        <w:tc>
          <w:tcPr>
            <w:tcW w:type="dxa" w:w="1037"/>
          </w:tcPr>
          <w:p>
            <w:pPr>
              <w:spacing w:after="0"/>
              <w:jc w:val="left"/>
            </w:pPr>
            <w:r>
              <w:rPr>
                <w:sz w:val="16"/>
              </w:rPr>
              <w:t>2012-12-25</w:t>
            </w:r>
          </w:p>
        </w:tc>
        <w:tc>
          <w:tcPr>
            <w:tcW w:type="dxa" w:w="1313"/>
          </w:tcPr>
          <w:p>
            <w:pPr>
              <w:spacing w:after="0"/>
              <w:jc w:val="left"/>
            </w:pPr>
            <w:r>
              <w:rPr>
                <w:sz w:val="16"/>
              </w:rPr>
              <w:t>Winter Weather</w:t>
            </w:r>
          </w:p>
        </w:tc>
        <w:tc>
          <w:tcPr>
            <w:tcW w:type="dxa" w:w="1720"/>
          </w:tcPr>
          <w:p>
            <w:pPr>
              <w:spacing w:after="0"/>
              <w:jc w:val="left"/>
            </w:pPr>
          </w:p>
        </w:tc>
        <w:tc>
          <w:tcPr>
            <w:tcW w:type="dxa" w:w="2988"/>
          </w:tcPr>
          <w:p>
            <w:pPr>
              <w:spacing w:after="0"/>
              <w:jc w:val="left"/>
            </w:pPr>
            <w:r>
              <w:rPr>
                <w:sz w:val="16"/>
              </w:rPr>
              <w:t>$100,000 property; $0 crops (zone total, 2012 dollars)</w:t>
            </w:r>
          </w:p>
        </w:tc>
        <w:tc>
          <w:tcPr>
            <w:tcW w:type="dxa" w:w="936"/>
          </w:tcPr>
          <w:p>
            <w:pPr>
              <w:spacing w:after="0"/>
              <w:jc w:val="right"/>
            </w:pPr>
            <w:r>
              <w:rPr>
                <w:sz w:val="16"/>
              </w:rPr>
              <w:t>0, 0</w:t>
            </w:r>
          </w:p>
        </w:tc>
        <w:tc>
          <w:tcPr>
            <w:tcW w:type="dxa" w:w="2533"/>
          </w:tcPr>
          <w:p>
            <w:pPr>
              <w:spacing w:after="0"/>
              <w:jc w:val="left"/>
            </w:pPr>
            <w:r>
              <w:rPr>
                <w:sz w:val="16"/>
              </w:rPr>
              <w:t>NWS zone ARZ063 (CLEVELAND), zone-level</w:t>
            </w:r>
          </w:p>
        </w:tc>
        <w:tc>
          <w:tcPr>
            <w:tcW w:type="dxa" w:w="711"/>
          </w:tcPr>
          <w:p>
            <w:pPr>
              <w:spacing w:after="0"/>
              <w:jc w:val="left"/>
            </w:pPr>
          </w:p>
        </w:tc>
        <w:tc>
          <w:tcPr>
            <w:tcW w:type="dxa" w:w="287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313"/>
          </w:tcPr>
          <w:p>
            <w:pPr>
              <w:spacing w:after="0"/>
              <w:jc w:val="left"/>
            </w:pPr>
            <w:r>
              <w:rPr>
                <w:sz w:val="16"/>
              </w:rPr>
              <w:t>Heat</w:t>
            </w:r>
          </w:p>
        </w:tc>
        <w:tc>
          <w:tcPr>
            <w:tcW w:type="dxa" w:w="1720"/>
          </w:tcPr>
          <w:p>
            <w:pPr>
              <w:spacing w:after="0"/>
              <w:jc w:val="left"/>
            </w:pPr>
          </w:p>
        </w:tc>
        <w:tc>
          <w:tcPr>
            <w:tcW w:type="dxa" w:w="2988"/>
          </w:tcPr>
          <w:p>
            <w:pPr>
              <w:spacing w:after="0"/>
              <w:jc w:val="left"/>
            </w:pPr>
            <w:r>
              <w:rPr>
                <w:sz w:val="16"/>
              </w:rPr>
              <w:t>damage not reported</w:t>
            </w:r>
          </w:p>
        </w:tc>
        <w:tc>
          <w:tcPr>
            <w:tcW w:type="dxa" w:w="936"/>
          </w:tcPr>
          <w:p>
            <w:pPr>
              <w:spacing w:after="0"/>
              <w:jc w:val="right"/>
            </w:pPr>
            <w:r>
              <w:rPr>
                <w:sz w:val="16"/>
              </w:rPr>
              <w:t>0, 0</w:t>
            </w:r>
          </w:p>
        </w:tc>
        <w:tc>
          <w:tcPr>
            <w:tcW w:type="dxa" w:w="2533"/>
          </w:tcPr>
          <w:p>
            <w:pPr>
              <w:spacing w:after="0"/>
              <w:jc w:val="left"/>
            </w:pPr>
            <w:r>
              <w:rPr>
                <w:sz w:val="16"/>
              </w:rPr>
              <w:t>NWS zone ARZ063 (CLEVELAND), zone-level</w:t>
            </w:r>
          </w:p>
        </w:tc>
        <w:tc>
          <w:tcPr>
            <w:tcW w:type="dxa" w:w="711"/>
          </w:tcPr>
          <w:p>
            <w:pPr>
              <w:spacing w:after="0"/>
              <w:jc w:val="left"/>
            </w:pPr>
          </w:p>
        </w:tc>
        <w:tc>
          <w:tcPr>
            <w:tcW w:type="dxa" w:w="2874"/>
          </w:tcPr>
          <w:p>
            <w:pPr>
              <w:spacing w:after="0"/>
              <w:jc w:val="left"/>
            </w:pPr>
            <w:r>
              <w:rPr>
                <w:sz w:val="16"/>
              </w:rPr>
              <w:t>B1-c worst recorded: Excessive Heat, Heat</w:t>
            </w:r>
          </w:p>
        </w:tc>
      </w:tr>
      <w:tr>
        <w:trPr>
          <w:cantSplit/>
        </w:trPr>
        <w:tc>
          <w:tcPr>
            <w:tcW w:type="dxa" w:w="1037"/>
          </w:tcPr>
          <w:p>
            <w:pPr>
              <w:spacing w:after="0"/>
              <w:jc w:val="left"/>
            </w:pPr>
            <w:r>
              <w:rPr>
                <w:sz w:val="16"/>
              </w:rPr>
              <w:t>2011-05-01</w:t>
            </w:r>
          </w:p>
        </w:tc>
        <w:tc>
          <w:tcPr>
            <w:tcW w:type="dxa" w:w="1313"/>
          </w:tcPr>
          <w:p>
            <w:pPr>
              <w:spacing w:after="0"/>
              <w:jc w:val="left"/>
            </w:pPr>
            <w:r>
              <w:rPr>
                <w:sz w:val="16"/>
              </w:rPr>
              <w:t>Flood</w:t>
            </w:r>
          </w:p>
        </w:tc>
        <w:tc>
          <w:tcPr>
            <w:tcW w:type="dxa" w:w="1720"/>
          </w:tcPr>
          <w:p>
            <w:pPr>
              <w:spacing w:after="0"/>
              <w:jc w:val="left"/>
            </w:pPr>
          </w:p>
        </w:tc>
        <w:tc>
          <w:tcPr>
            <w:tcW w:type="dxa" w:w="2988"/>
          </w:tcPr>
          <w:p>
            <w:pPr>
              <w:spacing w:after="0"/>
              <w:jc w:val="left"/>
            </w:pPr>
            <w:r>
              <w:rPr>
                <w:sz w:val="16"/>
              </w:rPr>
              <w:t>$500,000 property; $1,000,000 crops (2011 dollars)</w:t>
            </w:r>
          </w:p>
        </w:tc>
        <w:tc>
          <w:tcPr>
            <w:tcW w:type="dxa" w:w="936"/>
          </w:tcPr>
          <w:p>
            <w:pPr>
              <w:spacing w:after="0"/>
              <w:jc w:val="right"/>
            </w:pPr>
            <w:r>
              <w:rPr>
                <w:sz w:val="16"/>
              </w:rPr>
              <w:t>0, 0</w:t>
            </w:r>
          </w:p>
        </w:tc>
        <w:tc>
          <w:tcPr>
            <w:tcW w:type="dxa" w:w="2533"/>
          </w:tcPr>
          <w:p>
            <w:pPr>
              <w:spacing w:after="0"/>
              <w:jc w:val="left"/>
            </w:pPr>
            <w:r>
              <w:rPr>
                <w:sz w:val="16"/>
              </w:rPr>
              <w:t>MT ZION to STAVES</w:t>
            </w:r>
          </w:p>
        </w:tc>
        <w:tc>
          <w:tcPr>
            <w:tcW w:type="dxa" w:w="711"/>
          </w:tcPr>
          <w:p>
            <w:pPr>
              <w:spacing w:after="0"/>
              <w:jc w:val="left"/>
            </w:pPr>
          </w:p>
        </w:tc>
        <w:tc>
          <w:tcPr>
            <w:tcW w:type="dxa" w:w="28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2010-10-12</w:t>
            </w:r>
          </w:p>
        </w:tc>
        <w:tc>
          <w:tcPr>
            <w:tcW w:type="dxa" w:w="1313"/>
          </w:tcPr>
          <w:p>
            <w:pPr>
              <w:spacing w:after="0"/>
              <w:jc w:val="left"/>
            </w:pPr>
            <w:r>
              <w:rPr>
                <w:sz w:val="16"/>
              </w:rPr>
              <w:t>Drought</w:t>
            </w:r>
          </w:p>
        </w:tc>
        <w:tc>
          <w:tcPr>
            <w:tcW w:type="dxa" w:w="1720"/>
          </w:tcPr>
          <w:p>
            <w:pPr>
              <w:spacing w:after="0"/>
              <w:jc w:val="left"/>
            </w:pPr>
          </w:p>
        </w:tc>
        <w:tc>
          <w:tcPr>
            <w:tcW w:type="dxa" w:w="2988"/>
          </w:tcPr>
          <w:p>
            <w:pPr>
              <w:spacing w:after="0"/>
              <w:jc w:val="left"/>
            </w:pPr>
            <w:r>
              <w:rPr>
                <w:sz w:val="16"/>
              </w:rPr>
              <w:t>damage not reported</w:t>
            </w:r>
          </w:p>
        </w:tc>
        <w:tc>
          <w:tcPr>
            <w:tcW w:type="dxa" w:w="936"/>
          </w:tcPr>
          <w:p>
            <w:pPr>
              <w:spacing w:after="0"/>
              <w:jc w:val="right"/>
            </w:pPr>
            <w:r>
              <w:rPr>
                <w:sz w:val="16"/>
              </w:rPr>
              <w:t>0, 0</w:t>
            </w:r>
          </w:p>
        </w:tc>
        <w:tc>
          <w:tcPr>
            <w:tcW w:type="dxa" w:w="2533"/>
          </w:tcPr>
          <w:p>
            <w:pPr>
              <w:spacing w:after="0"/>
              <w:jc w:val="left"/>
            </w:pPr>
            <w:r>
              <w:rPr>
                <w:sz w:val="16"/>
              </w:rPr>
              <w:t>NWS zone ARZ063 (CLEVELAND), zone-level</w:t>
            </w:r>
          </w:p>
        </w:tc>
        <w:tc>
          <w:tcPr>
            <w:tcW w:type="dxa" w:w="711"/>
          </w:tcPr>
          <w:p>
            <w:pPr>
              <w:spacing w:after="0"/>
              <w:jc w:val="left"/>
            </w:pPr>
          </w:p>
        </w:tc>
        <w:tc>
          <w:tcPr>
            <w:tcW w:type="dxa" w:w="2874"/>
          </w:tcPr>
          <w:p>
            <w:pPr>
              <w:spacing w:after="0"/>
              <w:jc w:val="left"/>
            </w:pPr>
            <w:r>
              <w:rPr>
                <w:sz w:val="16"/>
              </w:rPr>
              <w:t>B1-c worst recorded: Drought</w:t>
            </w:r>
          </w:p>
        </w:tc>
      </w:tr>
      <w:tr>
        <w:trPr>
          <w:cantSplit/>
        </w:trPr>
        <w:tc>
          <w:tcPr>
            <w:tcW w:type="dxa" w:w="1037"/>
          </w:tcPr>
          <w:p>
            <w:pPr>
              <w:spacing w:after="0"/>
              <w:jc w:val="left"/>
            </w:pPr>
            <w:r>
              <w:rPr>
                <w:sz w:val="16"/>
              </w:rPr>
              <w:t>2010-07-25</w:t>
            </w:r>
          </w:p>
        </w:tc>
        <w:tc>
          <w:tcPr>
            <w:tcW w:type="dxa" w:w="1313"/>
          </w:tcPr>
          <w:p>
            <w:pPr>
              <w:spacing w:after="0"/>
              <w:jc w:val="left"/>
            </w:pPr>
            <w:r>
              <w:rPr>
                <w:sz w:val="16"/>
              </w:rPr>
              <w:t>Lightning</w:t>
            </w:r>
          </w:p>
        </w:tc>
        <w:tc>
          <w:tcPr>
            <w:tcW w:type="dxa" w:w="1720"/>
          </w:tcPr>
          <w:p>
            <w:pPr>
              <w:spacing w:after="0"/>
              <w:jc w:val="left"/>
            </w:pPr>
          </w:p>
        </w:tc>
        <w:tc>
          <w:tcPr>
            <w:tcW w:type="dxa" w:w="2988"/>
          </w:tcPr>
          <w:p>
            <w:pPr>
              <w:spacing w:after="0"/>
              <w:jc w:val="left"/>
            </w:pPr>
            <w:r>
              <w:rPr>
                <w:sz w:val="16"/>
              </w:rPr>
              <w:t>$15,000 property; $0 crops (2010 dollars)</w:t>
            </w:r>
          </w:p>
        </w:tc>
        <w:tc>
          <w:tcPr>
            <w:tcW w:type="dxa" w:w="936"/>
          </w:tcPr>
          <w:p>
            <w:pPr>
              <w:spacing w:after="0"/>
              <w:jc w:val="right"/>
            </w:pPr>
            <w:r>
              <w:rPr>
                <w:sz w:val="16"/>
              </w:rPr>
              <w:t>0, 0</w:t>
            </w:r>
          </w:p>
        </w:tc>
        <w:tc>
          <w:tcPr>
            <w:tcW w:type="dxa" w:w="2533"/>
          </w:tcPr>
          <w:p>
            <w:pPr>
              <w:spacing w:after="0"/>
              <w:jc w:val="left"/>
            </w:pPr>
            <w:r>
              <w:rPr>
                <w:sz w:val="16"/>
              </w:rPr>
              <w:t>RISON</w:t>
            </w:r>
          </w:p>
        </w:tc>
        <w:tc>
          <w:tcPr>
            <w:tcW w:type="dxa" w:w="711"/>
          </w:tcPr>
          <w:p>
            <w:pPr>
              <w:spacing w:after="0"/>
              <w:jc w:val="left"/>
            </w:pPr>
          </w:p>
        </w:tc>
        <w:tc>
          <w:tcPr>
            <w:tcW w:type="dxa" w:w="2874"/>
          </w:tcPr>
          <w:p>
            <w:pPr>
              <w:spacing w:after="0"/>
              <w:jc w:val="left"/>
            </w:pPr>
            <w:r>
              <w:rPr>
                <w:sz w:val="16"/>
              </w:rPr>
              <w:t>B1-c worst recorded: Lightning</w:t>
            </w:r>
          </w:p>
        </w:tc>
      </w:tr>
      <w:tr>
        <w:trPr>
          <w:cantSplit/>
        </w:trPr>
        <w:tc>
          <w:tcPr>
            <w:tcW w:type="dxa" w:w="1037"/>
          </w:tcPr>
          <w:p>
            <w:pPr>
              <w:spacing w:after="0"/>
              <w:jc w:val="left"/>
            </w:pPr>
            <w:r>
              <w:rPr>
                <w:sz w:val="16"/>
              </w:rPr>
              <w:t>2008-09-13</w:t>
            </w:r>
          </w:p>
        </w:tc>
        <w:tc>
          <w:tcPr>
            <w:tcW w:type="dxa" w:w="1313"/>
          </w:tcPr>
          <w:p>
            <w:pPr>
              <w:spacing w:after="0"/>
              <w:jc w:val="left"/>
            </w:pPr>
            <w:r>
              <w:rPr>
                <w:sz w:val="16"/>
              </w:rPr>
              <w:t>Tropical Storm</w:t>
            </w:r>
          </w:p>
        </w:tc>
        <w:tc>
          <w:tcPr>
            <w:tcW w:type="dxa" w:w="1720"/>
          </w:tcPr>
          <w:p>
            <w:pPr>
              <w:spacing w:after="0"/>
              <w:jc w:val="left"/>
            </w:pPr>
          </w:p>
        </w:tc>
        <w:tc>
          <w:tcPr>
            <w:tcW w:type="dxa" w:w="2988"/>
          </w:tcPr>
          <w:p>
            <w:pPr>
              <w:spacing w:after="0"/>
              <w:jc w:val="left"/>
            </w:pPr>
            <w:r>
              <w:rPr>
                <w:sz w:val="16"/>
              </w:rPr>
              <w:t>$375,000 property; $0 crops (zone total, 2008 dollars)</w:t>
            </w:r>
          </w:p>
        </w:tc>
        <w:tc>
          <w:tcPr>
            <w:tcW w:type="dxa" w:w="936"/>
          </w:tcPr>
          <w:p>
            <w:pPr>
              <w:spacing w:after="0"/>
              <w:jc w:val="right"/>
            </w:pPr>
            <w:r>
              <w:rPr>
                <w:sz w:val="16"/>
              </w:rPr>
              <w:t>0, 0</w:t>
            </w:r>
          </w:p>
        </w:tc>
        <w:tc>
          <w:tcPr>
            <w:tcW w:type="dxa" w:w="2533"/>
          </w:tcPr>
          <w:p>
            <w:pPr>
              <w:spacing w:after="0"/>
              <w:jc w:val="left"/>
            </w:pPr>
            <w:r>
              <w:rPr>
                <w:sz w:val="16"/>
              </w:rPr>
              <w:t>NWS zone ARZ063 (CLEVELAND), zone-level</w:t>
            </w:r>
          </w:p>
        </w:tc>
        <w:tc>
          <w:tcPr>
            <w:tcW w:type="dxa" w:w="711"/>
          </w:tcPr>
          <w:p>
            <w:pPr>
              <w:spacing w:after="0"/>
              <w:jc w:val="left"/>
            </w:pPr>
          </w:p>
        </w:tc>
        <w:tc>
          <w:tcPr>
            <w:tcW w:type="dxa" w:w="287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2006-03-20</w:t>
            </w:r>
          </w:p>
        </w:tc>
        <w:tc>
          <w:tcPr>
            <w:tcW w:type="dxa" w:w="1313"/>
          </w:tcPr>
          <w:p>
            <w:pPr>
              <w:spacing w:after="0"/>
              <w:jc w:val="left"/>
            </w:pPr>
            <w:r>
              <w:rPr>
                <w:sz w:val="16"/>
              </w:rPr>
              <w:t>High Wind</w:t>
            </w:r>
          </w:p>
        </w:tc>
        <w:tc>
          <w:tcPr>
            <w:tcW w:type="dxa" w:w="1720"/>
          </w:tcPr>
          <w:p>
            <w:pPr>
              <w:spacing w:after="0"/>
              <w:jc w:val="left"/>
            </w:pPr>
            <w:r>
              <w:rPr>
                <w:sz w:val="16"/>
              </w:rPr>
              <w:t>50 kt (58 mph) estimated gust</w:t>
            </w:r>
          </w:p>
        </w:tc>
        <w:tc>
          <w:tcPr>
            <w:tcW w:type="dxa" w:w="2988"/>
          </w:tcPr>
          <w:p>
            <w:pPr>
              <w:spacing w:after="0"/>
              <w:jc w:val="left"/>
            </w:pPr>
            <w:r>
              <w:rPr>
                <w:sz w:val="16"/>
              </w:rPr>
              <w:t>damage not reported</w:t>
            </w:r>
          </w:p>
        </w:tc>
        <w:tc>
          <w:tcPr>
            <w:tcW w:type="dxa" w:w="936"/>
          </w:tcPr>
          <w:p>
            <w:pPr>
              <w:spacing w:after="0"/>
              <w:jc w:val="right"/>
            </w:pPr>
            <w:r>
              <w:rPr>
                <w:sz w:val="16"/>
              </w:rPr>
              <w:t>0, 0</w:t>
            </w:r>
          </w:p>
        </w:tc>
        <w:tc>
          <w:tcPr>
            <w:tcW w:type="dxa" w:w="2533"/>
          </w:tcPr>
          <w:p>
            <w:pPr>
              <w:spacing w:after="0"/>
              <w:jc w:val="left"/>
            </w:pPr>
            <w:r>
              <w:rPr>
                <w:sz w:val="16"/>
              </w:rPr>
              <w:t>NWS zone ARZ063 (CLEVELAND), zone-level</w:t>
            </w:r>
          </w:p>
        </w:tc>
        <w:tc>
          <w:tcPr>
            <w:tcW w:type="dxa" w:w="711"/>
          </w:tcPr>
          <w:p>
            <w:pPr>
              <w:spacing w:after="0"/>
              <w:jc w:val="left"/>
            </w:pPr>
          </w:p>
        </w:tc>
        <w:tc>
          <w:tcPr>
            <w:tcW w:type="dxa" w:w="2874"/>
          </w:tcPr>
          <w:p>
            <w:pPr>
              <w:spacing w:after="0"/>
              <w:jc w:val="left"/>
            </w:pPr>
            <w:r>
              <w:rPr>
                <w:sz w:val="16"/>
              </w:rPr>
              <w:t>B1-c worst recorded: High Wind and Strong Wind</w:t>
            </w:r>
          </w:p>
        </w:tc>
      </w:tr>
      <w:tr>
        <w:trPr>
          <w:cantSplit/>
        </w:trPr>
        <w:tc>
          <w:tcPr>
            <w:tcW w:type="dxa" w:w="1037"/>
          </w:tcPr>
          <w:p>
            <w:pPr>
              <w:spacing w:after="0"/>
              <w:jc w:val="left"/>
            </w:pPr>
            <w:r>
              <w:rPr>
                <w:sz w:val="16"/>
              </w:rPr>
              <w:t>2000-05-12</w:t>
            </w:r>
          </w:p>
        </w:tc>
        <w:tc>
          <w:tcPr>
            <w:tcW w:type="dxa" w:w="1313"/>
          </w:tcPr>
          <w:p>
            <w:pPr>
              <w:spacing w:after="0"/>
              <w:jc w:val="left"/>
            </w:pPr>
            <w:r>
              <w:rPr>
                <w:sz w:val="16"/>
              </w:rPr>
              <w:t>Thunderstorm Wind</w:t>
            </w:r>
          </w:p>
        </w:tc>
        <w:tc>
          <w:tcPr>
            <w:tcW w:type="dxa" w:w="1720"/>
          </w:tcPr>
          <w:p>
            <w:pPr>
              <w:spacing w:after="0"/>
              <w:jc w:val="left"/>
            </w:pPr>
            <w:r>
              <w:rPr>
                <w:sz w:val="16"/>
              </w:rPr>
              <w:t>50 kt (58 mph) estimated</w:t>
            </w:r>
          </w:p>
        </w:tc>
        <w:tc>
          <w:tcPr>
            <w:tcW w:type="dxa" w:w="2988"/>
          </w:tcPr>
          <w:p>
            <w:pPr>
              <w:spacing w:after="0"/>
              <w:jc w:val="left"/>
            </w:pPr>
            <w:r>
              <w:rPr>
                <w:sz w:val="16"/>
              </w:rPr>
              <w:t>damage not reported</w:t>
            </w:r>
          </w:p>
        </w:tc>
        <w:tc>
          <w:tcPr>
            <w:tcW w:type="dxa" w:w="936"/>
          </w:tcPr>
          <w:p>
            <w:pPr>
              <w:spacing w:after="0"/>
              <w:jc w:val="right"/>
            </w:pPr>
            <w:r>
              <w:rPr>
                <w:sz w:val="16"/>
              </w:rPr>
              <w:t>0, 1</w:t>
            </w:r>
          </w:p>
        </w:tc>
        <w:tc>
          <w:tcPr>
            <w:tcW w:type="dxa" w:w="2533"/>
          </w:tcPr>
          <w:p>
            <w:pPr>
              <w:spacing w:after="0"/>
              <w:jc w:val="left"/>
            </w:pPr>
            <w:r>
              <w:rPr>
                <w:sz w:val="16"/>
              </w:rPr>
              <w:t>RYE</w:t>
            </w:r>
          </w:p>
        </w:tc>
        <w:tc>
          <w:tcPr>
            <w:tcW w:type="dxa" w:w="711"/>
          </w:tcPr>
          <w:p>
            <w:pPr>
              <w:spacing w:after="0"/>
              <w:jc w:val="left"/>
            </w:pPr>
          </w:p>
        </w:tc>
        <w:tc>
          <w:tcPr>
            <w:tcW w:type="dxa" w:w="2874"/>
          </w:tcPr>
          <w:p>
            <w:pPr>
              <w:spacing w:after="0"/>
              <w:jc w:val="left"/>
            </w:pPr>
            <w:r>
              <w:rPr>
                <w:sz w:val="16"/>
              </w:rPr>
              <w:t>deaths or injuries recorded</w:t>
            </w:r>
          </w:p>
        </w:tc>
      </w:tr>
      <w:tr>
        <w:trPr>
          <w:cantSplit/>
        </w:trPr>
        <w:tc>
          <w:tcPr>
            <w:tcW w:type="dxa" w:w="1037"/>
          </w:tcPr>
          <w:p>
            <w:pPr>
              <w:spacing w:after="0"/>
              <w:jc w:val="left"/>
            </w:pPr>
            <w:r>
              <w:rPr>
                <w:sz w:val="16"/>
              </w:rPr>
              <w:t>2000-05-12</w:t>
            </w:r>
          </w:p>
        </w:tc>
        <w:tc>
          <w:tcPr>
            <w:tcW w:type="dxa" w:w="1313"/>
          </w:tcPr>
          <w:p>
            <w:pPr>
              <w:spacing w:after="0"/>
              <w:jc w:val="left"/>
            </w:pPr>
            <w:r>
              <w:rPr>
                <w:sz w:val="16"/>
              </w:rPr>
              <w:t>Thunderstorm Wind</w:t>
            </w:r>
          </w:p>
        </w:tc>
        <w:tc>
          <w:tcPr>
            <w:tcW w:type="dxa" w:w="1720"/>
          </w:tcPr>
          <w:p>
            <w:pPr>
              <w:spacing w:after="0"/>
              <w:jc w:val="left"/>
            </w:pPr>
            <w:r>
              <w:rPr>
                <w:sz w:val="16"/>
              </w:rPr>
              <w:t>78 kt (90 mph) estimated</w:t>
            </w:r>
          </w:p>
        </w:tc>
        <w:tc>
          <w:tcPr>
            <w:tcW w:type="dxa" w:w="2988"/>
          </w:tcPr>
          <w:p>
            <w:pPr>
              <w:spacing w:after="0"/>
              <w:jc w:val="left"/>
            </w:pPr>
            <w:r>
              <w:rPr>
                <w:sz w:val="16"/>
              </w:rPr>
              <w:t>damage not reported</w:t>
            </w:r>
          </w:p>
        </w:tc>
        <w:tc>
          <w:tcPr>
            <w:tcW w:type="dxa" w:w="936"/>
          </w:tcPr>
          <w:p>
            <w:pPr>
              <w:spacing w:after="0"/>
              <w:jc w:val="right"/>
            </w:pPr>
            <w:r>
              <w:rPr>
                <w:sz w:val="16"/>
              </w:rPr>
              <w:t>0, 0</w:t>
            </w:r>
          </w:p>
        </w:tc>
        <w:tc>
          <w:tcPr>
            <w:tcW w:type="dxa" w:w="2533"/>
          </w:tcPr>
          <w:p>
            <w:pPr>
              <w:spacing w:after="0"/>
              <w:jc w:val="left"/>
            </w:pPr>
            <w:r>
              <w:rPr>
                <w:sz w:val="16"/>
              </w:rPr>
              <w:t>KINGSLAND</w:t>
            </w:r>
          </w:p>
        </w:tc>
        <w:tc>
          <w:tcPr>
            <w:tcW w:type="dxa" w:w="711"/>
          </w:tcPr>
          <w:p>
            <w:pPr>
              <w:spacing w:after="0"/>
              <w:jc w:val="left"/>
            </w:pPr>
          </w:p>
        </w:tc>
        <w:tc>
          <w:tcPr>
            <w:tcW w:type="dxa" w:w="2874"/>
          </w:tcPr>
          <w:p>
            <w:pPr>
              <w:spacing w:after="0"/>
              <w:jc w:val="left"/>
            </w:pPr>
            <w:r>
              <w:rPr>
                <w:sz w:val="16"/>
              </w:rPr>
              <w:t>B1-c worst recorded: Thunderstorm Wind</w:t>
            </w:r>
          </w:p>
        </w:tc>
      </w:tr>
      <w:tr>
        <w:trPr>
          <w:cantSplit/>
        </w:trPr>
        <w:tc>
          <w:tcPr>
            <w:tcW w:type="dxa" w:w="1037"/>
          </w:tcPr>
          <w:p>
            <w:pPr>
              <w:spacing w:after="0"/>
              <w:jc w:val="left"/>
            </w:pPr>
            <w:r>
              <w:rPr>
                <w:sz w:val="16"/>
              </w:rPr>
              <w:t>1953-01-07</w:t>
            </w:r>
          </w:p>
        </w:tc>
        <w:tc>
          <w:tcPr>
            <w:tcW w:type="dxa" w:w="1313"/>
          </w:tcPr>
          <w:p>
            <w:pPr>
              <w:spacing w:after="0"/>
              <w:jc w:val="left"/>
            </w:pPr>
            <w:r>
              <w:rPr>
                <w:sz w:val="16"/>
              </w:rPr>
              <w:t>Tornado</w:t>
            </w:r>
          </w:p>
        </w:tc>
        <w:tc>
          <w:tcPr>
            <w:tcW w:type="dxa" w:w="1720"/>
          </w:tcPr>
          <w:p>
            <w:pPr>
              <w:spacing w:after="0"/>
              <w:jc w:val="left"/>
            </w:pPr>
            <w:r>
              <w:rPr>
                <w:sz w:val="16"/>
              </w:rPr>
              <w:t>F2, 4.5 mi path length (whole path, pre-1996), 100 yd wide</w:t>
            </w:r>
          </w:p>
        </w:tc>
        <w:tc>
          <w:tcPr>
            <w:tcW w:type="dxa" w:w="2988"/>
          </w:tcPr>
          <w:p>
            <w:pPr>
              <w:spacing w:after="0"/>
              <w:jc w:val="left"/>
            </w:pPr>
            <w:r>
              <w:rPr>
                <w:sz w:val="16"/>
              </w:rPr>
              <w:t>$2,500 property; crops not recorded (1953 dollars)</w:t>
            </w:r>
          </w:p>
        </w:tc>
        <w:tc>
          <w:tcPr>
            <w:tcW w:type="dxa" w:w="936"/>
          </w:tcPr>
          <w:p>
            <w:pPr>
              <w:spacing w:after="0"/>
              <w:jc w:val="right"/>
            </w:pPr>
            <w:r>
              <w:rPr>
                <w:sz w:val="16"/>
              </w:rPr>
              <w:t>0, 2</w:t>
            </w:r>
          </w:p>
        </w:tc>
        <w:tc>
          <w:tcPr>
            <w:tcW w:type="dxa" w:w="2533"/>
          </w:tcPr>
          <w:p>
            <w:pPr>
              <w:spacing w:after="0"/>
              <w:jc w:val="left"/>
            </w:pPr>
            <w:r>
              <w:rPr>
                <w:sz w:val="16"/>
              </w:rPr>
              <w:t>location not recorded</w:t>
            </w:r>
          </w:p>
        </w:tc>
        <w:tc>
          <w:tcPr>
            <w:tcW w:type="dxa" w:w="711"/>
          </w:tcPr>
          <w:p>
            <w:pPr>
              <w:spacing w:after="0"/>
              <w:jc w:val="left"/>
            </w:pPr>
          </w:p>
        </w:tc>
        <w:tc>
          <w:tcPr>
            <w:tcW w:type="dxa" w:w="287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77"/>
        <w:gridCol w:w="1037"/>
        <w:gridCol w:w="1998"/>
        <w:gridCol w:w="1525"/>
        <w:gridCol w:w="1518"/>
        <w:gridCol w:w="1037"/>
        <w:gridCol w:w="1856"/>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0.526</w:t>
            </w:r>
          </w:p>
        </w:tc>
        <w:tc>
          <w:tcPr>
            <w:tcW w:type="dxa" w:w="1280"/>
          </w:tcPr>
          <w:p>
            <w:pPr>
              <w:spacing w:after="0"/>
              <w:jc w:val="left"/>
            </w:pPr>
            <w:r>
              <w:rPr>
                <w:sz w:val="16"/>
              </w:rPr>
              <w:t>event-days per year</w:t>
            </w:r>
          </w:p>
        </w:tc>
        <w:tc>
          <w:tcPr>
            <w:tcW w:type="dxa" w:w="1577"/>
          </w:tcPr>
          <w:p>
            <w:pPr>
              <w:spacing w:after="0"/>
              <w:jc w:val="left"/>
            </w:pPr>
            <w:r>
              <w:rPr>
                <w:sz w:val="16"/>
              </w:rPr>
              <w:t>about 0.526 days per year</w:t>
            </w:r>
          </w:p>
        </w:tc>
        <w:tc>
          <w:tcPr>
            <w:tcW w:type="dxa" w:w="1037"/>
          </w:tcPr>
          <w:p>
            <w:pPr>
              <w:spacing w:after="0"/>
              <w:jc w:val="left"/>
            </w:pPr>
          </w:p>
        </w:tc>
        <w:tc>
          <w:tcPr>
            <w:tcW w:type="dxa" w:w="1998"/>
          </w:tcPr>
          <w:p>
            <w:pPr>
              <w:spacing w:after="0"/>
              <w:jc w:val="left"/>
            </w:pPr>
            <w:r>
              <w:rPr>
                <w:sz w:val="16"/>
              </w:rPr>
              <w:t>Storm Events event-days in 0 of 30 years, 1996 to 2025 (0%)</w:t>
            </w:r>
          </w:p>
        </w:tc>
        <w:tc>
          <w:tcPr>
            <w:tcW w:type="dxa" w:w="1525"/>
          </w:tcPr>
          <w:p>
            <w:pPr>
              <w:spacing w:after="0"/>
              <w:jc w:val="right"/>
            </w:pPr>
            <w:r>
              <w:rPr>
                <w:sz w:val="16"/>
              </w:rPr>
              <w:t>10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8.47</w:t>
            </w:r>
          </w:p>
        </w:tc>
        <w:tc>
          <w:tcPr>
            <w:tcW w:type="dxa" w:w="1280"/>
          </w:tcPr>
          <w:p>
            <w:pPr>
              <w:spacing w:after="0"/>
              <w:jc w:val="left"/>
            </w:pPr>
            <w:r>
              <w:rPr>
                <w:sz w:val="16"/>
              </w:rPr>
              <w:t>event-days per year</w:t>
            </w:r>
          </w:p>
        </w:tc>
        <w:tc>
          <w:tcPr>
            <w:tcW w:type="dxa" w:w="1577"/>
          </w:tcPr>
          <w:p>
            <w:pPr>
              <w:spacing w:after="0"/>
              <w:jc w:val="left"/>
            </w:pPr>
            <w:r>
              <w:rPr>
                <w:sz w:val="16"/>
              </w:rPr>
              <w:t>about 8.47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6 of 30 years, 1996 to 2025 (20%)</w:t>
            </w:r>
          </w:p>
        </w:tc>
        <w:tc>
          <w:tcPr>
            <w:tcW w:type="dxa" w:w="1525"/>
          </w:tcPr>
          <w:p>
            <w:pPr>
              <w:spacing w:after="0"/>
              <w:jc w:val="right"/>
            </w:pPr>
            <w:r>
              <w:rPr>
                <w:sz w:val="16"/>
              </w:rPr>
              <w:t>224</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0.0032</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0.32%</w:t>
            </w:r>
          </w:p>
        </w:tc>
        <w:tc>
          <w:tcPr>
            <w:tcW w:type="dxa" w:w="1037"/>
          </w:tcPr>
          <w:p>
            <w:pPr>
              <w:spacing w:after="0"/>
              <w:jc w:val="left"/>
            </w:pPr>
          </w:p>
        </w:tc>
        <w:tc>
          <w:tcPr>
            <w:tcW w:type="dxa" w:w="199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3.81</w:t>
            </w:r>
          </w:p>
        </w:tc>
        <w:tc>
          <w:tcPr>
            <w:tcW w:type="dxa" w:w="1280"/>
          </w:tcPr>
          <w:p>
            <w:pPr>
              <w:spacing w:after="0"/>
              <w:jc w:val="left"/>
            </w:pPr>
            <w:r>
              <w:rPr>
                <w:sz w:val="16"/>
              </w:rPr>
              <w:t>events per year</w:t>
            </w:r>
          </w:p>
        </w:tc>
        <w:tc>
          <w:tcPr>
            <w:tcW w:type="dxa" w:w="1577"/>
          </w:tcPr>
          <w:p>
            <w:pPr>
              <w:spacing w:after="0"/>
              <w:jc w:val="left"/>
            </w:pPr>
            <w:r>
              <w:rPr>
                <w:sz w:val="16"/>
              </w:rPr>
              <w:t>about 3.81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144.6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19.5</w:t>
            </w:r>
          </w:p>
        </w:tc>
        <w:tc>
          <w:tcPr>
            <w:tcW w:type="dxa" w:w="1280"/>
          </w:tcPr>
          <w:p>
            <w:pPr>
              <w:spacing w:after="0"/>
              <w:jc w:val="left"/>
            </w:pPr>
            <w:r>
              <w:rPr>
                <w:sz w:val="16"/>
              </w:rPr>
              <w:t>event-days per year</w:t>
            </w:r>
          </w:p>
        </w:tc>
        <w:tc>
          <w:tcPr>
            <w:tcW w:type="dxa" w:w="1577"/>
          </w:tcPr>
          <w:p>
            <w:pPr>
              <w:spacing w:after="0"/>
              <w:jc w:val="left"/>
            </w:pPr>
            <w:r>
              <w:rPr>
                <w:sz w:val="16"/>
              </w:rPr>
              <w:t>about 19.5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3 of 30 years, 1996 to 2025 (10%)</w:t>
            </w:r>
          </w:p>
        </w:tc>
        <w:tc>
          <w:tcPr>
            <w:tcW w:type="dxa" w:w="1525"/>
          </w:tcPr>
          <w:p>
            <w:pPr>
              <w:spacing w:after="0"/>
              <w:jc w:val="right"/>
            </w:pPr>
            <w:r>
              <w:rPr>
                <w:sz w:val="16"/>
              </w:rPr>
              <w:t>326</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0.0237</w:t>
            </w:r>
          </w:p>
        </w:tc>
        <w:tc>
          <w:tcPr>
            <w:tcW w:type="dxa" w:w="1280"/>
          </w:tcPr>
          <w:p>
            <w:pPr>
              <w:spacing w:after="0"/>
              <w:jc w:val="left"/>
            </w:pPr>
            <w:r>
              <w:rPr>
                <w:sz w:val="16"/>
              </w:rPr>
              <w:t>events per year</w:t>
            </w:r>
          </w:p>
        </w:tc>
        <w:tc>
          <w:tcPr>
            <w:tcW w:type="dxa" w:w="1577"/>
          </w:tcPr>
          <w:p>
            <w:pPr>
              <w:spacing w:after="0"/>
              <w:jc w:val="left"/>
            </w:pPr>
            <w:r>
              <w:rPr>
                <w:sz w:val="16"/>
              </w:rPr>
              <w:t>about 1 in 42 years</w:t>
            </w:r>
          </w:p>
        </w:tc>
        <w:tc>
          <w:tcPr>
            <w:tcW w:type="dxa" w:w="1037"/>
          </w:tcPr>
          <w:p>
            <w:pPr>
              <w:spacing w:after="0"/>
              <w:jc w:val="left"/>
            </w:pPr>
            <w:r>
              <w:rPr>
                <w:sz w:val="16"/>
              </w:rPr>
              <w:t>Possible</w:t>
            </w:r>
          </w:p>
        </w:tc>
        <w:tc>
          <w:tcPr>
            <w:tcW w:type="dxa" w:w="1998"/>
          </w:tcPr>
          <w:p>
            <w:pPr>
              <w:spacing w:after="0"/>
              <w:jc w:val="left"/>
            </w:pPr>
            <w:r>
              <w:rPr>
                <w:sz w:val="16"/>
              </w:rPr>
              <w:t>FEMA annualized frequency (modeled)</w:t>
            </w:r>
          </w:p>
        </w:tc>
        <w:tc>
          <w:tcPr>
            <w:tcW w:type="dxa" w:w="1525"/>
          </w:tcPr>
          <w:p>
            <w:pPr>
              <w:spacing w:after="0"/>
              <w:jc w:val="right"/>
            </w:pPr>
            <w:r>
              <w:rPr>
                <w:sz w:val="16"/>
              </w:rPr>
              <w:t>8</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5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1.07</w:t>
            </w:r>
          </w:p>
        </w:tc>
        <w:tc>
          <w:tcPr>
            <w:tcW w:type="dxa" w:w="1280"/>
          </w:tcPr>
          <w:p>
            <w:pPr>
              <w:spacing w:after="0"/>
              <w:jc w:val="left"/>
            </w:pPr>
            <w:r>
              <w:rPr>
                <w:sz w:val="16"/>
              </w:rPr>
              <w:t>event-days per year</w:t>
            </w:r>
          </w:p>
        </w:tc>
        <w:tc>
          <w:tcPr>
            <w:tcW w:type="dxa" w:w="1577"/>
          </w:tcPr>
          <w:p>
            <w:pPr>
              <w:spacing w:after="0"/>
              <w:jc w:val="left"/>
            </w:pPr>
            <w:r>
              <w:rPr>
                <w:sz w:val="16"/>
              </w:rPr>
              <w:t>about 1.07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5 of 30 years, 1996 to 2025 (16.7%)</w:t>
            </w:r>
          </w:p>
        </w:tc>
        <w:tc>
          <w:tcPr>
            <w:tcW w:type="dxa" w:w="1525"/>
          </w:tcPr>
          <w:p>
            <w:pPr>
              <w:spacing w:after="0"/>
              <w:jc w:val="right"/>
            </w:pPr>
            <w:r>
              <w:rPr>
                <w:sz w:val="16"/>
              </w:rPr>
              <w:t>72</w:t>
            </w: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1.21</w:t>
            </w:r>
          </w:p>
        </w:tc>
        <w:tc>
          <w:tcPr>
            <w:tcW w:type="dxa" w:w="1280"/>
          </w:tcPr>
          <w:p>
            <w:pPr>
              <w:spacing w:after="0"/>
              <w:jc w:val="left"/>
            </w:pPr>
            <w:r>
              <w:rPr>
                <w:sz w:val="16"/>
              </w:rPr>
              <w:t>event-days per year</w:t>
            </w:r>
          </w:p>
        </w:tc>
        <w:tc>
          <w:tcPr>
            <w:tcW w:type="dxa" w:w="1577"/>
          </w:tcPr>
          <w:p>
            <w:pPr>
              <w:spacing w:after="0"/>
              <w:jc w:val="left"/>
            </w:pPr>
            <w:r>
              <w:rPr>
                <w:sz w:val="16"/>
              </w:rPr>
              <w:t>about 1.21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17 of 30 years, 1996 to 2025 (56.7%)</w:t>
            </w:r>
          </w:p>
        </w:tc>
        <w:tc>
          <w:tcPr>
            <w:tcW w:type="dxa" w:w="1525"/>
          </w:tcPr>
          <w:p>
            <w:pPr>
              <w:spacing w:after="0"/>
              <w:jc w:val="right"/>
            </w:pPr>
            <w:r>
              <w:rPr>
                <w:sz w:val="16"/>
              </w:rPr>
              <w:t>34</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0.143</w:t>
            </w:r>
          </w:p>
        </w:tc>
        <w:tc>
          <w:tcPr>
            <w:tcW w:type="dxa" w:w="1280"/>
          </w:tcPr>
          <w:p>
            <w:pPr>
              <w:spacing w:after="0"/>
              <w:jc w:val="left"/>
            </w:pPr>
            <w:r>
              <w:rPr>
                <w:sz w:val="16"/>
              </w:rPr>
              <w:t>events per year (modeled)</w:t>
            </w:r>
          </w:p>
        </w:tc>
        <w:tc>
          <w:tcPr>
            <w:tcW w:type="dxa" w:w="1577"/>
          </w:tcPr>
          <w:p>
            <w:pPr>
              <w:spacing w:after="0"/>
              <w:jc w:val="left"/>
            </w:pPr>
            <w:r>
              <w:rPr>
                <w:sz w:val="16"/>
              </w:rPr>
              <w:t>about 1 in 7 years</w:t>
            </w:r>
          </w:p>
        </w:tc>
        <w:tc>
          <w:tcPr>
            <w:tcW w:type="dxa" w:w="1037"/>
          </w:tcPr>
          <w:p>
            <w:pPr>
              <w:spacing w:after="0"/>
              <w:jc w:val="left"/>
            </w:pPr>
            <w:r>
              <w:rPr>
                <w:sz w:val="16"/>
              </w:rPr>
              <w:t>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63.1</w:t>
            </w:r>
          </w:p>
        </w:tc>
        <w:tc>
          <w:tcPr>
            <w:tcW w:type="dxa" w:w="1280"/>
          </w:tcPr>
          <w:p>
            <w:pPr>
              <w:spacing w:after="0"/>
              <w:jc w:val="left"/>
            </w:pPr>
            <w:r>
              <w:rPr>
                <w:sz w:val="16"/>
              </w:rPr>
              <w:t>days per year with a strike</w:t>
            </w:r>
          </w:p>
        </w:tc>
        <w:tc>
          <w:tcPr>
            <w:tcW w:type="dxa" w:w="1577"/>
          </w:tcPr>
          <w:p>
            <w:pPr>
              <w:spacing w:after="0"/>
              <w:jc w:val="left"/>
            </w:pPr>
            <w:r>
              <w:rPr>
                <w:sz w:val="16"/>
              </w:rPr>
              <w:t>about 63.1 days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2.63</w:t>
            </w:r>
          </w:p>
        </w:tc>
        <w:tc>
          <w:tcPr>
            <w:tcW w:type="dxa" w:w="1280"/>
          </w:tcPr>
          <w:p>
            <w:pPr>
              <w:spacing w:after="0"/>
              <w:jc w:val="left"/>
            </w:pPr>
            <w:r>
              <w:rPr>
                <w:sz w:val="16"/>
              </w:rPr>
              <w:t>events per year</w:t>
            </w:r>
          </w:p>
        </w:tc>
        <w:tc>
          <w:tcPr>
            <w:tcW w:type="dxa" w:w="1577"/>
          </w:tcPr>
          <w:p>
            <w:pPr>
              <w:spacing w:after="0"/>
              <w:jc w:val="left"/>
            </w:pPr>
            <w:r>
              <w:rPr>
                <w:sz w:val="16"/>
              </w:rPr>
              <w:t>about 2.63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100</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0.391</w:t>
            </w:r>
          </w:p>
        </w:tc>
        <w:tc>
          <w:tcPr>
            <w:tcW w:type="dxa" w:w="1280"/>
          </w:tcPr>
          <w:p>
            <w:pPr>
              <w:spacing w:after="0"/>
              <w:jc w:val="left"/>
            </w:pPr>
            <w:r>
              <w:rPr>
                <w:sz w:val="16"/>
              </w:rPr>
              <w:t>events per year</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0.00037</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0.037%</w:t>
            </w:r>
          </w:p>
        </w:tc>
        <w:tc>
          <w:tcPr>
            <w:tcW w:type="dxa" w:w="1037"/>
          </w:tcPr>
          <w:p>
            <w:pPr>
              <w:spacing w:after="0"/>
              <w:jc w:val="left"/>
            </w:pPr>
            <w:r>
              <w:rPr>
                <w:sz w:val="16"/>
              </w:rPr>
              <w:t>Possible</w:t>
            </w:r>
          </w:p>
        </w:tc>
        <w:tc>
          <w:tcPr>
            <w:tcW w:type="dxa" w:w="1998"/>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3.84</w:t>
            </w:r>
          </w:p>
        </w:tc>
        <w:tc>
          <w:tcPr>
            <w:tcW w:type="dxa" w:w="1280"/>
          </w:tcPr>
          <w:p>
            <w:pPr>
              <w:spacing w:after="0"/>
              <w:jc w:val="left"/>
            </w:pPr>
            <w:r>
              <w:rPr>
                <w:sz w:val="16"/>
              </w:rPr>
              <w:t>event-days per year</w:t>
            </w:r>
          </w:p>
        </w:tc>
        <w:tc>
          <w:tcPr>
            <w:tcW w:type="dxa" w:w="1577"/>
          </w:tcPr>
          <w:p>
            <w:pPr>
              <w:spacing w:after="0"/>
              <w:jc w:val="left"/>
            </w:pPr>
            <w:r>
              <w:rPr>
                <w:sz w:val="16"/>
              </w:rPr>
              <w:t>about 3.84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18 of 30 years, 1996 to 2025 (60%)</w:t>
            </w:r>
          </w:p>
        </w:tc>
        <w:tc>
          <w:tcPr>
            <w:tcW w:type="dxa" w:w="1525"/>
          </w:tcPr>
          <w:p>
            <w:pPr>
              <w:spacing w:after="0"/>
              <w:jc w:val="right"/>
            </w:pPr>
            <w:r>
              <w:rPr>
                <w:sz w:val="16"/>
              </w:rPr>
              <w:t>73</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94</w:t>
            </w:r>
          </w:p>
        </w:tc>
        <w:tc>
          <w:tcPr>
            <w:tcW w:type="dxa" w:w="1381"/>
          </w:tcPr>
          <w:p>
            <w:pPr>
              <w:spacing w:after="0"/>
              <w:jc w:val="right"/>
            </w:pPr>
            <w:r>
              <w:rPr>
                <w:sz w:val="16"/>
              </w:rPr>
              <w:t>30</w:t>
            </w:r>
          </w:p>
        </w:tc>
        <w:tc>
          <w:tcPr>
            <w:tcW w:type="dxa" w:w="1381"/>
          </w:tcPr>
          <w:p>
            <w:pPr>
              <w:spacing w:after="0"/>
              <w:jc w:val="right"/>
            </w:pPr>
            <w:r>
              <w:rPr>
                <w:sz w:val="16"/>
              </w:rPr>
              <w:t>3.13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30.5</w:t>
            </w:r>
          </w:p>
        </w:tc>
        <w:tc>
          <w:tcPr>
            <w:tcW w:type="dxa" w:w="1679"/>
          </w:tcPr>
          <w:p>
            <w:pPr>
              <w:spacing w:after="0"/>
              <w:jc w:val="right"/>
            </w:pPr>
            <w:r>
              <w:rPr>
                <w:sz w:val="16"/>
              </w:rPr>
              <w:t>30.7</w:t>
            </w:r>
          </w:p>
        </w:tc>
        <w:tc>
          <w:tcPr>
            <w:tcW w:type="dxa" w:w="1601"/>
          </w:tcPr>
          <w:p>
            <w:pPr>
              <w:spacing w:after="0"/>
              <w:jc w:val="right"/>
            </w:pPr>
            <w:r>
              <w:rPr>
                <w:sz w:val="16"/>
              </w:rPr>
              <w:t>30.8</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77.7</w:t>
            </w:r>
          </w:p>
        </w:tc>
        <w:tc>
          <w:tcPr>
            <w:tcW w:type="dxa" w:w="1679"/>
          </w:tcPr>
          <w:p>
            <w:pPr>
              <w:spacing w:after="0"/>
              <w:jc w:val="right"/>
            </w:pPr>
            <w:r>
              <w:rPr>
                <w:sz w:val="16"/>
              </w:rPr>
              <w:t>80.3</w:t>
            </w:r>
          </w:p>
        </w:tc>
        <w:tc>
          <w:tcPr>
            <w:tcW w:type="dxa" w:w="1601"/>
          </w:tcPr>
          <w:p>
            <w:pPr>
              <w:spacing w:after="0"/>
              <w:jc w:val="right"/>
            </w:pPr>
            <w:r>
              <w:rPr>
                <w:sz w:val="16"/>
              </w:rPr>
              <w:t>82.9</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81.2</w:t>
            </w:r>
          </w:p>
        </w:tc>
        <w:tc>
          <w:tcPr>
            <w:tcW w:type="dxa" w:w="1679"/>
          </w:tcPr>
          <w:p>
            <w:pPr>
              <w:spacing w:after="0"/>
              <w:jc w:val="right"/>
            </w:pPr>
            <w:r>
              <w:rPr>
                <w:sz w:val="16"/>
              </w:rPr>
              <w:t>81.8</w:t>
            </w:r>
          </w:p>
        </w:tc>
        <w:tc>
          <w:tcPr>
            <w:tcW w:type="dxa" w:w="1601"/>
          </w:tcPr>
          <w:p>
            <w:pPr>
              <w:spacing w:after="0"/>
              <w:jc w:val="right"/>
            </w:pPr>
            <w:r>
              <w:rPr>
                <w:sz w:val="16"/>
              </w:rPr>
              <w:t>82.3</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86.1</w:t>
            </w:r>
          </w:p>
        </w:tc>
        <w:tc>
          <w:tcPr>
            <w:tcW w:type="dxa" w:w="1679"/>
          </w:tcPr>
          <w:p>
            <w:pPr>
              <w:spacing w:after="0"/>
              <w:jc w:val="right"/>
            </w:pPr>
            <w:r>
              <w:rPr>
                <w:sz w:val="16"/>
              </w:rPr>
              <w:t>88.8</w:t>
            </w:r>
          </w:p>
        </w:tc>
        <w:tc>
          <w:tcPr>
            <w:tcW w:type="dxa" w:w="1601"/>
          </w:tcPr>
          <w:p>
            <w:pPr>
              <w:spacing w:after="0"/>
              <w:jc w:val="right"/>
            </w:pPr>
            <w:r>
              <w:rPr>
                <w:sz w:val="16"/>
              </w:rPr>
              <w:t>91.5</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90.8</w:t>
            </w:r>
          </w:p>
        </w:tc>
        <w:tc>
          <w:tcPr>
            <w:tcW w:type="dxa" w:w="1679"/>
          </w:tcPr>
          <w:p>
            <w:pPr>
              <w:spacing w:after="0"/>
              <w:jc w:val="right"/>
            </w:pPr>
            <w:r>
              <w:rPr>
                <w:sz w:val="16"/>
              </w:rPr>
              <w:t>91.0</w:t>
            </w:r>
          </w:p>
        </w:tc>
        <w:tc>
          <w:tcPr>
            <w:tcW w:type="dxa" w:w="1601"/>
          </w:tcPr>
          <w:p>
            <w:pPr>
              <w:spacing w:after="0"/>
              <w:jc w:val="right"/>
            </w:pPr>
            <w:r>
              <w:rPr>
                <w:sz w:val="16"/>
              </w:rPr>
              <w:t>91.1</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61.2</w:t>
            </w:r>
          </w:p>
        </w:tc>
        <w:tc>
          <w:tcPr>
            <w:tcW w:type="dxa" w:w="1679"/>
          </w:tcPr>
          <w:p>
            <w:pPr>
              <w:spacing w:after="0"/>
              <w:jc w:val="right"/>
            </w:pPr>
            <w:r>
              <w:rPr>
                <w:sz w:val="16"/>
              </w:rPr>
              <w:t>64.7</w:t>
            </w:r>
          </w:p>
        </w:tc>
        <w:tc>
          <w:tcPr>
            <w:tcW w:type="dxa" w:w="1601"/>
          </w:tcPr>
          <w:p>
            <w:pPr>
              <w:spacing w:after="0"/>
              <w:jc w:val="right"/>
            </w:pPr>
            <w:r>
              <w:rPr>
                <w:sz w:val="16"/>
              </w:rPr>
              <w:t>68.1</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97.9</w:t>
            </w:r>
          </w:p>
        </w:tc>
        <w:tc>
          <w:tcPr>
            <w:tcW w:type="dxa" w:w="1679"/>
          </w:tcPr>
          <w:p>
            <w:pPr>
              <w:spacing w:after="0"/>
              <w:jc w:val="right"/>
            </w:pPr>
            <w:r>
              <w:rPr>
                <w:sz w:val="16"/>
              </w:rPr>
              <w:t>98.1</w:t>
            </w:r>
          </w:p>
        </w:tc>
        <w:tc>
          <w:tcPr>
            <w:tcW w:type="dxa" w:w="1601"/>
          </w:tcPr>
          <w:p>
            <w:pPr>
              <w:spacing w:after="0"/>
              <w:jc w:val="right"/>
            </w:pPr>
            <w:r>
              <w:rPr>
                <w:sz w:val="16"/>
              </w:rPr>
              <w:t>98.3</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55.7</w:t>
            </w:r>
          </w:p>
        </w:tc>
        <w:tc>
          <w:tcPr>
            <w:tcW w:type="dxa" w:w="1679"/>
          </w:tcPr>
          <w:p>
            <w:pPr>
              <w:spacing w:after="0"/>
              <w:jc w:val="right"/>
            </w:pPr>
            <w:r>
              <w:rPr>
                <w:sz w:val="16"/>
              </w:rPr>
              <w:t>65.1</w:t>
            </w:r>
          </w:p>
        </w:tc>
        <w:tc>
          <w:tcPr>
            <w:tcW w:type="dxa" w:w="1601"/>
          </w:tcPr>
          <w:p>
            <w:pPr>
              <w:spacing w:after="0"/>
              <w:jc w:val="right"/>
            </w:pPr>
            <w:r>
              <w:rPr>
                <w:sz w:val="16"/>
              </w:rPr>
              <w:t>74.5</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63.1</w:t>
            </w:r>
          </w:p>
        </w:tc>
        <w:tc>
          <w:tcPr>
            <w:tcW w:type="dxa" w:w="1679"/>
          </w:tcPr>
          <w:p>
            <w:pPr>
              <w:spacing w:after="0"/>
              <w:jc w:val="right"/>
            </w:pPr>
            <w:r>
              <w:rPr>
                <w:sz w:val="16"/>
              </w:rPr>
              <w:t>64.8</w:t>
            </w:r>
          </w:p>
        </w:tc>
        <w:tc>
          <w:tcPr>
            <w:tcW w:type="dxa" w:w="1601"/>
          </w:tcPr>
          <w:p>
            <w:pPr>
              <w:spacing w:after="0"/>
              <w:jc w:val="right"/>
            </w:pPr>
            <w:r>
              <w:rPr>
                <w:sz w:val="16"/>
              </w:rPr>
              <w:t>66.5</w:t>
            </w:r>
          </w:p>
        </w:tc>
        <w:tc>
          <w:tcPr>
            <w:tcW w:type="dxa" w:w="4989"/>
          </w:tcPr>
          <w:p>
            <w:pPr>
              <w:spacing w:after="0"/>
              <w:jc w:val="left"/>
            </w:pPr>
            <w:r>
              <w:rPr>
                <w:sz w:val="16"/>
              </w:rPr>
              <w:t>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89.2</w:t>
            </w:r>
          </w:p>
        </w:tc>
        <w:tc>
          <w:tcPr>
            <w:tcW w:type="dxa" w:w="1679"/>
          </w:tcPr>
          <w:p>
            <w:pPr>
              <w:spacing w:after="0"/>
              <w:jc w:val="right"/>
            </w:pPr>
            <w:r>
              <w:rPr>
                <w:sz w:val="16"/>
              </w:rPr>
              <w:t>89.6</w:t>
            </w:r>
          </w:p>
        </w:tc>
        <w:tc>
          <w:tcPr>
            <w:tcW w:type="dxa" w:w="1601"/>
          </w:tcPr>
          <w:p>
            <w:pPr>
              <w:spacing w:after="0"/>
              <w:jc w:val="right"/>
            </w:pPr>
            <w:r>
              <w:rPr>
                <w:sz w:val="16"/>
              </w:rPr>
              <w:t>89.9</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95.8</w:t>
            </w:r>
          </w:p>
        </w:tc>
        <w:tc>
          <w:tcPr>
            <w:tcW w:type="dxa" w:w="1679"/>
          </w:tcPr>
          <w:p>
            <w:pPr>
              <w:spacing w:after="0"/>
              <w:jc w:val="right"/>
            </w:pPr>
            <w:r>
              <w:rPr>
                <w:sz w:val="16"/>
              </w:rPr>
              <w:t>96.0</w:t>
            </w:r>
          </w:p>
        </w:tc>
        <w:tc>
          <w:tcPr>
            <w:tcW w:type="dxa" w:w="1601"/>
          </w:tcPr>
          <w:p>
            <w:pPr>
              <w:spacing w:after="0"/>
              <w:jc w:val="right"/>
            </w:pPr>
            <w:r>
              <w:rPr>
                <w:sz w:val="16"/>
              </w:rPr>
              <w:t>96.2</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91.0</w:t>
            </w:r>
          </w:p>
        </w:tc>
        <w:tc>
          <w:tcPr>
            <w:tcW w:type="dxa" w:w="1679"/>
          </w:tcPr>
          <w:p>
            <w:pPr>
              <w:spacing w:after="0"/>
              <w:jc w:val="right"/>
            </w:pPr>
            <w:r>
              <w:rPr>
                <w:sz w:val="16"/>
              </w:rPr>
              <w:t>91.6</w:t>
            </w:r>
          </w:p>
        </w:tc>
        <w:tc>
          <w:tcPr>
            <w:tcW w:type="dxa" w:w="1601"/>
          </w:tcPr>
          <w:p>
            <w:pPr>
              <w:spacing w:after="0"/>
              <w:jc w:val="right"/>
            </w:pPr>
            <w:r>
              <w:rPr>
                <w:sz w:val="16"/>
              </w:rPr>
              <w:t>92.2</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79.2</w:t>
            </w:r>
          </w:p>
        </w:tc>
        <w:tc>
          <w:tcPr>
            <w:tcW w:type="dxa" w:w="1679"/>
          </w:tcPr>
          <w:p>
            <w:pPr>
              <w:spacing w:after="0"/>
              <w:jc w:val="right"/>
            </w:pPr>
            <w:r>
              <w:rPr>
                <w:sz w:val="16"/>
              </w:rPr>
              <w:t>79.5</w:t>
            </w:r>
          </w:p>
        </w:tc>
        <w:tc>
          <w:tcPr>
            <w:tcW w:type="dxa" w:w="1601"/>
          </w:tcPr>
          <w:p>
            <w:pPr>
              <w:spacing w:after="0"/>
              <w:jc w:val="right"/>
            </w:pPr>
            <w:r>
              <w:rPr>
                <w:sz w:val="16"/>
              </w:rPr>
              <w:t>79.8</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75.2</w:t>
            </w:r>
          </w:p>
        </w:tc>
        <w:tc>
          <w:tcPr>
            <w:tcW w:type="dxa" w:w="1679"/>
          </w:tcPr>
          <w:p>
            <w:pPr>
              <w:spacing w:after="0"/>
              <w:jc w:val="right"/>
            </w:pPr>
            <w:r>
              <w:rPr>
                <w:sz w:val="16"/>
              </w:rPr>
              <w:t>75.2</w:t>
            </w:r>
          </w:p>
        </w:tc>
        <w:tc>
          <w:tcPr>
            <w:tcW w:type="dxa" w:w="1601"/>
          </w:tcPr>
          <w:p>
            <w:pPr>
              <w:spacing w:after="0"/>
              <w:jc w:val="right"/>
            </w:pPr>
            <w:r>
              <w:rPr>
                <w:sz w:val="16"/>
              </w:rPr>
              <w:t>75.2</w:t>
            </w:r>
          </w:p>
        </w:tc>
        <w:tc>
          <w:tcPr>
            <w:tcW w:type="dxa" w:w="4989"/>
          </w:tcPr>
          <w:p>
            <w:pPr>
              <w:spacing w:after="0"/>
              <w:jc w:val="left"/>
            </w:pPr>
            <w:r>
              <w:rPr>
                <w:sz w:val="16"/>
              </w:rPr>
              <w:t>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70%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2"/>
        <w:gridCol w:w="680"/>
        <w:gridCol w:w="2629"/>
        <w:gridCol w:w="2099"/>
        <w:gridCol w:w="2171"/>
        <w:gridCol w:w="2449"/>
        <w:gridCol w:w="2692"/>
      </w:tblGrid>
      <w:tr>
        <w:trPr>
          <w:cantSplit/>
          <w:tblHeader/>
        </w:trPr>
        <w:tc>
          <w:tcPr>
            <w:tcW w:type="dxa" w:w="139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29"/>
            <w:shd w:val="clear" w:color="auto" w:fill="E8E8E8"/>
          </w:tcPr>
          <w:p>
            <w:pPr>
              <w:spacing w:after="0"/>
              <w:jc w:val="left"/>
            </w:pPr>
            <w:r>
              <w:rPr>
                <w:b/>
                <w:sz w:val="16"/>
              </w:rPr>
              <w:t>Plan status</w:t>
            </w:r>
          </w:p>
        </w:tc>
        <w:tc>
          <w:tcPr>
            <w:tcW w:type="dxa" w:w="20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92"/>
            <w:shd w:val="clear" w:color="auto" w:fill="E8E8E8"/>
          </w:tcPr>
          <w:p>
            <w:pPr>
              <w:spacing w:after="0"/>
              <w:jc w:val="left"/>
            </w:pPr>
            <w:r>
              <w:rPr>
                <w:b/>
                <w:sz w:val="16"/>
              </w:rPr>
              <w:t>Notes</w:t>
            </w:r>
          </w:p>
        </w:tc>
      </w:tr>
      <w:tr>
        <w:trPr>
          <w:cantSplit/>
        </w:trPr>
        <w:tc>
          <w:tcPr>
            <w:tcW w:type="dxa" w:w="1392"/>
          </w:tcPr>
          <w:p>
            <w:pPr>
              <w:spacing w:after="0"/>
              <w:jc w:val="left"/>
            </w:pPr>
            <w:r>
              <w:rPr>
                <w:sz w:val="16"/>
              </w:rPr>
              <w:t>Cleveland County</w:t>
            </w:r>
          </w:p>
        </w:tc>
        <w:tc>
          <w:tcPr>
            <w:tcW w:type="dxa" w:w="680"/>
          </w:tcPr>
          <w:p>
            <w:pPr>
              <w:spacing w:after="0"/>
              <w:jc w:val="left"/>
            </w:pPr>
            <w:r>
              <w:rPr>
                <w:sz w:val="16"/>
              </w:rPr>
              <w:t>County</w:t>
            </w:r>
          </w:p>
        </w:tc>
        <w:tc>
          <w:tcPr>
            <w:tcW w:type="dxa" w:w="2629"/>
          </w:tcPr>
          <w:p>
            <w:pPr>
              <w:spacing w:after="0"/>
              <w:jc w:val="left"/>
            </w:pPr>
            <w:r>
              <w:rPr>
                <w:sz w:val="16"/>
              </w:rPr>
              <w:t>Plan 101349 approved 2025-04-09, pending adoption here; not yet eligible</w:t>
            </w:r>
          </w:p>
        </w:tc>
        <w:tc>
          <w:tcPr>
            <w:tcW w:type="dxa" w:w="2099"/>
          </w:tcPr>
          <w:p>
            <w:pPr>
              <w:spacing w:after="0"/>
              <w:jc w:val="right"/>
            </w:pPr>
            <w:r>
              <w:rPr>
                <w:sz w:val="16"/>
              </w:rPr>
              <w:t>FMA RL 0, SRL 0; any 0</w:t>
            </w:r>
          </w:p>
        </w:tc>
        <w:tc>
          <w:tcPr>
            <w:tcW w:type="dxa" w:w="2171"/>
          </w:tcPr>
          <w:p>
            <w:pPr>
              <w:spacing w:after="0"/>
              <w:jc w:val="right"/>
            </w:pPr>
            <w:r>
              <w:rPr>
                <w:sz w:val="16"/>
              </w:rPr>
              <w:t>$1,729,247.63</w:t>
            </w:r>
          </w:p>
        </w:tc>
        <w:tc>
          <w:tcPr>
            <w:tcW w:type="dxa" w:w="2449"/>
          </w:tcPr>
          <w:p>
            <w:pPr>
              <w:spacing w:after="0"/>
              <w:jc w:val="right"/>
            </w:pPr>
            <w:r>
              <w:rPr>
                <w:sz w:val="16"/>
              </w:rPr>
              <w:t>0 total; no approved plan</w:t>
            </w:r>
          </w:p>
        </w:tc>
        <w:tc>
          <w:tcPr>
            <w:tcW w:type="dxa" w:w="2692"/>
          </w:tcPr>
          <w:p>
            <w:pPr>
              <w:spacing w:after="0"/>
              <w:jc w:val="left"/>
            </w:pPr>
            <w:r>
              <w:rPr>
                <w:sz w:val="16"/>
              </w:rPr>
              <w:t>Includes $-8,605.31 for declarations not counted as hazard incidents (EM-3215-AR).</w:t>
            </w:r>
          </w:p>
        </w:tc>
      </w:tr>
      <w:tr>
        <w:trPr>
          <w:cantSplit/>
        </w:trPr>
        <w:tc>
          <w:tcPr>
            <w:tcW w:type="dxa" w:w="1392"/>
          </w:tcPr>
          <w:p>
            <w:pPr>
              <w:spacing w:after="0"/>
              <w:jc w:val="left"/>
            </w:pPr>
            <w:r>
              <w:rPr>
                <w:sz w:val="16"/>
              </w:rPr>
              <w:t>Kingsland city</w:t>
            </w:r>
          </w:p>
        </w:tc>
        <w:tc>
          <w:tcPr>
            <w:tcW w:type="dxa" w:w="680"/>
          </w:tcPr>
          <w:p>
            <w:pPr>
              <w:spacing w:after="0"/>
              <w:jc w:val="left"/>
            </w:pPr>
            <w:r>
              <w:rPr>
                <w:sz w:val="16"/>
              </w:rPr>
              <w:t>City</w:t>
            </w:r>
          </w:p>
        </w:tc>
        <w:tc>
          <w:tcPr>
            <w:tcW w:type="dxa" w:w="2629"/>
          </w:tcPr>
          <w:p>
            <w:pPr>
              <w:spacing w:after="0"/>
              <w:jc w:val="left"/>
            </w:pPr>
            <w:r>
              <w:rPr>
                <w:sz w:val="16"/>
              </w:rPr>
              <w:t>Approved, expires 2030-04-08</w:t>
            </w:r>
          </w:p>
        </w:tc>
        <w:tc>
          <w:tcPr>
            <w:tcW w:type="dxa" w:w="2099"/>
          </w:tcPr>
          <w:p>
            <w:pPr>
              <w:spacing w:after="0"/>
              <w:jc w:val="right"/>
            </w:pPr>
            <w:r>
              <w:rPr>
                <w:sz w:val="16"/>
              </w:rPr>
              <w:t>FMA RL 0, SRL 0; any 0</w:t>
            </w:r>
          </w:p>
        </w:tc>
        <w:tc>
          <w:tcPr>
            <w:tcW w:type="dxa" w:w="2171"/>
          </w:tcPr>
          <w:p>
            <w:pPr>
              <w:spacing w:after="0"/>
              <w:jc w:val="right"/>
            </w:pPr>
            <w:r>
              <w:rPr>
                <w:sz w:val="16"/>
              </w:rPr>
              <w:t>$23,376.93</w:t>
            </w:r>
          </w:p>
        </w:tc>
        <w:tc>
          <w:tcPr>
            <w:tcW w:type="dxa" w:w="2449"/>
          </w:tcPr>
          <w:p>
            <w:pPr>
              <w:spacing w:after="0"/>
              <w:jc w:val="right"/>
            </w:pPr>
            <w:r>
              <w:rPr>
                <w:sz w:val="16"/>
              </w:rPr>
              <w:t>31 total; 1 since its plan</w:t>
            </w:r>
          </w:p>
        </w:tc>
        <w:tc>
          <w:tcPr>
            <w:tcW w:type="dxa" w:w="2692"/>
          </w:tcPr>
          <w:p>
            <w:pPr>
              <w:spacing w:after="0"/>
              <w:jc w:val="left"/>
            </w:pPr>
          </w:p>
        </w:tc>
      </w:tr>
      <w:tr>
        <w:trPr>
          <w:cantSplit/>
        </w:trPr>
        <w:tc>
          <w:tcPr>
            <w:tcW w:type="dxa" w:w="1392"/>
          </w:tcPr>
          <w:p>
            <w:pPr>
              <w:spacing w:after="0"/>
              <w:jc w:val="left"/>
            </w:pPr>
            <w:r>
              <w:rPr>
                <w:sz w:val="16"/>
              </w:rPr>
              <w:t>Rison city</w:t>
            </w:r>
          </w:p>
        </w:tc>
        <w:tc>
          <w:tcPr>
            <w:tcW w:type="dxa" w:w="680"/>
          </w:tcPr>
          <w:p>
            <w:pPr>
              <w:spacing w:after="0"/>
              <w:jc w:val="left"/>
            </w:pPr>
            <w:r>
              <w:rPr>
                <w:sz w:val="16"/>
              </w:rPr>
              <w:t>City</w:t>
            </w:r>
          </w:p>
        </w:tc>
        <w:tc>
          <w:tcPr>
            <w:tcW w:type="dxa" w:w="2629"/>
          </w:tcPr>
          <w:p>
            <w:pPr>
              <w:spacing w:after="0"/>
              <w:jc w:val="left"/>
            </w:pPr>
            <w:r>
              <w:rPr>
                <w:sz w:val="16"/>
              </w:rPr>
              <w:t>Approved, expires 2030-04-08</w:t>
            </w:r>
          </w:p>
        </w:tc>
        <w:tc>
          <w:tcPr>
            <w:tcW w:type="dxa" w:w="2099"/>
          </w:tcPr>
          <w:p>
            <w:pPr>
              <w:spacing w:after="0"/>
              <w:jc w:val="right"/>
            </w:pPr>
            <w:r>
              <w:rPr>
                <w:sz w:val="16"/>
              </w:rPr>
              <w:t>FMA RL 0, SRL 0; any 0</w:t>
            </w:r>
          </w:p>
        </w:tc>
        <w:tc>
          <w:tcPr>
            <w:tcW w:type="dxa" w:w="2171"/>
          </w:tcPr>
          <w:p>
            <w:pPr>
              <w:spacing w:after="0"/>
              <w:jc w:val="right"/>
            </w:pPr>
            <w:r>
              <w:rPr>
                <w:sz w:val="16"/>
              </w:rPr>
              <w:t>$73,067.77</w:t>
            </w:r>
          </w:p>
        </w:tc>
        <w:tc>
          <w:tcPr>
            <w:tcW w:type="dxa" w:w="2449"/>
          </w:tcPr>
          <w:p>
            <w:pPr>
              <w:spacing w:after="0"/>
              <w:jc w:val="right"/>
            </w:pPr>
            <w:r>
              <w:rPr>
                <w:sz w:val="16"/>
              </w:rPr>
              <w:t>76 total; 0 since its plan</w:t>
            </w:r>
          </w:p>
        </w:tc>
        <w:tc>
          <w:tcPr>
            <w:tcW w:type="dxa" w:w="26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101349 was approved by FEMA on 2025-04-09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8"/>
        <w:gridCol w:w="1305"/>
        <w:gridCol w:w="1177"/>
        <w:gridCol w:w="1102"/>
        <w:gridCol w:w="1102"/>
        <w:gridCol w:w="15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$1,206,658,109</w:t>
            </w:r>
          </w:p>
        </w:tc>
        <w:tc>
          <w:tcPr>
            <w:tcW w:type="dxa" w:w="1215"/>
          </w:tcPr>
          <w:p>
            <w:pPr>
              <w:spacing w:after="0"/>
              <w:jc w:val="right"/>
            </w:pPr>
            <w:r>
              <w:rPr>
                <w:sz w:val="16"/>
              </w:rPr>
              <w:t>$166,003,520</w:t>
            </w:r>
          </w:p>
        </w:tc>
        <w:tc>
          <w:tcPr>
            <w:tcW w:type="dxa" w:w="1044"/>
          </w:tcPr>
          <w:p>
            <w:pPr>
              <w:spacing w:after="0"/>
              <w:jc w:val="right"/>
            </w:pPr>
            <w:r>
              <w:rPr>
                <w:sz w:val="16"/>
              </w:rPr>
              <w:t>7,546</w:t>
            </w:r>
          </w:p>
        </w:tc>
        <w:tc>
          <w:tcPr>
            <w:tcW w:type="dxa" w:w="1037"/>
          </w:tcPr>
          <w:p>
            <w:pPr>
              <w:spacing w:after="0"/>
              <w:jc w:val="right"/>
            </w:pPr>
            <w:r>
              <w:rPr>
                <w:sz w:val="16"/>
              </w:rPr>
              <w:t>$1,640</w:t>
            </w:r>
          </w:p>
        </w:tc>
        <w:tc>
          <w:tcPr>
            <w:tcW w:type="dxa" w:w="1126"/>
          </w:tcPr>
          <w:p>
            <w:pPr>
              <w:spacing w:after="0"/>
              <w:jc w:val="right"/>
            </w:pPr>
            <w:r>
              <w:rPr>
                <w:sz w:val="16"/>
              </w:rPr>
              <w:t>$113</w:t>
            </w:r>
          </w:p>
        </w:tc>
        <w:tc>
          <w:tcPr>
            <w:tcW w:type="dxa" w:w="988"/>
          </w:tcPr>
          <w:p>
            <w:pPr>
              <w:spacing w:after="0"/>
              <w:jc w:val="right"/>
            </w:pPr>
            <w:r>
              <w:rPr>
                <w:sz w:val="16"/>
              </w:rPr>
              <w:t>$24,102</w:t>
            </w:r>
          </w:p>
        </w:tc>
        <w:tc>
          <w:tcPr>
            <w:tcW w:type="dxa" w:w="1305"/>
          </w:tcPr>
          <w:p>
            <w:pPr>
              <w:spacing w:after="0"/>
              <w:jc w:val="right"/>
            </w:pPr>
            <w:r>
              <w:rPr>
                <w:sz w:val="16"/>
              </w:rPr>
              <w:t>0.000136%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$419,591</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$2,345</w:t>
            </w:r>
          </w:p>
        </w:tc>
        <w:tc>
          <w:tcPr>
            <w:tcW w:type="dxa" w:w="988"/>
          </w:tcPr>
          <w:p>
            <w:pPr>
              <w:spacing w:after="0"/>
              <w:jc w:val="right"/>
            </w:pPr>
            <w:r>
              <w:rPr>
                <w:sz w:val="16"/>
              </w:rPr>
              <w:t>n/a</w:t>
            </w:r>
          </w:p>
        </w:tc>
        <w:tc>
          <w:tcPr>
            <w:tcW w:type="dxa" w:w="1305"/>
          </w:tcPr>
          <w:p>
            <w:pPr>
              <w:spacing w:after="0"/>
              <w:jc w:val="right"/>
            </w:pPr>
            <w:r>
              <w:rPr>
                <w:sz w:val="16"/>
              </w:rPr>
              <w:t>0.559% (agriculture)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$1,988,698,334</w:t>
            </w:r>
          </w:p>
        </w:tc>
        <w:tc>
          <w:tcPr>
            <w:tcW w:type="dxa" w:w="1215"/>
          </w:tcPr>
          <w:p>
            <w:pPr>
              <w:spacing w:after="0"/>
              <w:jc w:val="right"/>
            </w:pPr>
            <w:r>
              <w:rPr>
                <w:sz w:val="16"/>
              </w:rPr>
              <w:t>n/a</w:t>
            </w:r>
          </w:p>
        </w:tc>
        <w:tc>
          <w:tcPr>
            <w:tcW w:type="dxa" w:w="1044"/>
          </w:tcPr>
          <w:p>
            <w:pPr>
              <w:spacing w:after="0"/>
              <w:jc w:val="right"/>
            </w:pPr>
            <w:r>
              <w:rPr>
                <w:sz w:val="16"/>
              </w:rPr>
              <w:t>7,550</w:t>
            </w:r>
          </w:p>
        </w:tc>
        <w:tc>
          <w:tcPr>
            <w:tcW w:type="dxa" w:w="1037"/>
          </w:tcPr>
          <w:p>
            <w:pPr>
              <w:spacing w:after="0"/>
              <w:jc w:val="right"/>
            </w:pPr>
            <w:r>
              <w:rPr>
                <w:sz w:val="16"/>
              </w:rPr>
              <w:t>$197,130</w:t>
            </w:r>
          </w:p>
        </w:tc>
        <w:tc>
          <w:tcPr>
            <w:tcW w:type="dxa" w:w="1126"/>
          </w:tcPr>
          <w:p>
            <w:pPr>
              <w:spacing w:after="0"/>
              <w:jc w:val="right"/>
            </w:pPr>
            <w:r>
              <w:rPr>
                <w:sz w:val="16"/>
              </w:rPr>
              <w:t>n/a</w:t>
            </w:r>
          </w:p>
        </w:tc>
        <w:tc>
          <w:tcPr>
            <w:tcW w:type="dxa" w:w="988"/>
          </w:tcPr>
          <w:p>
            <w:pPr>
              <w:spacing w:after="0"/>
              <w:jc w:val="right"/>
            </w:pPr>
            <w:r>
              <w:rPr>
                <w:sz w:val="16"/>
              </w:rPr>
              <w:t>$137,958</w:t>
            </w:r>
          </w:p>
        </w:tc>
        <w:tc>
          <w:tcPr>
            <w:tcW w:type="dxa" w:w="1305"/>
          </w:tcPr>
          <w:p>
            <w:pPr>
              <w:spacing w:after="0"/>
              <w:jc w:val="right"/>
            </w:pPr>
            <w:r>
              <w:rPr>
                <w:sz w:val="16"/>
              </w:rPr>
              <w:t>0.00991%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$1,206,658,109</w:t>
            </w:r>
          </w:p>
        </w:tc>
        <w:tc>
          <w:tcPr>
            <w:tcW w:type="dxa" w:w="1215"/>
          </w:tcPr>
          <w:p>
            <w:pPr>
              <w:spacing w:after="0"/>
              <w:jc w:val="right"/>
            </w:pPr>
            <w:r>
              <w:rPr>
                <w:sz w:val="16"/>
              </w:rPr>
              <w:t>$166,003,520</w:t>
            </w:r>
          </w:p>
        </w:tc>
        <w:tc>
          <w:tcPr>
            <w:tcW w:type="dxa" w:w="1044"/>
          </w:tcPr>
          <w:p>
            <w:pPr>
              <w:spacing w:after="0"/>
              <w:jc w:val="right"/>
            </w:pPr>
            <w:r>
              <w:rPr>
                <w:sz w:val="16"/>
              </w:rPr>
              <w:t>7,546</w:t>
            </w:r>
          </w:p>
        </w:tc>
        <w:tc>
          <w:tcPr>
            <w:tcW w:type="dxa" w:w="1037"/>
          </w:tcPr>
          <w:p>
            <w:pPr>
              <w:spacing w:after="0"/>
              <w:jc w:val="right"/>
            </w:pPr>
            <w:r>
              <w:rPr>
                <w:sz w:val="16"/>
              </w:rPr>
              <w:t>$28,661</w:t>
            </w:r>
          </w:p>
        </w:tc>
        <w:tc>
          <w:tcPr>
            <w:tcW w:type="dxa" w:w="1126"/>
          </w:tcPr>
          <w:p>
            <w:pPr>
              <w:spacing w:after="0"/>
              <w:jc w:val="right"/>
            </w:pPr>
            <w:r>
              <w:rPr>
                <w:sz w:val="16"/>
              </w:rPr>
              <w:t>$78,987</w:t>
            </w:r>
          </w:p>
        </w:tc>
        <w:tc>
          <w:tcPr>
            <w:tcW w:type="dxa" w:w="988"/>
          </w:tcPr>
          <w:p>
            <w:pPr>
              <w:spacing w:after="0"/>
              <w:jc w:val="right"/>
            </w:pPr>
            <w:r>
              <w:rPr>
                <w:sz w:val="16"/>
              </w:rPr>
              <w:t>$5,406</w:t>
            </w:r>
          </w:p>
        </w:tc>
        <w:tc>
          <w:tcPr>
            <w:tcW w:type="dxa" w:w="1305"/>
          </w:tcPr>
          <w:p>
            <w:pPr>
              <w:spacing w:after="0"/>
              <w:jc w:val="right"/>
            </w:pPr>
            <w:r>
              <w:rPr>
                <w:sz w:val="16"/>
              </w:rPr>
              <w:t>0.00238%</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$1,206,658,109</w:t>
            </w:r>
          </w:p>
        </w:tc>
        <w:tc>
          <w:tcPr>
            <w:tcW w:type="dxa" w:w="1215"/>
          </w:tcPr>
          <w:p>
            <w:pPr>
              <w:spacing w:after="0"/>
              <w:jc w:val="right"/>
            </w:pPr>
            <w:r>
              <w:rPr>
                <w:sz w:val="16"/>
              </w:rPr>
              <w:t>$166,003,520</w:t>
            </w:r>
          </w:p>
        </w:tc>
        <w:tc>
          <w:tcPr>
            <w:tcW w:type="dxa" w:w="1044"/>
          </w:tcPr>
          <w:p>
            <w:pPr>
              <w:spacing w:after="0"/>
              <w:jc w:val="right"/>
            </w:pPr>
            <w:r>
              <w:rPr>
                <w:sz w:val="16"/>
              </w:rPr>
              <w:t>7,546</w:t>
            </w:r>
          </w:p>
        </w:tc>
        <w:tc>
          <w:tcPr>
            <w:tcW w:type="dxa" w:w="1037"/>
          </w:tcPr>
          <w:p>
            <w:pPr>
              <w:spacing w:after="0"/>
              <w:jc w:val="right"/>
            </w:pPr>
            <w:r>
              <w:rPr>
                <w:sz w:val="16"/>
              </w:rPr>
              <w:t>$16</w:t>
            </w:r>
          </w:p>
        </w:tc>
        <w:tc>
          <w:tcPr>
            <w:tcW w:type="dxa" w:w="1126"/>
          </w:tcPr>
          <w:p>
            <w:pPr>
              <w:spacing w:after="0"/>
              <w:jc w:val="right"/>
            </w:pPr>
            <w:r>
              <w:rPr>
                <w:sz w:val="16"/>
              </w:rPr>
              <w:t>$881</w:t>
            </w:r>
          </w:p>
        </w:tc>
        <w:tc>
          <w:tcPr>
            <w:tcW w:type="dxa" w:w="988"/>
          </w:tcPr>
          <w:p>
            <w:pPr>
              <w:spacing w:after="0"/>
              <w:jc w:val="right"/>
            </w:pPr>
            <w:r>
              <w:rPr>
                <w:sz w:val="16"/>
              </w:rPr>
              <w:t>$260,801</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$1,206,611,082</w:t>
            </w:r>
          </w:p>
        </w:tc>
        <w:tc>
          <w:tcPr>
            <w:tcW w:type="dxa" w:w="1215"/>
          </w:tcPr>
          <w:p>
            <w:pPr>
              <w:spacing w:after="0"/>
              <w:jc w:val="right"/>
            </w:pPr>
            <w:r>
              <w:rPr>
                <w:sz w:val="16"/>
              </w:rPr>
              <w:t>$166,003,520</w:t>
            </w:r>
          </w:p>
        </w:tc>
        <w:tc>
          <w:tcPr>
            <w:tcW w:type="dxa" w:w="1044"/>
          </w:tcPr>
          <w:p>
            <w:pPr>
              <w:spacing w:after="0"/>
              <w:jc w:val="right"/>
            </w:pPr>
            <w:r>
              <w:rPr>
                <w:sz w:val="16"/>
              </w:rPr>
              <w:t>7,545</w:t>
            </w:r>
          </w:p>
        </w:tc>
        <w:tc>
          <w:tcPr>
            <w:tcW w:type="dxa" w:w="1037"/>
          </w:tcPr>
          <w:p>
            <w:pPr>
              <w:spacing w:after="0"/>
              <w:jc w:val="right"/>
            </w:pPr>
            <w:r>
              <w:rPr>
                <w:sz w:val="16"/>
              </w:rPr>
              <w:t>$9,138</w:t>
            </w:r>
          </w:p>
        </w:tc>
        <w:tc>
          <w:tcPr>
            <w:tcW w:type="dxa" w:w="1126"/>
          </w:tcPr>
          <w:p>
            <w:pPr>
              <w:spacing w:after="0"/>
              <w:jc w:val="right"/>
            </w:pPr>
            <w:r>
              <w:rPr>
                <w:sz w:val="16"/>
              </w:rPr>
              <w:t>$41,544</w:t>
            </w:r>
          </w:p>
        </w:tc>
        <w:tc>
          <w:tcPr>
            <w:tcW w:type="dxa" w:w="988"/>
          </w:tcPr>
          <w:p>
            <w:pPr>
              <w:spacing w:after="0"/>
              <w:jc w:val="right"/>
            </w:pPr>
            <w:r>
              <w:rPr>
                <w:sz w:val="16"/>
              </w:rPr>
              <w:t>$561</w:t>
            </w:r>
          </w:p>
        </w:tc>
        <w:tc>
          <w:tcPr>
            <w:tcW w:type="dxa" w:w="1305"/>
          </w:tcPr>
          <w:p>
            <w:pPr>
              <w:spacing w:after="0"/>
              <w:jc w:val="right"/>
            </w:pPr>
            <w:r>
              <w:rPr>
                <w:sz w:val="16"/>
              </w:rPr>
              <w:t>0.000757%</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$1,206,658,109</w:t>
            </w:r>
          </w:p>
        </w:tc>
        <w:tc>
          <w:tcPr>
            <w:tcW w:type="dxa" w:w="1215"/>
          </w:tcPr>
          <w:p>
            <w:pPr>
              <w:spacing w:after="0"/>
              <w:jc w:val="right"/>
            </w:pPr>
            <w:r>
              <w:rPr>
                <w:sz w:val="16"/>
              </w:rPr>
              <w:t>n/a</w:t>
            </w:r>
          </w:p>
        </w:tc>
        <w:tc>
          <w:tcPr>
            <w:tcW w:type="dxa" w:w="1044"/>
          </w:tcPr>
          <w:p>
            <w:pPr>
              <w:spacing w:after="0"/>
              <w:jc w:val="right"/>
            </w:pPr>
            <w:r>
              <w:rPr>
                <w:sz w:val="16"/>
              </w:rPr>
              <w:t>7,546</w:t>
            </w:r>
          </w:p>
        </w:tc>
        <w:tc>
          <w:tcPr>
            <w:tcW w:type="dxa" w:w="1037"/>
          </w:tcPr>
          <w:p>
            <w:pPr>
              <w:spacing w:after="0"/>
              <w:jc w:val="right"/>
            </w:pPr>
            <w:r>
              <w:rPr>
                <w:sz w:val="16"/>
              </w:rPr>
              <w:t>$161,722</w:t>
            </w:r>
          </w:p>
        </w:tc>
        <w:tc>
          <w:tcPr>
            <w:tcW w:type="dxa" w:w="1126"/>
          </w:tcPr>
          <w:p>
            <w:pPr>
              <w:spacing w:after="0"/>
              <w:jc w:val="right"/>
            </w:pPr>
            <w:r>
              <w:rPr>
                <w:sz w:val="16"/>
              </w:rPr>
              <w:t>n/a</w:t>
            </w:r>
          </w:p>
        </w:tc>
        <w:tc>
          <w:tcPr>
            <w:tcW w:type="dxa" w:w="988"/>
          </w:tcPr>
          <w:p>
            <w:pPr>
              <w:spacing w:after="0"/>
              <w:jc w:val="right"/>
            </w:pPr>
            <w:r>
              <w:rPr>
                <w:sz w:val="16"/>
              </w:rPr>
              <w:t>$16,079</w:t>
            </w:r>
          </w:p>
        </w:tc>
        <w:tc>
          <w:tcPr>
            <w:tcW w:type="dxa" w:w="1305"/>
          </w:tcPr>
          <w:p>
            <w:pPr>
              <w:spacing w:after="0"/>
              <w:jc w:val="right"/>
            </w:pPr>
            <w:r>
              <w:rPr>
                <w:sz w:val="16"/>
              </w:rPr>
              <w:t>0.0134%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$1,206,185,521</w:t>
            </w:r>
          </w:p>
        </w:tc>
        <w:tc>
          <w:tcPr>
            <w:tcW w:type="dxa" w:w="1215"/>
          </w:tcPr>
          <w:p>
            <w:pPr>
              <w:spacing w:after="0"/>
              <w:jc w:val="right"/>
            </w:pPr>
            <w:r>
              <w:rPr>
                <w:sz w:val="16"/>
              </w:rPr>
              <w:t>$485,249</w:t>
            </w:r>
          </w:p>
        </w:tc>
        <w:tc>
          <w:tcPr>
            <w:tcW w:type="dxa" w:w="1044"/>
          </w:tcPr>
          <w:p>
            <w:pPr>
              <w:spacing w:after="0"/>
              <w:jc w:val="right"/>
            </w:pPr>
            <w:r>
              <w:rPr>
                <w:sz w:val="16"/>
              </w:rPr>
              <w:t>43</w:t>
            </w:r>
          </w:p>
        </w:tc>
        <w:tc>
          <w:tcPr>
            <w:tcW w:type="dxa" w:w="1037"/>
          </w:tcPr>
          <w:p>
            <w:pPr>
              <w:spacing w:after="0"/>
              <w:jc w:val="right"/>
            </w:pPr>
            <w:r>
              <w:rPr>
                <w:sz w:val="16"/>
              </w:rPr>
              <w:t>$1,055,028</w:t>
            </w:r>
          </w:p>
        </w:tc>
        <w:tc>
          <w:tcPr>
            <w:tcW w:type="dxa" w:w="1126"/>
          </w:tcPr>
          <w:p>
            <w:pPr>
              <w:spacing w:after="0"/>
              <w:jc w:val="right"/>
            </w:pPr>
            <w:r>
              <w:rPr>
                <w:sz w:val="16"/>
              </w:rPr>
              <w:t>$8,599</w:t>
            </w:r>
          </w:p>
        </w:tc>
        <w:tc>
          <w:tcPr>
            <w:tcW w:type="dxa" w:w="988"/>
          </w:tcPr>
          <w:p>
            <w:pPr>
              <w:spacing w:after="0"/>
              <w:jc w:val="right"/>
            </w:pPr>
            <w:r>
              <w:rPr>
                <w:sz w:val="16"/>
              </w:rPr>
              <w:t>$2,605</w:t>
            </w:r>
          </w:p>
        </w:tc>
        <w:tc>
          <w:tcPr>
            <w:tcW w:type="dxa" w:w="1305"/>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$1,872,165</w:t>
            </w:r>
          </w:p>
        </w:tc>
        <w:tc>
          <w:tcPr>
            <w:tcW w:type="dxa" w:w="1215"/>
          </w:tcPr>
          <w:p>
            <w:pPr>
              <w:spacing w:after="0"/>
              <w:jc w:val="right"/>
            </w:pPr>
            <w:r>
              <w:rPr>
                <w:sz w:val="16"/>
              </w:rPr>
              <w:t>n/a</w:t>
            </w:r>
          </w:p>
        </w:tc>
        <w:tc>
          <w:tcPr>
            <w:tcW w:type="dxa" w:w="1044"/>
          </w:tcPr>
          <w:p>
            <w:pPr>
              <w:spacing w:after="0"/>
              <w:jc w:val="right"/>
            </w:pPr>
            <w:r>
              <w:rPr>
                <w:sz w:val="16"/>
              </w:rPr>
              <w:t>12</w:t>
            </w:r>
          </w:p>
        </w:tc>
        <w:tc>
          <w:tcPr>
            <w:tcW w:type="dxa" w:w="1037"/>
          </w:tcPr>
          <w:p>
            <w:pPr>
              <w:spacing w:after="0"/>
              <w:jc w:val="right"/>
            </w:pPr>
            <w:r>
              <w:rPr>
                <w:sz w:val="16"/>
              </w:rPr>
              <w:t>$15</w:t>
            </w:r>
          </w:p>
        </w:tc>
        <w:tc>
          <w:tcPr>
            <w:tcW w:type="dxa" w:w="1126"/>
          </w:tcPr>
          <w:p>
            <w:pPr>
              <w:spacing w:after="0"/>
              <w:jc w:val="right"/>
            </w:pPr>
            <w:r>
              <w:rPr>
                <w:sz w:val="16"/>
              </w:rPr>
              <w:t>n/a</w:t>
            </w:r>
          </w:p>
        </w:tc>
        <w:tc>
          <w:tcPr>
            <w:tcW w:type="dxa" w:w="988"/>
          </w:tcPr>
          <w:p>
            <w:pPr>
              <w:spacing w:after="0"/>
              <w:jc w:val="right"/>
            </w:pPr>
            <w:r>
              <w:rPr>
                <w:sz w:val="16"/>
              </w:rPr>
              <w:t>$3</w:t>
            </w:r>
          </w:p>
        </w:tc>
        <w:tc>
          <w:tcPr>
            <w:tcW w:type="dxa" w:w="1305"/>
          </w:tcPr>
          <w:p>
            <w:pPr>
              <w:spacing w:after="0"/>
              <w:jc w:val="right"/>
            </w:pPr>
            <w:r>
              <w:rPr>
                <w:sz w:val="16"/>
              </w:rPr>
              <w:t>0.000783%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$1,206,658,109</w:t>
            </w:r>
          </w:p>
        </w:tc>
        <w:tc>
          <w:tcPr>
            <w:tcW w:type="dxa" w:w="1215"/>
          </w:tcPr>
          <w:p>
            <w:pPr>
              <w:spacing w:after="0"/>
              <w:jc w:val="right"/>
            </w:pPr>
            <w:r>
              <w:rPr>
                <w:sz w:val="16"/>
              </w:rPr>
              <w:t>n/a</w:t>
            </w:r>
          </w:p>
        </w:tc>
        <w:tc>
          <w:tcPr>
            <w:tcW w:type="dxa" w:w="1044"/>
          </w:tcPr>
          <w:p>
            <w:pPr>
              <w:spacing w:after="0"/>
              <w:jc w:val="right"/>
            </w:pPr>
            <w:r>
              <w:rPr>
                <w:sz w:val="16"/>
              </w:rPr>
              <w:t>7,546</w:t>
            </w:r>
          </w:p>
        </w:tc>
        <w:tc>
          <w:tcPr>
            <w:tcW w:type="dxa" w:w="1037"/>
          </w:tcPr>
          <w:p>
            <w:pPr>
              <w:spacing w:after="0"/>
              <w:jc w:val="right"/>
            </w:pPr>
            <w:r>
              <w:rPr>
                <w:sz w:val="16"/>
              </w:rPr>
              <w:t>$7,032</w:t>
            </w:r>
          </w:p>
        </w:tc>
        <w:tc>
          <w:tcPr>
            <w:tcW w:type="dxa" w:w="1126"/>
          </w:tcPr>
          <w:p>
            <w:pPr>
              <w:spacing w:after="0"/>
              <w:jc w:val="right"/>
            </w:pPr>
            <w:r>
              <w:rPr>
                <w:sz w:val="16"/>
              </w:rPr>
              <w:t>n/a</w:t>
            </w:r>
          </w:p>
        </w:tc>
        <w:tc>
          <w:tcPr>
            <w:tcW w:type="dxa" w:w="988"/>
          </w:tcPr>
          <w:p>
            <w:pPr>
              <w:spacing w:after="0"/>
              <w:jc w:val="right"/>
            </w:pPr>
            <w:r>
              <w:rPr>
                <w:sz w:val="16"/>
              </w:rPr>
              <w:t>$52,404</w:t>
            </w:r>
          </w:p>
        </w:tc>
        <w:tc>
          <w:tcPr>
            <w:tcW w:type="dxa" w:w="1305"/>
          </w:tcPr>
          <w:p>
            <w:pPr>
              <w:spacing w:after="0"/>
              <w:jc w:val="right"/>
            </w:pPr>
            <w:r>
              <w:rPr>
                <w:sz w:val="16"/>
              </w:rPr>
              <w:t>0.000583%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$1,206,658,109</w:t>
            </w:r>
          </w:p>
        </w:tc>
        <w:tc>
          <w:tcPr>
            <w:tcW w:type="dxa" w:w="1215"/>
          </w:tcPr>
          <w:p>
            <w:pPr>
              <w:spacing w:after="0"/>
              <w:jc w:val="right"/>
            </w:pPr>
            <w:r>
              <w:rPr>
                <w:sz w:val="16"/>
              </w:rPr>
              <w:t>$166,003,520</w:t>
            </w:r>
          </w:p>
        </w:tc>
        <w:tc>
          <w:tcPr>
            <w:tcW w:type="dxa" w:w="1044"/>
          </w:tcPr>
          <w:p>
            <w:pPr>
              <w:spacing w:after="0"/>
              <w:jc w:val="right"/>
            </w:pPr>
            <w:r>
              <w:rPr>
                <w:sz w:val="16"/>
              </w:rPr>
              <w:t>7,546</w:t>
            </w:r>
          </w:p>
        </w:tc>
        <w:tc>
          <w:tcPr>
            <w:tcW w:type="dxa" w:w="1037"/>
          </w:tcPr>
          <w:p>
            <w:pPr>
              <w:spacing w:after="0"/>
              <w:jc w:val="right"/>
            </w:pPr>
            <w:r>
              <w:rPr>
                <w:sz w:val="16"/>
              </w:rPr>
              <w:t>$111,010</w:t>
            </w:r>
          </w:p>
        </w:tc>
        <w:tc>
          <w:tcPr>
            <w:tcW w:type="dxa" w:w="1126"/>
          </w:tcPr>
          <w:p>
            <w:pPr>
              <w:spacing w:after="0"/>
              <w:jc w:val="right"/>
            </w:pPr>
            <w:r>
              <w:rPr>
                <w:sz w:val="16"/>
              </w:rPr>
              <w:t>$1,433</w:t>
            </w:r>
          </w:p>
        </w:tc>
        <w:tc>
          <w:tcPr>
            <w:tcW w:type="dxa" w:w="988"/>
          </w:tcPr>
          <w:p>
            <w:pPr>
              <w:spacing w:after="0"/>
              <w:jc w:val="right"/>
            </w:pPr>
            <w:r>
              <w:rPr>
                <w:sz w:val="16"/>
              </w:rPr>
              <w:t>$109,845</w:t>
            </w:r>
          </w:p>
        </w:tc>
        <w:tc>
          <w:tcPr>
            <w:tcW w:type="dxa" w:w="1305"/>
          </w:tcPr>
          <w:p>
            <w:pPr>
              <w:spacing w:after="0"/>
              <w:jc w:val="right"/>
            </w:pPr>
            <w:r>
              <w:rPr>
                <w:sz w:val="16"/>
              </w:rPr>
              <w:t>0.0092%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$1,206,658,109</w:t>
            </w:r>
          </w:p>
        </w:tc>
        <w:tc>
          <w:tcPr>
            <w:tcW w:type="dxa" w:w="1215"/>
          </w:tcPr>
          <w:p>
            <w:pPr>
              <w:spacing w:after="0"/>
              <w:jc w:val="right"/>
            </w:pPr>
            <w:r>
              <w:rPr>
                <w:sz w:val="16"/>
              </w:rPr>
              <w:t>$166,003,520</w:t>
            </w:r>
          </w:p>
        </w:tc>
        <w:tc>
          <w:tcPr>
            <w:tcW w:type="dxa" w:w="1044"/>
          </w:tcPr>
          <w:p>
            <w:pPr>
              <w:spacing w:after="0"/>
              <w:jc w:val="right"/>
            </w:pPr>
            <w:r>
              <w:rPr>
                <w:sz w:val="16"/>
              </w:rPr>
              <w:t>7,546</w:t>
            </w:r>
          </w:p>
        </w:tc>
        <w:tc>
          <w:tcPr>
            <w:tcW w:type="dxa" w:w="1037"/>
          </w:tcPr>
          <w:p>
            <w:pPr>
              <w:spacing w:after="0"/>
              <w:jc w:val="right"/>
            </w:pPr>
            <w:r>
              <w:rPr>
                <w:sz w:val="16"/>
              </w:rPr>
              <w:t>$196,163</w:t>
            </w:r>
          </w:p>
        </w:tc>
        <w:tc>
          <w:tcPr>
            <w:tcW w:type="dxa" w:w="1126"/>
          </w:tcPr>
          <w:p>
            <w:pPr>
              <w:spacing w:after="0"/>
              <w:jc w:val="right"/>
            </w:pPr>
            <w:r>
              <w:rPr>
                <w:sz w:val="16"/>
              </w:rPr>
              <w:t>$8,141</w:t>
            </w:r>
          </w:p>
        </w:tc>
        <w:tc>
          <w:tcPr>
            <w:tcW w:type="dxa" w:w="988"/>
          </w:tcPr>
          <w:p>
            <w:pPr>
              <w:spacing w:after="0"/>
              <w:jc w:val="right"/>
            </w:pPr>
            <w:r>
              <w:rPr>
                <w:sz w:val="16"/>
              </w:rPr>
              <w:t>$343,421</w:t>
            </w:r>
          </w:p>
        </w:tc>
        <w:tc>
          <w:tcPr>
            <w:tcW w:type="dxa" w:w="1305"/>
          </w:tcPr>
          <w:p>
            <w:pPr>
              <w:spacing w:after="0"/>
              <w:jc w:val="right"/>
            </w:pPr>
            <w:r>
              <w:rPr>
                <w:sz w:val="16"/>
              </w:rPr>
              <w:t>0.0163%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$351,503,837</w:t>
            </w:r>
          </w:p>
        </w:tc>
        <w:tc>
          <w:tcPr>
            <w:tcW w:type="dxa" w:w="1215"/>
          </w:tcPr>
          <w:p>
            <w:pPr>
              <w:spacing w:after="0"/>
              <w:jc w:val="right"/>
            </w:pPr>
            <w:r>
              <w:rPr>
                <w:sz w:val="16"/>
              </w:rPr>
              <w:t>$57,151,812</w:t>
            </w:r>
          </w:p>
        </w:tc>
        <w:tc>
          <w:tcPr>
            <w:tcW w:type="dxa" w:w="1044"/>
          </w:tcPr>
          <w:p>
            <w:pPr>
              <w:spacing w:after="0"/>
              <w:jc w:val="right"/>
            </w:pPr>
            <w:r>
              <w:rPr>
                <w:sz w:val="16"/>
              </w:rPr>
              <w:t>2,637</w:t>
            </w:r>
          </w:p>
        </w:tc>
        <w:tc>
          <w:tcPr>
            <w:tcW w:type="dxa" w:w="1037"/>
          </w:tcPr>
          <w:p>
            <w:pPr>
              <w:spacing w:after="0"/>
              <w:jc w:val="right"/>
            </w:pPr>
            <w:r>
              <w:rPr>
                <w:sz w:val="16"/>
              </w:rPr>
              <w:t>$5,304</w:t>
            </w:r>
          </w:p>
        </w:tc>
        <w:tc>
          <w:tcPr>
            <w:tcW w:type="dxa" w:w="1126"/>
          </w:tcPr>
          <w:p>
            <w:pPr>
              <w:spacing w:after="0"/>
              <w:jc w:val="right"/>
            </w:pPr>
            <w:r>
              <w:rPr>
                <w:sz w:val="16"/>
              </w:rPr>
              <w:t>$169</w:t>
            </w:r>
          </w:p>
        </w:tc>
        <w:tc>
          <w:tcPr>
            <w:tcW w:type="dxa" w:w="988"/>
          </w:tcPr>
          <w:p>
            <w:pPr>
              <w:spacing w:after="0"/>
              <w:jc w:val="right"/>
            </w:pPr>
            <w:r>
              <w:rPr>
                <w:sz w:val="16"/>
              </w:rPr>
              <w:t>$1,350</w:t>
            </w:r>
          </w:p>
        </w:tc>
        <w:tc>
          <w:tcPr>
            <w:tcW w:type="dxa" w:w="1305"/>
          </w:tcPr>
          <w:p>
            <w:pPr>
              <w:spacing w:after="0"/>
              <w:jc w:val="right"/>
            </w:pPr>
            <w:r>
              <w:rPr>
                <w:sz w:val="16"/>
              </w:rPr>
              <w:t>0.00151%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$1,206,658,109</w:t>
            </w:r>
          </w:p>
        </w:tc>
        <w:tc>
          <w:tcPr>
            <w:tcW w:type="dxa" w:w="1215"/>
          </w:tcPr>
          <w:p>
            <w:pPr>
              <w:spacing w:after="0"/>
              <w:jc w:val="right"/>
            </w:pPr>
            <w:r>
              <w:rPr>
                <w:sz w:val="16"/>
              </w:rPr>
              <w:t>$166,003,520</w:t>
            </w:r>
          </w:p>
        </w:tc>
        <w:tc>
          <w:tcPr>
            <w:tcW w:type="dxa" w:w="1044"/>
          </w:tcPr>
          <w:p>
            <w:pPr>
              <w:spacing w:after="0"/>
              <w:jc w:val="right"/>
            </w:pPr>
            <w:r>
              <w:rPr>
                <w:sz w:val="16"/>
              </w:rPr>
              <w:t>7,546</w:t>
            </w:r>
          </w:p>
        </w:tc>
        <w:tc>
          <w:tcPr>
            <w:tcW w:type="dxa" w:w="1037"/>
          </w:tcPr>
          <w:p>
            <w:pPr>
              <w:spacing w:after="0"/>
              <w:jc w:val="right"/>
            </w:pPr>
            <w:r>
              <w:rPr>
                <w:sz w:val="16"/>
              </w:rPr>
              <w:t>$7,939</w:t>
            </w:r>
          </w:p>
        </w:tc>
        <w:tc>
          <w:tcPr>
            <w:tcW w:type="dxa" w:w="1126"/>
          </w:tcPr>
          <w:p>
            <w:pPr>
              <w:spacing w:after="0"/>
              <w:jc w:val="right"/>
            </w:pPr>
            <w:r>
              <w:rPr>
                <w:sz w:val="16"/>
              </w:rPr>
              <w:t>$760</w:t>
            </w:r>
          </w:p>
        </w:tc>
        <w:tc>
          <w:tcPr>
            <w:tcW w:type="dxa" w:w="988"/>
          </w:tcPr>
          <w:p>
            <w:pPr>
              <w:spacing w:after="0"/>
              <w:jc w:val="right"/>
            </w:pPr>
            <w:r>
              <w:rPr>
                <w:sz w:val="16"/>
              </w:rPr>
              <w:t>$1,151</w:t>
            </w:r>
          </w:p>
        </w:tc>
        <w:tc>
          <w:tcPr>
            <w:tcW w:type="dxa" w:w="1305"/>
          </w:tcPr>
          <w:p>
            <w:pPr>
              <w:spacing w:after="0"/>
              <w:jc w:val="right"/>
            </w:pPr>
            <w:r>
              <w:rPr>
                <w:sz w:val="16"/>
              </w:rPr>
              <w:t>0.000658%</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101349 was approved by FEMA on 2025-04-09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7,546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$1,206,658,109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$166,003,520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$1,923,768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$955,686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Cleveland County</w:t>
            </w:r>
          </w:p>
        </w:tc>
        <w:tc>
          <w:tcPr>
            <w:tcW w:type="dxa" w:w="1620"/>
          </w:tcPr>
          <w:p>
            <w:pPr>
              <w:spacing w:after="0"/>
              <w:jc w:val="left"/>
            </w:pPr>
            <w:r>
              <w:rPr>
                <w:sz w:val="16"/>
              </w:rPr>
              <w:t>050038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Kingsland city</w:t>
            </w:r>
          </w:p>
        </w:tc>
        <w:tc>
          <w:tcPr>
            <w:tcW w:type="dxa" w:w="1620"/>
          </w:tcPr>
          <w:p>
            <w:pPr>
              <w:spacing w:after="0"/>
              <w:jc w:val="left"/>
            </w:pPr>
            <w:r>
              <w:rPr>
                <w:sz w:val="16"/>
              </w:rPr>
              <w:t>050039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Rison city</w:t>
            </w:r>
          </w:p>
        </w:tc>
        <w:tc>
          <w:tcPr>
            <w:tcW w:type="dxa" w:w="1620"/>
          </w:tcPr>
          <w:p>
            <w:pPr>
              <w:spacing w:after="0"/>
              <w:jc w:val="left"/>
            </w:pPr>
            <w:r>
              <w:rPr>
                <w:sz w:val="16"/>
              </w:rPr>
              <w:t>050040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Cleveland County, AR: risk-assessment baseline packet, release 2026-10 (data as of 2026-09-30; County FIPS 05025). Automated baseline. </w:t>
      </w:r>
      <w:hyperlink r:id="rId15">
        <w:r>
          <w:rPr>
            <w:color w:val="1F4E99"/>
            <w:sz w:val="17"/>
            <w:u w:val="single"/>
          </w:rPr>
          <w:t>https://hazardplain.org/ar/05025/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Cleveland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Cleveland County, AR: Risk-assessment baseline packet</dc:title>
  <dc:subject>Hazard Plain release 2026-10, as of 2026-09-30. Automated baseline</dc:subject>
  <dc:creator>Hazard Plain</dc:creator>
  <cp:keywords>Hazard Plain; hazard mitigation; risk assessment; 05025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